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石油化工学院、能源科学与技术学院（合署）_政策文件_未知日期</w:t>
      </w:r>
    </w:p>
    <w:p>
      <w:r>
        <w:t>Start||headTop</w:t>
      </w:r>
    </w:p>
    <w:p>
      <w:r>
        <w:t>头部信息</w:t>
      </w:r>
    </w:p>
    <w:p>
      <w:r>
        <w:t>logo开始</w:t>
      </w:r>
    </w:p>
    <w:p>
      <w:r>
        <w:t>//logo结束</w:t>
      </w:r>
    </w:p>
    <w:p>
      <w:r>
        <w:t>End||headTop</w:t>
      </w:r>
    </w:p>
    <w:p>
      <w:r>
        <w:t>Start||head</w:t>
      </w:r>
    </w:p>
    <w:p>
      <w:r>
        <w:t>End||nav</w:t>
      </w:r>
    </w:p>
    <w:p>
      <w:r>
        <w:t>Start||focus</w:t>
      </w:r>
    </w:p>
    <w:p>
      <w:pPr>
        <w:pStyle w:val="ListBullet"/>
      </w:pPr>
      <w:r>
        <w:t>首页·推免工作</w:t>
      </w:r>
    </w:p>
    <w:p>
      <w:r>
        <w:t>End||focus</w:t>
      </w:r>
    </w:p>
    <w:p>
      <w:r>
        <w:t>Start||content</w:t>
      </w:r>
    </w:p>
    <w:p>
      <w:pPr>
        <w:pStyle w:val="Heading3"/>
      </w:pPr>
      <w:r>
        <w:t>推免工作</w:t>
      </w:r>
    </w:p>
    <w:p>
      <w:pPr>
        <w:pStyle w:val="ListBullet"/>
      </w:pPr>
      <w:r>
        <w:t>【公示】石油化工学院推荐2027年优秀应届本科毕业生免试攻读研究生初选名单公示2026-09-07</w:t>
      </w:r>
    </w:p>
    <w:p>
      <w:pPr>
        <w:pStyle w:val="ListBullet"/>
      </w:pPr>
      <w:r>
        <w:t>【公示】石油化工学院2027届拟推免生竞赛获奖、科研论文、发明专利审核结果公示2026-09-07</w:t>
      </w:r>
    </w:p>
    <w:p>
      <w:pPr>
        <w:pStyle w:val="ListBullet"/>
      </w:pPr>
      <w:r>
        <w:t>常州大学本科生推免申请系统操作说明-学生端2026-09-04</w:t>
      </w:r>
    </w:p>
    <w:p>
      <w:pPr>
        <w:pStyle w:val="ListBullet"/>
      </w:pPr>
      <w:r>
        <w:t>常州大学石油化工学院2027届推荐优秀应届本科毕业生免试攻读研究生工作实施细则2026-09-02</w:t>
      </w:r>
    </w:p>
    <w:p>
      <w:pPr>
        <w:pStyle w:val="ListBullet"/>
      </w:pPr>
      <w:r>
        <w:t>【公示】石油化工学院2026届拟推免生竞赛获奖、科研论文、发明专利审核结果公示2025-09-09</w:t>
      </w:r>
    </w:p>
    <w:p>
      <w:pPr>
        <w:pStyle w:val="ListBullet"/>
      </w:pPr>
      <w:r>
        <w:t>【公示】石油化工学院推荐2026届优秀应届本科毕业生免试攻读硕士研究生初选名单公示2025-09-08</w:t>
      </w:r>
    </w:p>
    <w:p>
      <w:pPr>
        <w:pStyle w:val="ListBullet"/>
      </w:pPr>
      <w:r>
        <w:t>常大〔2025〕47号关于印发《常州大学推荐应届本科毕业生免试攻读硕士研究生实施办法... 2025-09-04</w:t>
      </w:r>
    </w:p>
    <w:p>
      <w:pPr>
        <w:pStyle w:val="ListBullet"/>
      </w:pPr>
      <w:r>
        <w:t>关于成立石油化工学院推免工作监督小组的通知2025-09-04</w:t>
      </w:r>
    </w:p>
    <w:p>
      <w:pPr>
        <w:pStyle w:val="ListBullet"/>
      </w:pPr>
      <w:r>
        <w:t>关于成立石油化工学院推免专家审核小组的通知2025-09-04</w:t>
      </w:r>
    </w:p>
    <w:p>
      <w:pPr>
        <w:pStyle w:val="ListBullet"/>
      </w:pPr>
      <w:r>
        <w:t>关于成立石油化工学院推免生遴选工作小组的通知2025-09-04</w:t>
      </w:r>
    </w:p>
    <w:p>
      <w:pPr>
        <w:pStyle w:val="ListBullet"/>
      </w:pPr>
      <w:r>
        <w:t>常州大学石油化工学院2026届推荐优秀应届本科毕业生免试攻读硕士研究生工作实施细则（... 2025-09-04</w:t>
      </w:r>
    </w:p>
    <w:p>
      <w:pPr>
        <w:pStyle w:val="ListBullet"/>
      </w:pPr>
      <w:r>
        <w:t>每页14记录总共11记录</w:t>
      </w:r>
    </w:p>
    <w:p>
      <w:pPr>
        <w:pStyle w:val="ListBullet"/>
      </w:pPr>
      <w:r>
        <w:t>第一页&lt;&lt;上一页下一页&gt;&gt;尾页</w:t>
      </w:r>
    </w:p>
    <w:p>
      <w:pPr>
        <w:pStyle w:val="ListBullet"/>
      </w:pPr>
      <w:r>
        <w:t>页码1 / 1跳转到</w:t>
      </w:r>
    </w:p>
    <w:p>
      <w:r>
        <w:t>End||content</w:t>
      </w:r>
    </w:p>
    <w:p>
      <w:r>
        <w:t>Start||footer</w:t>
      </w:r>
    </w:p>
    <w:p>
      <w:r>
        <w:t>End||footer</w:t>
      </w:r>
    </w:p>
    <w:p>
      <w:r>
        <w:t>X</w:t>
      </w:r>
    </w:p>
    <w:p>
      <w:r>
        <w:t>End||footer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