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常州大学石油与天然气工程学院、能源学院推荐2027届本科毕业生免试攻读硕士研究生工作实施细则</w:t>
      </w:r>
    </w:p>
    <w:p>
      <w:r>
        <w:t>各系部、2027届本科毕业生：</w:t>
      </w:r>
    </w:p>
    <w:p>
      <w:r>
        <w:t>根据《常州大学推荐应届本科毕业生免试攻读硕士研究生实施办法》（常大〔2025〕47号）、《关于做好2027届本科毕业生推荐免试攻读研究生工作的通知》（常大教〔202 6〕16号）文件精神要求，经学院研究决定，现开展我院推荐2027届本科毕业生推荐免试攻读硕士研究生工作。具体通知如下：</w:t>
      </w:r>
    </w:p>
    <w:p>
      <w:r>
        <w:t>一、组织领导</w:t>
      </w:r>
    </w:p>
    <w:p>
      <w:r>
        <w:t>1.成立学院推免生遴选工作小组，全面负责推免工作，包括制订工作实施办法、名额分配、组织协调、结果审核等。</w:t>
      </w:r>
    </w:p>
    <w:p>
      <w:r>
        <w:t>2.成立学院推免工作监督小组，负责对推免工作的全过程进行监督，确保公平公正，受理学生申诉和举报，公布电子邮件、工作电话等，保证申诉渠道的畅通。</w:t>
      </w:r>
    </w:p>
    <w:p>
      <w:r>
        <w:t>监督电话：0519-86330818</w:t>
      </w:r>
    </w:p>
    <w:p>
      <w:r>
        <w:t>监督邮箱：cpe@cczu.edu.cn</w:t>
      </w:r>
    </w:p>
    <w:p>
      <w:r>
        <w:t>3.成立学院专家审核小组，负责对申请推免资格学生的竞赛获奖、科研论文、发明专利等进行审核鉴定，并组织相关学生在学院一定范围内进行公开答辩。</w:t>
      </w:r>
    </w:p>
    <w:p>
      <w:r>
        <w:t>二、推免对象及遴选条件</w:t>
      </w:r>
    </w:p>
    <w:p>
      <w:r>
        <w:t>推免对象为国家普通本科招生计划录取（含保送方式）的我院2027届毕业生，并满足以下条件：</w:t>
      </w:r>
    </w:p>
    <w:p>
      <w:r>
        <w:t>1.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2.学习成绩优秀，须通过专业培养方案第1-6学期全部应修的必修课，必修课初修成绩的加权平均学分绩点（以下简称学分绩点）位于本专业排名前20%以内，且初修必修课中不及格课程不超过1门次。</w:t>
      </w:r>
    </w:p>
    <w:p>
      <w:r>
        <w:t>3.取得全国大学英语四级考试（CET4）成绩425分及以上（或托福成绩80分及以上、雅思成绩5.5分及以上）。外语为小语种者，外语水平考试成绩达到国家四级考试60分及以上。外语类专业学生取得本专业外语专业四级考试合格及以上成绩。</w:t>
      </w:r>
    </w:p>
    <w:p>
      <w:r>
        <w:t>4.综合能力强，具有从事科学研究、专业实践的能力和基础，</w:t>
      </w:r>
    </w:p>
    <w:p>
      <w:r>
        <w:t>以及较强的创新意识和潜质。</w:t>
      </w:r>
    </w:p>
    <w:p>
      <w:r>
        <w:t>三、推免名额</w:t>
      </w:r>
    </w:p>
    <w:p>
      <w:r>
        <w:t>学院推荐名额共16个，候补名额共3个。</w:t>
      </w:r>
    </w:p>
    <w:p>
      <w:r>
        <w:t>四、推免工作流程</w:t>
      </w:r>
    </w:p>
    <w:p>
      <w:r>
        <w:t>1.推免工作通过学院动员、公布推免工作实施办法、学生申请、条件审核、确定拟推荐学生、学院公示和学校审定、学校公示等工作程序进行。</w:t>
      </w:r>
    </w:p>
    <w:p>
      <w:r>
        <w:t>2.学生在“常州大学本科生推免申请系统”（以下简称校推免系统）中自愿申请、上传材料。填写相关申请表，并将成绩单和相应证明材料复印件（包括竞赛获奖、科研论文、发明专利、参军入伍服兵役、参加志愿服务、到国际组织实习、学生荣誉称号等）一起在规定时间内报送学院。</w:t>
      </w:r>
    </w:p>
    <w:p>
      <w:r>
        <w:t>3.学院在校推免系统中完成对申请推免学生的资格初审，对发展素质评价材料进行审核鉴定，并根据综合评价指标体系得出申请学生的综合评价成绩，根据《石油与天然气工程学院推荐应届本科毕业生免试攻读硕士研究生实施办法》遴选并进行排名，确定学院推荐名单，拟推荐名单及综合评价成绩公示3日。学生对遴选结果如有疑义，可在公示期间向所在学院监督小组实名反映，学院监督小组限期受理解决，如学生对学院监督小组的处理意见仍有疑义，可向校纪检监察机构实名反映。</w:t>
      </w:r>
    </w:p>
    <w:p>
      <w:r>
        <w:t>公示无异议后，学院将《学院2027届推免生综合评价评分汇总表》《学院推免工作相关人员亲属或利益关系报备登记表》、公示截图等相关材料报送教务处。</w:t>
      </w:r>
    </w:p>
    <w:p>
      <w:r>
        <w:t>4.校推免小组对推免生名单及材料进行审定，确定推荐名单，在教务处专栏网站公示7日。</w:t>
      </w:r>
    </w:p>
    <w:p>
      <w:r>
        <w:t>5.推免生在教育部学籍学历信息管理平台上查询并核对本人学籍信息，确保信息准确、完整，如有问题应尽快联系教务处学籍科。</w:t>
      </w:r>
    </w:p>
    <w:p>
      <w:r>
        <w:t>6.正式的推免生名单由学校报送教育部“推免服务系统”（网址：http://yz.chsi.com.cn/tm）。</w:t>
      </w:r>
    </w:p>
    <w:p>
      <w:r>
        <w:t>7.接收推免生的阶段，推免生可通过教育部“推免服务系统”查询招生单位信息、填报志愿，接收和确认复试和待录取通知。</w:t>
      </w:r>
    </w:p>
    <w:p>
      <w:r>
        <w:t>8.推免生按报考单位要求提交推荐材料，收到接收函后，应及时与学院联系，便于学院做好相应的统计工作。</w:t>
      </w:r>
    </w:p>
    <w:p>
      <w:r>
        <w:t>五、相关事项</w:t>
      </w:r>
    </w:p>
    <w:p>
      <w:r>
        <w:t>1.推免申请学生所获成果应为本科在读期间获得，且第一完成单位为常州大学。成果截止日期为申请表提交学院时间。推免申请学生须如实填写相关信息、提供有关材料，保证材料的真实、准确。</w:t>
      </w:r>
    </w:p>
    <w:p>
      <w:r>
        <w:t>2.推免工作材料保存期限为5年，由专人负责。</w:t>
      </w:r>
    </w:p>
    <w:p>
      <w:r>
        <w:t>3.为避免研究生入学资格审查时发生问题，推免生在报名后至研究生入学前不得更改本人姓名、身份证号、学籍信息等。</w:t>
      </w:r>
    </w:p>
    <w:p>
      <w:r>
        <w:t>4.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5.本通知适用于2027届本科毕业生。未尽事宜，可咨询学院本科教务。</w:t>
      </w:r>
    </w:p>
    <w:p>
      <w:r>
        <w:t>石油与天然气工程学院能源学院</w:t>
      </w:r>
    </w:p>
    <w:p>
      <w:r>
        <w:t>2026年9月2日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