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石油与天然气工程学院关于开展2027届本科毕业生推荐免试攻读硕士研究生工作的通知</w:t>
      </w:r>
    </w:p>
    <w:p>
      <w:r>
        <w:t>根据《常州大学推荐应届本科毕业生免试攻读硕士研究生实施办法》（常大〔2025〕47号）、《关于做好2027届本科毕业生推荐免试攻读研究生工作的通知》（常大教〔202 6〕16号）文件精神要求，经学院研究决定，现开展我院推荐2027届本科毕业生推荐免试攻读硕士研究生工作。具体通知如下：</w:t>
      </w:r>
    </w:p>
    <w:p>
      <w:r>
        <w:t>一、组织领导</w:t>
      </w:r>
    </w:p>
    <w:p>
      <w:r>
        <w:t>1.成立学院推免生遴选工作小组，全面负责推免工作，包括制订工作实施办法、名额分配、组织协调、结果审核等。名单如下：</w:t>
      </w:r>
    </w:p>
    <w:p>
      <w:r>
        <w:t>组长：彭浩平</w:t>
      </w:r>
    </w:p>
    <w:p>
      <w:r>
        <w:t>成员：陈海飞、王永、周诗岽、宋付权、李恩田、于海龙</w:t>
      </w:r>
    </w:p>
    <w:p>
      <w:r>
        <w:t>2.成立学院推免工作监督小组，负责对推免工作的全过程进行监督，确保公平公正，受理学生申诉和举报，公布电子邮件、工作电话等，保证申诉渠道的畅通。名单如下：</w:t>
      </w:r>
    </w:p>
    <w:p>
      <w:r>
        <w:t>组长：业绪华</w:t>
      </w:r>
    </w:p>
    <w:p>
      <w:r>
        <w:t>成员：王永、吕晓方、朱宝忠、徐慧、魏锦扬</w:t>
      </w:r>
    </w:p>
    <w:p>
      <w:r>
        <w:t>监督电话：0519-86330818</w:t>
      </w:r>
    </w:p>
    <w:p>
      <w:r>
        <w:t>监督邮箱：cpe@cczu.edu.cn</w:t>
      </w:r>
    </w:p>
    <w:p>
      <w:r>
        <w:t>3.成立学院专家审核小组，负责对申请推免资格学生的竞赛获奖、科研论文、发明专利等进行审核鉴定，并组织相关学生在学院一定范围内进行公开答辩，名单如下：</w:t>
      </w:r>
    </w:p>
    <w:p>
      <w:r>
        <w:t>组长：周诗岽</w:t>
      </w:r>
    </w:p>
    <w:p>
      <w:r>
        <w:t>成员：窦祥骥、周昊、陈海飞、汪城、宋佳</w:t>
      </w:r>
    </w:p>
    <w:p>
      <w:r>
        <w:t>二、推免对象及遴选条件</w:t>
      </w:r>
    </w:p>
    <w:p>
      <w:r>
        <w:t>推免对象为国家普通本科招生计划录取的我院2027届毕业生，并满足以下条件：</w:t>
      </w:r>
    </w:p>
    <w:p>
      <w:r>
        <w:t>1.拥护中国共产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2.学习成绩优秀，须通过专业培养方案第1-6学期全部应修的必修课，必修课初修成绩的加权平均学分绩点（以下简称学分绩点）位于本专业排名前20%以内，且初修必修课中不及格课程不超过1门次。</w:t>
      </w:r>
    </w:p>
    <w:p>
      <w:r>
        <w:t>3.取得全国大学英语四级考试（CET4）成绩425分及以上（或托福成绩80分及以上、雅思成绩5.5分及以上）。外语为小语种者，外语水平考试成绩达到国家四级考试60分及以上。外语类专业学生取得本专业外语专业四级考试合格及以上成绩。</w:t>
      </w:r>
    </w:p>
    <w:p>
      <w:r>
        <w:t>4.综合能力强，具有从事科学研究、专业实践的能力和基础，</w:t>
      </w:r>
    </w:p>
    <w:p>
      <w:r>
        <w:t>以及较强的创新意识和潜质。</w:t>
      </w:r>
    </w:p>
    <w:p>
      <w:r>
        <w:t>三、推免名额分配</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专业</w:t>
            </w:r>
          </w:p>
        </w:tc>
        <w:tc>
          <w:tcPr>
            <w:tcW w:type="dxa" w:w="2160"/>
          </w:tcPr>
          <w:p>
            <w:r>
              <w:t>推荐名额</w:t>
            </w:r>
          </w:p>
        </w:tc>
        <w:tc>
          <w:tcPr>
            <w:tcW w:type="dxa" w:w="2160"/>
          </w:tcPr>
          <w:p>
            <w:r>
              <w:t>候补名额</w:t>
            </w:r>
          </w:p>
        </w:tc>
        <w:tc>
          <w:tcPr>
            <w:tcW w:type="dxa" w:w="2160"/>
          </w:tcPr>
          <w:p>
            <w:r>
              <w:t>备注</w:t>
            </w:r>
          </w:p>
        </w:tc>
      </w:tr>
      <w:tr>
        <w:tc>
          <w:tcPr>
            <w:tcW w:type="dxa" w:w="2160"/>
          </w:tcPr>
          <w:p>
            <w:r>
              <w:t>石油工程</w:t>
            </w:r>
          </w:p>
        </w:tc>
        <w:tc>
          <w:tcPr>
            <w:tcW w:type="dxa" w:w="2160"/>
          </w:tcPr>
          <w:p>
            <w:r>
              <w:t>5</w:t>
            </w:r>
          </w:p>
        </w:tc>
        <w:tc>
          <w:tcPr>
            <w:tcW w:type="dxa" w:w="2160"/>
          </w:tcPr>
          <w:p>
            <w:r>
              <w:t>1</w:t>
            </w:r>
          </w:p>
        </w:tc>
        <w:tc>
          <w:tcPr>
            <w:tcW w:type="dxa" w:w="2160"/>
          </w:tcPr>
          <w:p>
            <w:r>
              <w:t>推荐名额按各专业应届毕业生总人数占比进行分配，如名额（含候补）使用完后仍有未完成名额，学院将未完成名额收回，由推免小组统一调配。</w:t>
            </w:r>
          </w:p>
        </w:tc>
      </w:tr>
      <w:tr>
        <w:tc>
          <w:tcPr>
            <w:tcW w:type="dxa" w:w="2160"/>
          </w:tcPr>
          <w:p>
            <w:r>
              <w:t>油气储运工程</w:t>
            </w:r>
          </w:p>
        </w:tc>
        <w:tc>
          <w:tcPr>
            <w:tcW w:type="dxa" w:w="2160"/>
          </w:tcPr>
          <w:p>
            <w:r>
              <w:t>5</w:t>
            </w:r>
          </w:p>
        </w:tc>
        <w:tc>
          <w:tcPr>
            <w:tcW w:type="dxa" w:w="2160"/>
          </w:tcPr>
          <w:p>
            <w:r>
              <w:t>1</w:t>
            </w:r>
          </w:p>
        </w:tc>
        <w:tc>
          <w:tcPr>
            <w:tcW w:type="dxa" w:w="2160"/>
          </w:tcPr>
          <w:p/>
        </w:tc>
      </w:tr>
      <w:tr>
        <w:tc>
          <w:tcPr>
            <w:tcW w:type="dxa" w:w="2160"/>
          </w:tcPr>
          <w:p>
            <w:r>
              <w:t>能源与动力工程</w:t>
            </w:r>
          </w:p>
        </w:tc>
        <w:tc>
          <w:tcPr>
            <w:tcW w:type="dxa" w:w="2160"/>
          </w:tcPr>
          <w:p>
            <w:r>
              <w:t>6</w:t>
            </w:r>
          </w:p>
        </w:tc>
        <w:tc>
          <w:tcPr>
            <w:tcW w:type="dxa" w:w="2160"/>
          </w:tcPr>
          <w:p>
            <w:r>
              <w:t>1</w:t>
            </w:r>
          </w:p>
        </w:tc>
        <w:tc>
          <w:tcPr>
            <w:tcW w:type="dxa" w:w="2160"/>
          </w:tcPr>
          <w:p/>
        </w:tc>
      </w:tr>
    </w:tbl>
    <w:p>
      <w:r>
        <w:t>四、推免工作流程</w:t>
      </w:r>
    </w:p>
    <w:p>
      <w:r>
        <w:t>1.推免工作通过学院动员、公布推免工作实施办法、学生申请、条件审核、确定拟推荐学生、学院公示和学校审定、学校公示等工作程序进行。工作时间安排见附件1。</w:t>
      </w:r>
    </w:p>
    <w:p>
      <w:r>
        <w:t>2.学生在“常州大学本科生推免申请系统”（以下简称校推免系统）中自愿申请、上传材料。填写相关申请表，并将成绩单和相应证明材料复印件（包括竞赛获奖、科研论文、发明专利、参军入伍服兵役、参加志愿服务、到国际组织实习、学生荣誉称号等）一起在规定时间内报送学院。</w:t>
      </w:r>
    </w:p>
    <w:p>
      <w:r>
        <w:t>学生申请时校推免系统中显示的“平均学分绩点”、“专业排名”等为申请时间点采集的数据。“必修不及格记录课程门次”是指必修课有过不及格记录的门次；“必修不及格课程”是指经补考或重修后仍不及格的必修课程。如有疑问请尽快联系学院教务秘书核查处理。开学缓考结束，教务处将统一更新绩点、排名等信息。</w:t>
      </w:r>
    </w:p>
    <w:p>
      <w:r>
        <w:t>3.学院在校推免系统中完成对申请推免学生的资格初审，对发展素质评价材料进行审核鉴定，并根据综合评价指标体系得出申请学生的综合评价成绩，根据《石油与天然气工程学院推荐应届本科毕业生免试攻读硕士研究生实施办法》遴选并进行排名，确定学院推荐名单，拟推荐名单及综合评价成绩公示3日。学生对遴选结果如有疑义，可在公示期间向所在学院监督小组实名反映，学院监督小组限期受理解决，如学生对学院监督小组的处理意见仍有疑义，可向校纪检监察机构实名反映。</w:t>
      </w:r>
    </w:p>
    <w:p>
      <w:r>
        <w:t>公示无异议后，学院将《学院2027届推免生综合评价评分汇总表》《学院推免工作相关人员亲属或利益关系报备登记表》、公示截图等相关材料报送教务处。</w:t>
      </w:r>
    </w:p>
    <w:p>
      <w:r>
        <w:t>4.校推免小组对推免生名单及材料进行审定，确定推荐名单，在教务处专栏网站公示7日。</w:t>
      </w:r>
    </w:p>
    <w:p>
      <w:r>
        <w:t>5.推免生在教育部学籍学历信息管理平台上查询并核对本人学籍信息，确保信息准确、完整，如有问题应尽快联系教务处学籍科。</w:t>
      </w:r>
    </w:p>
    <w:p>
      <w:r>
        <w:t>6.正式的推免生名单由学校报送教育部“推免服务系统”（网址：http://yz.chsi.com.cn/tm）。</w:t>
      </w:r>
    </w:p>
    <w:p>
      <w:r>
        <w:t>7.接收推免生的阶段，推免生可通过教育部“推免服务系统”查询招生单位信息、填报志愿，接收和确认复试和待录取通知。</w:t>
      </w:r>
    </w:p>
    <w:p>
      <w:r>
        <w:t>8.推免生按报考单位要求提交推荐材料，收到接收函后，应及时与学院联系，便于学院做好相应的统计工作。</w:t>
      </w:r>
    </w:p>
    <w:p>
      <w:r>
        <w:t>五、相关事项</w:t>
      </w:r>
    </w:p>
    <w:p>
      <w:r>
        <w:t>1.推免申请学生所获成果应为本科在读期间获得，且第一完成单位为常州大学。成果截止日期为申请表提交学院时间。推免申请学生须如实填写相关信息、提供有关材料，保证材料的真实、准确。</w:t>
      </w:r>
    </w:p>
    <w:p>
      <w:r>
        <w:t>2.推免工作材料保存期限为5年，由专人负责。</w:t>
      </w:r>
    </w:p>
    <w:p>
      <w:r>
        <w:t>3.为避免研究生入学资格审查时发生问题，推免生在报名后至研究生入学前不得更改本人姓名、身份证号、学籍信息等。</w:t>
      </w:r>
    </w:p>
    <w:p>
      <w:r>
        <w:t>4.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5.本通知适用于2027届本科毕业生。未尽事宜，可咨询学院本科教务。</w:t>
      </w:r>
    </w:p>
    <w:p>
      <w:r>
        <w:t>石油与天然气工程学院</w:t>
      </w:r>
    </w:p>
    <w:p>
      <w:r>
        <w:t>2026年9月2日</w:t>
      </w:r>
    </w:p>
    <w:p>
      <w:r>
        <w:t>附件1：2027届本科毕业生推荐免试硕士研究生工作时间安排</w:t>
      </w:r>
    </w:p>
    <w:p>
      <w:r>
        <w:t>附件2：常州大学推荐免试硕士研究生申请表（学生填写）</w:t>
      </w:r>
    </w:p>
    <w:p>
      <w:r>
        <w:t>附件3：常州大学2027届推荐免试硕士研究生综合评价评分表（学院填写）</w:t>
      </w:r>
    </w:p>
    <w:p>
      <w:r>
        <w:t>附件4：学院2027届推免竞赛获奖、科研论文和发明专利审核鉴定意见表（学院填写）</w:t>
      </w:r>
    </w:p>
    <w:p>
      <w:r>
        <w:t>附件5：学院2027届拟推免生情况汇总表（学院填报）</w:t>
      </w:r>
    </w:p>
    <w:p>
      <w:r>
        <w:t>附件6：学院推免工作相关人员亲属或利益关系报备登记（学院填报）</w:t>
      </w:r>
    </w:p>
    <w:p>
      <w:r>
        <w:t>附件7：常州大学推免工作相关人员亲属或利益关系报备汇总表</w:t>
      </w:r>
    </w:p>
    <w:p>
      <w:r>
        <w:t>附件8：常州大学2027届推免工作人员承诺书</w:t>
      </w:r>
    </w:p>
    <w:p>
      <w:r>
        <w:t>附件1</w:t>
      </w:r>
    </w:p>
    <w:p>
      <w:r>
        <w:t>2027届本科毕业生推荐免试硕士研究生工作时间安排</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时间</w:t>
            </w:r>
          </w:p>
        </w:tc>
        <w:tc>
          <w:tcPr>
            <w:tcW w:type="dxa" w:w="2160"/>
          </w:tcPr>
          <w:p>
            <w:r>
              <w:t>内容</w:t>
            </w:r>
          </w:p>
        </w:tc>
        <w:tc>
          <w:tcPr>
            <w:tcW w:type="dxa" w:w="2160"/>
          </w:tcPr>
          <w:p>
            <w:r>
              <w:t>操作方</w:t>
            </w:r>
          </w:p>
        </w:tc>
      </w:tr>
      <w:tr>
        <w:tc>
          <w:tcPr>
            <w:tcW w:type="dxa" w:w="2160"/>
          </w:tcPr>
          <w:p>
            <w:r>
              <w:t>1</w:t>
            </w:r>
          </w:p>
        </w:tc>
        <w:tc>
          <w:tcPr>
            <w:tcW w:type="dxa" w:w="2160"/>
          </w:tcPr>
          <w:p>
            <w:r>
              <w:t>9月2日</w:t>
            </w:r>
          </w:p>
        </w:tc>
        <w:tc>
          <w:tcPr>
            <w:tcW w:type="dxa" w:w="2160"/>
          </w:tcPr>
          <w:p>
            <w:r>
              <w:t>公布实施细则，做好宣传动员及解释工作。</w:t>
            </w:r>
          </w:p>
        </w:tc>
        <w:tc>
          <w:tcPr>
            <w:tcW w:type="dxa" w:w="2160"/>
          </w:tcPr>
          <w:p>
            <w:r>
              <w:t>院推免生遴选工作小组</w:t>
            </w:r>
          </w:p>
        </w:tc>
      </w:tr>
      <w:tr>
        <w:tc>
          <w:tcPr>
            <w:tcW w:type="dxa" w:w="2160"/>
          </w:tcPr>
          <w:p>
            <w:r>
              <w:t>2</w:t>
            </w:r>
          </w:p>
        </w:tc>
        <w:tc>
          <w:tcPr>
            <w:tcW w:type="dxa" w:w="2160"/>
          </w:tcPr>
          <w:p>
            <w:r>
              <w:t>9月4日- 5日</w:t>
            </w:r>
          </w:p>
        </w:tc>
        <w:tc>
          <w:tcPr>
            <w:tcW w:type="dxa" w:w="2160"/>
          </w:tcPr>
          <w:p>
            <w:r>
              <w:t>预报名，材料预审。</w:t>
            </w:r>
          </w:p>
        </w:tc>
        <w:tc>
          <w:tcPr>
            <w:tcW w:type="dxa" w:w="2160"/>
          </w:tcPr>
          <w:p>
            <w:r>
              <w:t>学生</w:t>
            </w:r>
          </w:p>
        </w:tc>
      </w:tr>
      <w:tr>
        <w:tc>
          <w:tcPr>
            <w:tcW w:type="dxa" w:w="2160"/>
          </w:tcPr>
          <w:p>
            <w:r>
              <w:t>3</w:t>
            </w:r>
          </w:p>
        </w:tc>
        <w:tc>
          <w:tcPr>
            <w:tcW w:type="dxa" w:w="2160"/>
          </w:tcPr>
          <w:p>
            <w:r>
              <w:t>9月5日</w:t>
            </w:r>
          </w:p>
        </w:tc>
        <w:tc>
          <w:tcPr>
            <w:tcW w:type="dxa" w:w="2160"/>
          </w:tcPr>
          <w:p>
            <w:r>
              <w:t>在校推免系统完成资格初审。</w:t>
            </w:r>
          </w:p>
        </w:tc>
        <w:tc>
          <w:tcPr>
            <w:tcW w:type="dxa" w:w="2160"/>
          </w:tcPr>
          <w:p>
            <w:r>
              <w:t>院推免生专家审核小组</w:t>
            </w:r>
          </w:p>
        </w:tc>
      </w:tr>
      <w:tr>
        <w:tc>
          <w:tcPr>
            <w:tcW w:type="dxa" w:w="2160"/>
          </w:tcPr>
          <w:p>
            <w:r>
              <w:t>5</w:t>
            </w:r>
          </w:p>
        </w:tc>
        <w:tc>
          <w:tcPr>
            <w:tcW w:type="dxa" w:w="2160"/>
          </w:tcPr>
          <w:p>
            <w:r>
              <w:t>9月6日</w:t>
            </w:r>
          </w:p>
        </w:tc>
        <w:tc>
          <w:tcPr>
            <w:tcW w:type="dxa" w:w="2160"/>
          </w:tcPr>
          <w:p>
            <w:r>
              <w:t>对发展素质材料进行鉴定答辩，答辩结果公开公示。形成拟推荐名单（含候补名单），名单及评价成绩等公示3日。</w:t>
            </w:r>
          </w:p>
        </w:tc>
        <w:tc>
          <w:tcPr>
            <w:tcW w:type="dxa" w:w="2160"/>
          </w:tcPr>
          <w:p>
            <w:r>
              <w:t>院推免生遴选工作小组</w:t>
            </w:r>
          </w:p>
        </w:tc>
      </w:tr>
      <w:tr>
        <w:tc>
          <w:tcPr>
            <w:tcW w:type="dxa" w:w="2160"/>
          </w:tcPr>
          <w:p>
            <w:r>
              <w:t>6</w:t>
            </w:r>
          </w:p>
        </w:tc>
        <w:tc>
          <w:tcPr>
            <w:tcW w:type="dxa" w:w="2160"/>
          </w:tcPr>
          <w:p>
            <w:r>
              <w:t>9月9日</w:t>
            </w:r>
          </w:p>
        </w:tc>
        <w:tc>
          <w:tcPr>
            <w:tcW w:type="dxa" w:w="2160"/>
          </w:tcPr>
          <w:p>
            <w:r>
              <w:t>拟推荐结果报教务处。</w:t>
            </w:r>
          </w:p>
        </w:tc>
        <w:tc>
          <w:tcPr>
            <w:tcW w:type="dxa" w:w="2160"/>
          </w:tcPr>
          <w:p>
            <w:r>
              <w:t>院推免生遴选工作小组</w:t>
            </w:r>
          </w:p>
        </w:tc>
      </w:tr>
      <w:tr>
        <w:tc>
          <w:tcPr>
            <w:tcW w:type="dxa" w:w="2160"/>
          </w:tcPr>
          <w:p>
            <w:r>
              <w:t>7</w:t>
            </w:r>
          </w:p>
        </w:tc>
        <w:tc>
          <w:tcPr>
            <w:tcW w:type="dxa" w:w="2160"/>
          </w:tcPr>
          <w:p>
            <w:r>
              <w:t>9月9日-10日</w:t>
            </w:r>
          </w:p>
        </w:tc>
        <w:tc>
          <w:tcPr>
            <w:tcW w:type="dxa" w:w="2160"/>
          </w:tcPr>
          <w:p>
            <w:r>
              <w:t>审核、确定学校推荐名单。</w:t>
            </w:r>
          </w:p>
        </w:tc>
        <w:tc>
          <w:tcPr>
            <w:tcW w:type="dxa" w:w="2160"/>
          </w:tcPr>
          <w:p>
            <w:r>
              <w:t>校推免小组</w:t>
            </w:r>
          </w:p>
        </w:tc>
      </w:tr>
      <w:tr>
        <w:tc>
          <w:tcPr>
            <w:tcW w:type="dxa" w:w="2160"/>
          </w:tcPr>
          <w:p>
            <w:r>
              <w:t>8</w:t>
            </w:r>
          </w:p>
        </w:tc>
        <w:tc>
          <w:tcPr>
            <w:tcW w:type="dxa" w:w="2160"/>
          </w:tcPr>
          <w:p>
            <w:r>
              <w:t>9月10日-16日</w:t>
            </w:r>
          </w:p>
        </w:tc>
        <w:tc>
          <w:tcPr>
            <w:tcW w:type="dxa" w:w="2160"/>
          </w:tcPr>
          <w:p>
            <w:r>
              <w:t>学校推荐名单公示7日。</w:t>
            </w:r>
          </w:p>
        </w:tc>
        <w:tc>
          <w:tcPr>
            <w:tcW w:type="dxa" w:w="2160"/>
          </w:tcPr>
          <w:p>
            <w:r>
              <w:t>教务处</w:t>
            </w:r>
          </w:p>
        </w:tc>
      </w:tr>
      <w:tr>
        <w:tc>
          <w:tcPr>
            <w:tcW w:type="dxa" w:w="2160"/>
          </w:tcPr>
          <w:p>
            <w:r>
              <w:t>9</w:t>
            </w:r>
          </w:p>
        </w:tc>
        <w:tc>
          <w:tcPr>
            <w:tcW w:type="dxa" w:w="2160"/>
          </w:tcPr>
          <w:p>
            <w:r>
              <w:t>9月16日</w:t>
            </w:r>
          </w:p>
        </w:tc>
        <w:tc>
          <w:tcPr>
            <w:tcW w:type="dxa" w:w="2160"/>
          </w:tcPr>
          <w:p>
            <w:r>
              <w:t>学校推荐名单报送教育部。</w:t>
            </w:r>
          </w:p>
        </w:tc>
        <w:tc>
          <w:tcPr>
            <w:tcW w:type="dxa" w:w="2160"/>
          </w:tcPr>
          <w:p>
            <w:r>
              <w:t>教务处</w:t>
            </w:r>
          </w:p>
        </w:tc>
      </w:tr>
      <w:tr>
        <w:tc>
          <w:tcPr>
            <w:tcW w:type="dxa" w:w="2160"/>
          </w:tcPr>
          <w:p>
            <w:r>
              <w:t>10</w:t>
            </w:r>
          </w:p>
        </w:tc>
        <w:tc>
          <w:tcPr>
            <w:tcW w:type="dxa" w:w="2160"/>
          </w:tcPr>
          <w:p>
            <w:r>
              <w:t>9月21日--10月20日</w:t>
            </w:r>
          </w:p>
        </w:tc>
        <w:tc>
          <w:tcPr>
            <w:tcW w:type="dxa" w:w="2160"/>
          </w:tcPr>
          <w:p>
            <w:r>
              <w:t>接收阶段。学院开展录取宣传，统计推免学生收取接受函以及选择录取单位情况。</w:t>
            </w:r>
          </w:p>
        </w:tc>
        <w:tc>
          <w:tcPr>
            <w:tcW w:type="dxa" w:w="2160"/>
          </w:tcPr>
          <w:p>
            <w:r>
              <w:t>学生、学院</w:t>
            </w:r>
          </w:p>
        </w:tc>
      </w:tr>
    </w:tbl>
    <w:p>
      <w:r>
        <w:t>附件2 ________________学院推荐免试攻读研究生预审申请表</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姓名</w:t>
            </w:r>
          </w:p>
        </w:tc>
        <w:tc>
          <w:tcPr>
            <w:tcW w:type="dxa" w:w="1080"/>
          </w:tcPr>
          <w:p>
            <w:r/>
          </w:p>
        </w:tc>
        <w:tc>
          <w:tcPr>
            <w:tcW w:type="dxa" w:w="1080"/>
          </w:tcPr>
          <w:p>
            <w:r>
              <w:t>性别</w:t>
            </w:r>
          </w:p>
        </w:tc>
        <w:tc>
          <w:tcPr>
            <w:tcW w:type="dxa" w:w="1080"/>
          </w:tcPr>
          <w:p>
            <w:r/>
          </w:p>
        </w:tc>
        <w:tc>
          <w:tcPr>
            <w:tcW w:type="dxa" w:w="1080"/>
          </w:tcPr>
          <w:p>
            <w:r>
              <w:t>学号</w:t>
            </w:r>
          </w:p>
        </w:tc>
        <w:tc>
          <w:tcPr>
            <w:tcW w:type="dxa" w:w="1080"/>
          </w:tcPr>
          <w:p>
            <w:r/>
          </w:p>
        </w:tc>
        <w:tc>
          <w:tcPr>
            <w:tcW w:type="dxa" w:w="1080"/>
          </w:tcPr>
          <w:p/>
        </w:tc>
        <w:tc>
          <w:tcPr>
            <w:tcW w:type="dxa" w:w="1080"/>
          </w:tcPr>
          <w:p/>
        </w:tc>
      </w:tr>
      <w:tr>
        <w:tc>
          <w:tcPr>
            <w:tcW w:type="dxa" w:w="1080"/>
          </w:tcPr>
          <w:p>
            <w:r>
              <w:t>专业班级</w:t>
            </w:r>
          </w:p>
        </w:tc>
        <w:tc>
          <w:tcPr>
            <w:tcW w:type="dxa" w:w="1080"/>
          </w:tcPr>
          <w:p>
            <w:r/>
          </w:p>
        </w:tc>
        <w:tc>
          <w:tcPr>
            <w:tcW w:type="dxa" w:w="1080"/>
          </w:tcPr>
          <w:p>
            <w:r>
              <w:t>必修不及格记录课程门次</w:t>
            </w:r>
          </w:p>
        </w:tc>
        <w:tc>
          <w:tcPr>
            <w:tcW w:type="dxa" w:w="1080"/>
          </w:tcPr>
          <w:p>
            <w:r/>
          </w:p>
        </w:tc>
        <w:tc>
          <w:tcPr>
            <w:tcW w:type="dxa" w:w="1080"/>
          </w:tcPr>
          <w:p>
            <w:r>
              <w:t>手机号码</w:t>
            </w:r>
          </w:p>
        </w:tc>
        <w:tc>
          <w:tcPr>
            <w:tcW w:type="dxa" w:w="1080"/>
          </w:tcPr>
          <w:p>
            <w:r/>
          </w:p>
        </w:tc>
        <w:tc>
          <w:tcPr>
            <w:tcW w:type="dxa" w:w="1080"/>
          </w:tcPr>
          <w:p/>
        </w:tc>
        <w:tc>
          <w:tcPr>
            <w:tcW w:type="dxa" w:w="1080"/>
          </w:tcPr>
          <w:p/>
        </w:tc>
      </w:tr>
      <w:tr>
        <w:tc>
          <w:tcPr>
            <w:tcW w:type="dxa" w:w="1080"/>
          </w:tcPr>
          <w:p>
            <w:r>
              <w:t>第1-6学期必修课加权平均学分绩点</w:t>
            </w:r>
          </w:p>
        </w:tc>
        <w:tc>
          <w:tcPr>
            <w:tcW w:type="dxa" w:w="1080"/>
          </w:tcPr>
          <w:p>
            <w:r/>
          </w:p>
        </w:tc>
        <w:tc>
          <w:tcPr>
            <w:tcW w:type="dxa" w:w="1080"/>
          </w:tcPr>
          <w:p>
            <w:r>
              <w:t>在本专业排名（名次/专业总人数）</w:t>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外语水平</w:t>
            </w:r>
          </w:p>
        </w:tc>
        <w:tc>
          <w:tcPr>
            <w:tcW w:type="dxa" w:w="1080"/>
          </w:tcPr>
          <w:p>
            <w:r>
              <w:t>外语考试通过情况</w:t>
            </w:r>
          </w:p>
        </w:tc>
        <w:tc>
          <w:tcPr>
            <w:tcW w:type="dxa" w:w="1080"/>
          </w:tcPr>
          <w:p>
            <w:r>
              <w:t>小语种国家四级考试通过情况</w:t>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CET 4</w:t>
            </w:r>
          </w:p>
        </w:tc>
        <w:tc>
          <w:tcPr>
            <w:tcW w:type="dxa" w:w="1080"/>
          </w:tcPr>
          <w:p>
            <w:r>
              <w:t>分</w:t>
            </w:r>
          </w:p>
        </w:tc>
        <w:tc>
          <w:tcPr>
            <w:tcW w:type="dxa" w:w="1080"/>
          </w:tcPr>
          <w:p>
            <w:r>
              <w:t>专四</w:t>
            </w:r>
          </w:p>
        </w:tc>
        <w:tc>
          <w:tcPr>
            <w:tcW w:type="dxa" w:w="1080"/>
          </w:tcPr>
          <w:p>
            <w:r>
              <w:t>分</w:t>
            </w:r>
          </w:p>
        </w:tc>
        <w:tc>
          <w:tcPr>
            <w:tcW w:type="dxa" w:w="1080"/>
          </w:tcPr>
          <w:p>
            <w:r>
              <w:t>语种</w:t>
            </w:r>
          </w:p>
        </w:tc>
        <w:tc>
          <w:tcPr>
            <w:tcW w:type="dxa" w:w="1080"/>
          </w:tcPr>
          <w:p>
            <w:r/>
          </w:p>
        </w:tc>
        <w:tc>
          <w:tcPr>
            <w:tcW w:type="dxa" w:w="1080"/>
          </w:tcPr>
          <w:p>
            <w:r>
              <w:t>等级</w:t>
            </w:r>
          </w:p>
        </w:tc>
        <w:tc>
          <w:tcPr>
            <w:tcW w:type="dxa" w:w="1080"/>
          </w:tcPr>
          <w:p>
            <w:r/>
          </w:p>
        </w:tc>
      </w:tr>
      <w:tr>
        <w:tc>
          <w:tcPr>
            <w:tcW w:type="dxa" w:w="1080"/>
          </w:tcPr>
          <w:p>
            <w:r>
              <w:t>竞赛获奖、科研论文、发明专利</w:t>
            </w:r>
          </w:p>
        </w:tc>
        <w:tc>
          <w:tcPr>
            <w:tcW w:type="dxa" w:w="1080"/>
          </w:tcPr>
          <w:p>
            <w:r>
              <w:t>竞赛项目名称</w:t>
            </w:r>
          </w:p>
        </w:tc>
        <w:tc>
          <w:tcPr>
            <w:tcW w:type="dxa" w:w="1080"/>
          </w:tcPr>
          <w:p>
            <w:r>
              <w:t>获奖等次</w:t>
            </w:r>
          </w:p>
        </w:tc>
        <w:tc>
          <w:tcPr>
            <w:tcW w:type="dxa" w:w="1080"/>
          </w:tcPr>
          <w:p>
            <w:r>
              <w:t>本人排名/总人数</w:t>
            </w: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论文题目</w:t>
            </w:r>
          </w:p>
        </w:tc>
        <w:tc>
          <w:tcPr>
            <w:tcW w:type="dxa" w:w="1080"/>
          </w:tcPr>
          <w:p>
            <w:r>
              <w:t>发表期刊及发表时间</w:t>
            </w:r>
          </w:p>
        </w:tc>
        <w:tc>
          <w:tcPr>
            <w:tcW w:type="dxa" w:w="1080"/>
          </w:tcPr>
          <w:p>
            <w:r>
              <w:t>独立作者/第一作者</w:t>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发明专利情况</w:t>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发展素质情况</w:t>
            </w:r>
          </w:p>
        </w:tc>
        <w:tc>
          <w:tcPr>
            <w:tcW w:type="dxa" w:w="1080"/>
          </w:tcPr>
          <w:p>
            <w:r>
              <w:t>参军入伍、退伍时间</w:t>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国际组织名称及起止时间</w:t>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志愿服务名称及排名情况</w:t>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学生荣誉称号</w:t>
            </w:r>
          </w:p>
        </w:tc>
        <w:tc>
          <w:tcPr>
            <w:tcW w:type="dxa" w:w="1080"/>
          </w:tcPr>
          <w:p>
            <w:r>
              <w:t>荣誉称号名称</w:t>
            </w:r>
          </w:p>
        </w:tc>
        <w:tc>
          <w:tcPr>
            <w:tcW w:type="dxa" w:w="1080"/>
          </w:tcPr>
          <w:p>
            <w:r>
              <w:t>获得时间及排名情况</w:t>
            </w:r>
          </w:p>
        </w:tc>
        <w:tc>
          <w:tcPr>
            <w:tcW w:type="dxa" w:w="1080"/>
          </w:tcPr>
          <w:p>
            <w:r>
              <w:t>等级</w:t>
            </w: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与本校教职工是否有亲属或利益关系报备</w:t>
            </w:r>
          </w:p>
        </w:tc>
        <w:tc>
          <w:tcPr>
            <w:tcW w:type="dxa" w:w="1080"/>
          </w:tcPr>
          <w:p>
            <w:r>
              <w:t>涉及直系亲属姓名</w:t>
            </w:r>
          </w:p>
        </w:tc>
        <w:tc>
          <w:tcPr>
            <w:tcW w:type="dxa" w:w="1080"/>
          </w:tcPr>
          <w:p>
            <w:r>
              <w:t>涉及非直系亲属姓名</w:t>
            </w:r>
          </w:p>
        </w:tc>
        <w:tc>
          <w:tcPr>
            <w:tcW w:type="dxa" w:w="1080"/>
          </w:tcPr>
          <w:p>
            <w:r>
              <w:t>利益相关者姓名</w:t>
            </w: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bl>
    <w:p>
      <w:r>
        <w:t>说明：</w:t>
      </w:r>
    </w:p>
    <w:p>
      <w:r>
        <w:t>（1）“必修不及格记录课程门次”是指必修课有过不及格记录的门次。</w:t>
      </w:r>
    </w:p>
    <w:p>
      <w:r>
        <w:t>（2）学生需另附本科阶段成绩单、相关证明材料复印件。对于联合参赛、与指导教师联合发表论文等情况，须出具指导教师本人撰写并署名的推荐信，客观陈述学生在联合成果中的实际贡献。</w:t>
      </w:r>
    </w:p>
    <w:p>
      <w:r>
        <w:t>附件3常州大学2027届推荐免试攻读研究生综合评价评分表</w:t>
      </w:r>
    </w:p>
    <w:p>
      <w:r>
        <w:t>班级：学号：姓名：</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序号</w:t>
            </w:r>
          </w:p>
        </w:tc>
        <w:tc>
          <w:tcPr>
            <w:tcW w:type="dxa" w:w="1080"/>
          </w:tcPr>
          <w:p>
            <w:r>
              <w:t>评分项目</w:t>
            </w:r>
          </w:p>
        </w:tc>
        <w:tc>
          <w:tcPr>
            <w:tcW w:type="dxa" w:w="1080"/>
          </w:tcPr>
          <w:p>
            <w:r>
              <w:t>分值</w:t>
            </w:r>
          </w:p>
        </w:tc>
        <w:tc>
          <w:tcPr>
            <w:tcW w:type="dxa" w:w="1080"/>
          </w:tcPr>
          <w:p>
            <w:r>
              <w:t>具体内容</w:t>
            </w:r>
          </w:p>
        </w:tc>
        <w:tc>
          <w:tcPr>
            <w:tcW w:type="dxa" w:w="1080"/>
          </w:tcPr>
          <w:p>
            <w:r>
              <w:t>得分(学院填写)</w:t>
            </w:r>
          </w:p>
        </w:tc>
        <w:tc>
          <w:tcPr>
            <w:tcW w:type="dxa" w:w="1080"/>
          </w:tcPr>
          <w:p/>
        </w:tc>
        <w:tc>
          <w:tcPr>
            <w:tcW w:type="dxa" w:w="1080"/>
          </w:tcPr>
          <w:p/>
        </w:tc>
        <w:tc>
          <w:tcPr>
            <w:tcW w:type="dxa" w:w="1080"/>
          </w:tcPr>
          <w:p/>
        </w:tc>
      </w:tr>
      <w:tr>
        <w:tc>
          <w:tcPr>
            <w:tcW w:type="dxa" w:w="1080"/>
          </w:tcPr>
          <w:p>
            <w:r>
              <w:t>1</w:t>
            </w:r>
          </w:p>
        </w:tc>
        <w:tc>
          <w:tcPr>
            <w:tcW w:type="dxa" w:w="1080"/>
          </w:tcPr>
          <w:p>
            <w:r>
              <w:t>学分绩点折算分</w:t>
            </w:r>
          </w:p>
        </w:tc>
        <w:tc>
          <w:tcPr>
            <w:tcW w:type="dxa" w:w="1080"/>
          </w:tcPr>
          <w:p>
            <w:r>
              <w:t>100</w:t>
            </w:r>
          </w:p>
        </w:tc>
        <w:tc>
          <w:tcPr>
            <w:tcW w:type="dxa" w:w="1080"/>
          </w:tcPr>
          <w:p>
            <w:r>
              <w:t>第1-6学期应修必修课加权平均学分绩点</w:t>
            </w:r>
          </w:p>
        </w:tc>
        <w:tc>
          <w:tcPr>
            <w:tcW w:type="dxa" w:w="1080"/>
          </w:tcPr>
          <w:p>
            <w:r/>
          </w:p>
        </w:tc>
        <w:tc>
          <w:tcPr>
            <w:tcW w:type="dxa" w:w="1080"/>
          </w:tcPr>
          <w:p>
            <w:r/>
          </w:p>
        </w:tc>
        <w:tc>
          <w:tcPr>
            <w:tcW w:type="dxa" w:w="1080"/>
          </w:tcPr>
          <w:p/>
        </w:tc>
        <w:tc>
          <w:tcPr>
            <w:tcW w:type="dxa" w:w="1080"/>
          </w:tcPr>
          <w:p/>
        </w:tc>
      </w:tr>
      <w:tr>
        <w:tc>
          <w:tcPr>
            <w:tcW w:type="dxa" w:w="1080"/>
          </w:tcPr>
          <w:p>
            <w:r>
              <w:t>2</w:t>
            </w:r>
          </w:p>
        </w:tc>
        <w:tc>
          <w:tcPr>
            <w:tcW w:type="dxa" w:w="1080"/>
          </w:tcPr>
          <w:p>
            <w:r>
              <w:t>发展素质评价分</w:t>
            </w:r>
          </w:p>
        </w:tc>
        <w:tc>
          <w:tcPr>
            <w:tcW w:type="dxa" w:w="1080"/>
          </w:tcPr>
          <w:p>
            <w:r>
              <w:t>与学科专业相关的国内外权威竞赛（不超过40分）</w:t>
            </w:r>
          </w:p>
        </w:tc>
        <w:tc>
          <w:tcPr>
            <w:tcW w:type="dxa" w:w="1080"/>
          </w:tcPr>
          <w:p>
            <w:r>
              <w:t>40</w:t>
            </w:r>
          </w:p>
        </w:tc>
        <w:tc>
          <w:tcPr>
            <w:tcW w:type="dxa" w:w="1080"/>
          </w:tcPr>
          <w:p>
            <w:r>
              <w:t>竞赛项目名称</w:t>
            </w:r>
          </w:p>
        </w:tc>
        <w:tc>
          <w:tcPr>
            <w:tcW w:type="dxa" w:w="1080"/>
          </w:tcPr>
          <w:p>
            <w:r>
              <w:t>获奖等次</w:t>
            </w:r>
          </w:p>
        </w:tc>
        <w:tc>
          <w:tcPr>
            <w:tcW w:type="dxa" w:w="1080"/>
          </w:tcPr>
          <w:p>
            <w:r>
              <w:t>本人排名/总人数</w:t>
            </w:r>
          </w:p>
        </w:tc>
        <w:tc>
          <w:tcPr>
            <w:tcW w:type="dxa" w:w="1080"/>
          </w:tcPr>
          <w:p>
            <w: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3</w:t>
            </w:r>
          </w:p>
        </w:tc>
        <w:tc>
          <w:tcPr>
            <w:tcW w:type="dxa" w:w="1080"/>
          </w:tcPr>
          <w:p>
            <w:r>
              <w:t>在核心期刊及以上正式发表的科研论文（不超过30分）</w:t>
            </w:r>
          </w:p>
        </w:tc>
        <w:tc>
          <w:tcPr>
            <w:tcW w:type="dxa" w:w="1080"/>
          </w:tcPr>
          <w:p>
            <w:r>
              <w:t>30</w:t>
            </w:r>
          </w:p>
        </w:tc>
        <w:tc>
          <w:tcPr>
            <w:tcW w:type="dxa" w:w="1080"/>
          </w:tcPr>
          <w:p>
            <w:r>
              <w:t>论文题目</w:t>
            </w:r>
          </w:p>
        </w:tc>
        <w:tc>
          <w:tcPr>
            <w:tcW w:type="dxa" w:w="1080"/>
          </w:tcPr>
          <w:p>
            <w:r>
              <w:t>发表期刊及发表时间</w:t>
            </w:r>
          </w:p>
        </w:tc>
        <w:tc>
          <w:tcPr>
            <w:tcW w:type="dxa" w:w="1080"/>
          </w:tcPr>
          <w:p>
            <w:r>
              <w:t>独立作者/第一作者</w:t>
            </w:r>
          </w:p>
        </w:tc>
        <w:tc>
          <w:tcPr>
            <w:tcW w:type="dxa" w:w="1080"/>
          </w:tcPr>
          <w:p>
            <w: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4</w:t>
            </w:r>
          </w:p>
        </w:tc>
        <w:tc>
          <w:tcPr>
            <w:tcW w:type="dxa" w:w="1080"/>
          </w:tcPr>
          <w:p>
            <w:r>
              <w:t>发明专利（不超过10分）</w:t>
            </w:r>
          </w:p>
        </w:tc>
        <w:tc>
          <w:tcPr>
            <w:tcW w:type="dxa" w:w="1080"/>
          </w:tcPr>
          <w:p>
            <w:r>
              <w:t>10</w:t>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5</w:t>
            </w:r>
          </w:p>
        </w:tc>
        <w:tc>
          <w:tcPr>
            <w:tcW w:type="dxa" w:w="1080"/>
          </w:tcPr>
          <w:p>
            <w:r>
              <w:t>参军入伍</w:t>
            </w:r>
          </w:p>
        </w:tc>
        <w:tc>
          <w:tcPr>
            <w:tcW w:type="dxa" w:w="1080"/>
          </w:tcPr>
          <w:p>
            <w:r>
              <w:t>10</w:t>
            </w:r>
          </w:p>
        </w:tc>
        <w:tc>
          <w:tcPr>
            <w:tcW w:type="dxa" w:w="1080"/>
          </w:tcPr>
          <w:p>
            <w:r>
              <w:t>参军入伍退伍时间</w:t>
            </w:r>
          </w:p>
        </w:tc>
        <w:tc>
          <w:tcPr>
            <w:tcW w:type="dxa" w:w="1080"/>
          </w:tcPr>
          <w:p>
            <w:r/>
          </w:p>
        </w:tc>
        <w:tc>
          <w:tcPr>
            <w:tcW w:type="dxa" w:w="1080"/>
          </w:tcPr>
          <w:p>
            <w:r/>
          </w:p>
        </w:tc>
        <w:tc>
          <w:tcPr>
            <w:tcW w:type="dxa" w:w="1080"/>
          </w:tcPr>
          <w:p/>
        </w:tc>
        <w:tc>
          <w:tcPr>
            <w:tcW w:type="dxa" w:w="1080"/>
          </w:tcPr>
          <w:p/>
        </w:tc>
      </w:tr>
      <w:tr>
        <w:tc>
          <w:tcPr>
            <w:tcW w:type="dxa" w:w="1080"/>
          </w:tcPr>
          <w:p>
            <w:r>
              <w:t>6</w:t>
            </w:r>
          </w:p>
        </w:tc>
        <w:tc>
          <w:tcPr>
            <w:tcW w:type="dxa" w:w="1080"/>
          </w:tcPr>
          <w:p>
            <w:r>
              <w:t>到国际组织实习</w:t>
            </w:r>
          </w:p>
        </w:tc>
        <w:tc>
          <w:tcPr>
            <w:tcW w:type="dxa" w:w="1080"/>
          </w:tcPr>
          <w:p>
            <w:r>
              <w:t>5</w:t>
            </w:r>
          </w:p>
        </w:tc>
        <w:tc>
          <w:tcPr>
            <w:tcW w:type="dxa" w:w="1080"/>
          </w:tcPr>
          <w:p>
            <w:r>
              <w:t>国际组织名称</w:t>
            </w:r>
          </w:p>
        </w:tc>
        <w:tc>
          <w:tcPr>
            <w:tcW w:type="dxa" w:w="1080"/>
          </w:tcPr>
          <w:p>
            <w:r/>
          </w:p>
        </w:tc>
        <w:tc>
          <w:tcPr>
            <w:tcW w:type="dxa" w:w="1080"/>
          </w:tcPr>
          <w:p>
            <w:r/>
          </w:p>
        </w:tc>
        <w:tc>
          <w:tcPr>
            <w:tcW w:type="dxa" w:w="1080"/>
          </w:tcPr>
          <w:p/>
        </w:tc>
        <w:tc>
          <w:tcPr>
            <w:tcW w:type="dxa" w:w="1080"/>
          </w:tcPr>
          <w:p/>
        </w:tc>
      </w:tr>
      <w:tr>
        <w:tc>
          <w:tcPr>
            <w:tcW w:type="dxa" w:w="1080"/>
          </w:tcPr>
          <w:p>
            <w:r>
              <w:t>实习起止时间</w:t>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7</w:t>
            </w:r>
          </w:p>
        </w:tc>
        <w:tc>
          <w:tcPr>
            <w:tcW w:type="dxa" w:w="1080"/>
          </w:tcPr>
          <w:p>
            <w:r>
              <w:t>参加志愿服务（不超过10分）</w:t>
            </w:r>
          </w:p>
        </w:tc>
        <w:tc>
          <w:tcPr>
            <w:tcW w:type="dxa" w:w="1080"/>
          </w:tcPr>
          <w:p>
            <w:r>
              <w:t>10</w:t>
            </w:r>
          </w:p>
        </w:tc>
        <w:tc>
          <w:tcPr>
            <w:tcW w:type="dxa" w:w="1080"/>
          </w:tcPr>
          <w:p>
            <w:r>
              <w:t>志愿服务名称</w:t>
            </w:r>
          </w:p>
        </w:tc>
        <w:tc>
          <w:tcPr>
            <w:tcW w:type="dxa" w:w="1080"/>
          </w:tcPr>
          <w:p>
            <w:r/>
          </w:p>
        </w:tc>
        <w:tc>
          <w:tcPr>
            <w:tcW w:type="dxa" w:w="1080"/>
          </w:tcPr>
          <w:p>
            <w:r/>
          </w:p>
        </w:tc>
        <w:tc>
          <w:tcPr>
            <w:tcW w:type="dxa" w:w="1080"/>
          </w:tcPr>
          <w:p/>
        </w:tc>
        <w:tc>
          <w:tcPr>
            <w:tcW w:type="dxa" w:w="1080"/>
          </w:tcPr>
          <w:p/>
        </w:tc>
      </w:tr>
      <w:tr>
        <w:tc>
          <w:tcPr>
            <w:tcW w:type="dxa" w:w="1080"/>
          </w:tcPr>
          <w:p>
            <w:r>
              <w:t>本人排名/参赛人数</w:t>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8</w:t>
            </w:r>
          </w:p>
        </w:tc>
        <w:tc>
          <w:tcPr>
            <w:tcW w:type="dxa" w:w="1080"/>
          </w:tcPr>
          <w:p>
            <w:r>
              <w:t>学生荣誉称号（不超过5分）</w:t>
            </w:r>
          </w:p>
        </w:tc>
        <w:tc>
          <w:tcPr>
            <w:tcW w:type="dxa" w:w="1080"/>
          </w:tcPr>
          <w:p>
            <w:r>
              <w:t>5</w:t>
            </w:r>
          </w:p>
        </w:tc>
        <w:tc>
          <w:tcPr>
            <w:tcW w:type="dxa" w:w="1080"/>
          </w:tcPr>
          <w:p>
            <w:r>
              <w:t>等级</w:t>
            </w:r>
          </w:p>
        </w:tc>
        <w:tc>
          <w:tcPr>
            <w:tcW w:type="dxa" w:w="1080"/>
          </w:tcPr>
          <w:p>
            <w:r>
              <w:t>荣誉称号名称</w:t>
            </w:r>
          </w:p>
        </w:tc>
        <w:tc>
          <w:tcPr>
            <w:tcW w:type="dxa" w:w="1080"/>
          </w:tcPr>
          <w:p>
            <w:r>
              <w:t>获得时间</w:t>
            </w:r>
          </w:p>
        </w:tc>
        <w:tc>
          <w:tcPr>
            <w:tcW w:type="dxa" w:w="1080"/>
          </w:tcPr>
          <w:p>
            <w: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总分=平均学分绩点折算分×70%+发展素质评价分×30%</w:t>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本人承诺</w:t>
            </w:r>
          </w:p>
        </w:tc>
        <w:tc>
          <w:tcPr>
            <w:tcW w:type="dxa" w:w="1080"/>
          </w:tcPr>
          <w:p>
            <w:r>
              <w:t>本人已阅读并理解常州大学推免工作的有关规定，经过慎重考虑，现自愿提出推免申请，本人承诺申请推免所使用的成绩、获奖等证明材料均真实有效。学生签名：年月日</w:t>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思想政治素质与道德品质考核意见</w:t>
            </w:r>
          </w:p>
        </w:tc>
        <w:tc>
          <w:tcPr>
            <w:tcW w:type="dxa" w:w="1080"/>
          </w:tcPr>
          <w:p>
            <w:r>
              <w:t>合格不合格学院党委（总支）书记审核签字：年月日</w:t>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学院推荐意见</w:t>
            </w:r>
          </w:p>
        </w:tc>
        <w:tc>
          <w:tcPr>
            <w:tcW w:type="dxa" w:w="1080"/>
          </w:tcPr>
          <w:p>
            <w:r>
              <w:t>同意不同意学院推免生遴选工作小组组长签字：年月日</w:t>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p>
      <w:r>
        <w:t>说明：</w:t>
      </w:r>
    </w:p>
    <w:p>
      <w:r>
        <w:t>1.学生所获成果应为本科在读期间获得，且第一完成单位为常州大学。</w:t>
      </w:r>
    </w:p>
    <w:p>
      <w:r>
        <w:t>2.一项成果多次获奖以最高分计。参军入伍服兵役、到国际组织实习、志愿服务、学生荣誉称号四种类别之间可以累加，但总分不超过20分；各类志愿服务以最高分计算，不可以累加。</w:t>
      </w:r>
    </w:p>
    <w:p>
      <w:r>
        <w:t>3.对于联合参赛、与指导教师联合发表论文等情况，要求相关学生出具指导教师本人撰写并署名的推荐信，客观陈述学生在联合成果中的实际贡献。</w:t>
      </w:r>
    </w:p>
    <w:p>
      <w:r>
        <w:t>4 .经学院审定，不符合《常州大学推荐应届本科毕业生免试攻读硕士研究生实施办法》附件《推免生发展素质评价指标体系》的项目，请不要填写。相关数据须与“常州大学本科生推免申请系统”中一致。</w:t>
      </w:r>
    </w:p>
    <w:p>
      <w:r>
        <w:t>附件4</w:t>
      </w:r>
    </w:p>
    <w:p>
      <w:r>
        <w:t>_ ____________学院2 02 7届推免生竞赛获奖、科研论文、发明专利审核鉴定意见表</w:t>
      </w:r>
    </w:p>
    <w:p>
      <w:r>
        <w:t>根据学校文件要求，对申请202 7届推免资格学生的竞赛获奖、科研论文和发明专利审核鉴定如下：</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姓名</w:t>
            </w:r>
          </w:p>
        </w:tc>
        <w:tc>
          <w:tcPr>
            <w:tcW w:type="dxa" w:w="1728"/>
          </w:tcPr>
          <w:p>
            <w:r>
              <w:t>学号</w:t>
            </w:r>
          </w:p>
        </w:tc>
        <w:tc>
          <w:tcPr>
            <w:tcW w:type="dxa" w:w="1728"/>
          </w:tcPr>
          <w:p>
            <w:r>
              <w:t>符合发展素质要求的竞赛奖项、科研论文和发明专利情况明细</w:t>
            </w:r>
          </w:p>
        </w:tc>
        <w:tc>
          <w:tcPr>
            <w:tcW w:type="dxa" w:w="1728"/>
          </w:tcPr>
          <w:p>
            <w:r>
              <w:t>得分</w:t>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bl>
    <w:p>
      <w:r>
        <w:t>经审核答辩，以上同学不存在抄袭、造假、冒名、有名无实等情况，得分符合《推免生发展素质</w:t>
      </w:r>
    </w:p>
    <w:p>
      <w:r>
        <w:t>评价分值设置表》计分要求。特此鉴定。</w:t>
      </w:r>
    </w:p>
    <w:p>
      <w:r>
        <w:t>专家审核小组成员签字：</w:t>
      </w:r>
    </w:p>
    <w:p>
      <w:r>
        <w:t>附件5</w:t>
      </w:r>
    </w:p>
    <w:p>
      <w:r>
        <w:t>_ ____________学院2 02 7届推免生综合评价评分汇总表</w:t>
      </w:r>
    </w:p>
    <w:tbl>
      <w:tblPr>
        <w:tblStyle w:val="TableGrid"/>
        <w:tblW w:type="auto" w:w="0"/>
        <w:tblLook w:firstColumn="1" w:firstRow="1" w:lastColumn="0" w:lastRow="0" w:noHBand="0" w:noVBand="1" w:val="04A0"/>
      </w:tblPr>
      <w:tblGrid>
        <w:gridCol w:w="617"/>
        <w:gridCol w:w="617"/>
        <w:gridCol w:w="617"/>
        <w:gridCol w:w="617"/>
        <w:gridCol w:w="617"/>
        <w:gridCol w:w="617"/>
        <w:gridCol w:w="617"/>
        <w:gridCol w:w="617"/>
        <w:gridCol w:w="617"/>
        <w:gridCol w:w="617"/>
        <w:gridCol w:w="617"/>
        <w:gridCol w:w="617"/>
        <w:gridCol w:w="617"/>
        <w:gridCol w:w="617"/>
      </w:tblGrid>
      <w:tr>
        <w:tc>
          <w:tcPr>
            <w:tcW w:type="dxa" w:w="617"/>
          </w:tcPr>
          <w:p>
            <w:r>
              <w:t>序号</w:t>
            </w:r>
          </w:p>
        </w:tc>
        <w:tc>
          <w:tcPr>
            <w:tcW w:type="dxa" w:w="617"/>
          </w:tcPr>
          <w:p>
            <w:r>
              <w:t>班级</w:t>
            </w:r>
          </w:p>
        </w:tc>
        <w:tc>
          <w:tcPr>
            <w:tcW w:type="dxa" w:w="617"/>
          </w:tcPr>
          <w:p>
            <w:r>
              <w:t>学号</w:t>
            </w:r>
          </w:p>
        </w:tc>
        <w:tc>
          <w:tcPr>
            <w:tcW w:type="dxa" w:w="617"/>
          </w:tcPr>
          <w:p>
            <w:r>
              <w:t>姓名</w:t>
            </w:r>
          </w:p>
        </w:tc>
        <w:tc>
          <w:tcPr>
            <w:tcW w:type="dxa" w:w="617"/>
          </w:tcPr>
          <w:p>
            <w:r>
              <w:t>思想品德考核</w:t>
            </w:r>
          </w:p>
        </w:tc>
        <w:tc>
          <w:tcPr>
            <w:tcW w:type="dxa" w:w="617"/>
          </w:tcPr>
          <w:p>
            <w:r>
              <w:t>专业排名</w:t>
            </w:r>
          </w:p>
        </w:tc>
        <w:tc>
          <w:tcPr>
            <w:tcW w:type="dxa" w:w="617"/>
          </w:tcPr>
          <w:p>
            <w:r>
              <w:t>外语成绩</w:t>
            </w:r>
          </w:p>
        </w:tc>
        <w:tc>
          <w:tcPr>
            <w:tcW w:type="dxa" w:w="617"/>
          </w:tcPr>
          <w:p>
            <w:r>
              <w:t>学分绩点</w:t>
            </w:r>
          </w:p>
        </w:tc>
        <w:tc>
          <w:tcPr>
            <w:tcW w:type="dxa" w:w="617"/>
          </w:tcPr>
          <w:p>
            <w:r>
              <w:t>平均学分绩点折算分</w:t>
            </w:r>
          </w:p>
        </w:tc>
        <w:tc>
          <w:tcPr>
            <w:tcW w:type="dxa" w:w="617"/>
          </w:tcPr>
          <w:p>
            <w:r>
              <w:t>发展素质评价分</w:t>
            </w:r>
          </w:p>
        </w:tc>
        <w:tc>
          <w:tcPr>
            <w:tcW w:type="dxa" w:w="617"/>
          </w:tcPr>
          <w:p>
            <w:r>
              <w:t>综合评价成绩</w:t>
            </w:r>
          </w:p>
        </w:tc>
        <w:tc>
          <w:tcPr>
            <w:tcW w:type="dxa" w:w="617"/>
          </w:tcPr>
          <w:p>
            <w:r>
              <w:t>推荐排名方式</w:t>
            </w:r>
          </w:p>
        </w:tc>
        <w:tc>
          <w:tcPr>
            <w:tcW w:type="dxa" w:w="617"/>
          </w:tcPr>
          <w:p>
            <w:r>
              <w:t>推荐排名</w:t>
            </w:r>
          </w:p>
        </w:tc>
        <w:tc>
          <w:tcPr>
            <w:tcW w:type="dxa" w:w="617"/>
          </w:tcPr>
          <w:p>
            <w:r>
              <w:t>备注</w:t>
            </w:r>
          </w:p>
        </w:tc>
      </w:tr>
      <w:tr>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r>
      <w:tr>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r>
      <w:tr>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r>
      <w:tr>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r>
      <w:tr>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r>
    </w:tbl>
    <w:p>
      <w:r>
        <w:t>学院推免生遴选工作小组组长审核签字：学院公章：</w:t>
      </w:r>
    </w:p>
    <w:p>
      <w:r>
        <w:t>2026年9月日</w:t>
      </w:r>
    </w:p>
    <w:p>
      <w:r>
        <w:t>说明：</w:t>
      </w:r>
    </w:p>
    <w:p>
      <w:r>
        <w:t>1.学生所获成果应为本科在读期间获得，且第一完成单位为常州大学。</w:t>
      </w:r>
    </w:p>
    <w:p>
      <w:r>
        <w:t>2.综合评价成绩=平均学分绩点折算分×70%+发展素质评价分×30%，保留二位小数。</w:t>
      </w:r>
    </w:p>
    <w:p>
      <w:r>
        <w:t>3.推荐排名方式分为学院排名、专业排名。</w:t>
      </w:r>
    </w:p>
    <w:p>
      <w:r>
        <w:t>4.相关数据须与“常州大学本科生推免申请系统”中一致。经学院审定，不符合《常州大学推荐应届本科毕业生免试攻读硕士研究生实施办法》附件《推免生发展素质评价指标体系》的项目，请不要填写！</w:t>
      </w:r>
    </w:p>
    <w:p>
      <w:r>
        <w:t>附件6</w:t>
      </w:r>
    </w:p>
    <w:p>
      <w:r>
        <w:t>学院推免工作相关人员亲属或利益关系报备登记表</w:t>
      </w:r>
    </w:p>
    <w:p>
      <w:pPr>
        <w:pStyle w:val="ListNumber"/>
      </w:pPr>
      <w:r>
        <w:t>推免生</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申请推免学生的报备情况</w:t>
            </w:r>
          </w:p>
        </w:tc>
        <w:tc>
          <w:tcPr>
            <w:tcW w:type="dxa" w:w="2160"/>
          </w:tcPr>
          <w:p/>
        </w:tc>
        <w:tc>
          <w:tcPr>
            <w:tcW w:type="dxa" w:w="2160"/>
          </w:tcPr>
          <w:p/>
        </w:tc>
        <w:tc>
          <w:tcPr>
            <w:tcW w:type="dxa" w:w="2160"/>
          </w:tcPr>
          <w:p/>
        </w:tc>
      </w:tr>
      <w:tr>
        <w:tc>
          <w:tcPr>
            <w:tcW w:type="dxa" w:w="2160"/>
          </w:tcPr>
          <w:p>
            <w:r>
              <w:t>学生姓名</w:t>
            </w:r>
          </w:p>
        </w:tc>
        <w:tc>
          <w:tcPr>
            <w:tcW w:type="dxa" w:w="2160"/>
          </w:tcPr>
          <w:p>
            <w:r>
              <w:t>涉及直系亲属（工作人员）姓名</w:t>
            </w:r>
          </w:p>
        </w:tc>
        <w:tc>
          <w:tcPr>
            <w:tcW w:type="dxa" w:w="2160"/>
          </w:tcPr>
          <w:p>
            <w:r>
              <w:t>涉及非直系亲属（工作人员）姓名</w:t>
            </w:r>
          </w:p>
        </w:tc>
        <w:tc>
          <w:tcPr>
            <w:tcW w:type="dxa" w:w="2160"/>
          </w:tcPr>
          <w:p>
            <w:r>
              <w:t>利益相关人员（如收费辅导教学）</w:t>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bl>
    <w:p>
      <w:r>
        <w:t>二、推免相关工作人员</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工作人员回避情况</w:t>
            </w:r>
          </w:p>
        </w:tc>
        <w:tc>
          <w:tcPr>
            <w:tcW w:type="dxa" w:w="1440"/>
          </w:tcPr>
          <w:p>
            <w:r>
              <w:t>工作人员报备情况</w:t>
            </w:r>
          </w:p>
        </w:tc>
        <w:tc>
          <w:tcPr>
            <w:tcW w:type="dxa" w:w="1440"/>
          </w:tcPr>
          <w:p/>
        </w:tc>
        <w:tc>
          <w:tcPr>
            <w:tcW w:type="dxa" w:w="1440"/>
          </w:tcPr>
          <w:p/>
        </w:tc>
        <w:tc>
          <w:tcPr>
            <w:tcW w:type="dxa" w:w="1440"/>
          </w:tcPr>
          <w:p/>
        </w:tc>
        <w:tc>
          <w:tcPr>
            <w:tcW w:type="dxa" w:w="1440"/>
          </w:tcPr>
          <w:p/>
        </w:tc>
      </w:tr>
      <w:tr>
        <w:tc>
          <w:tcPr>
            <w:tcW w:type="dxa" w:w="1440"/>
          </w:tcPr>
          <w:p>
            <w:r>
              <w:t>工作人员姓名</w:t>
            </w:r>
          </w:p>
        </w:tc>
        <w:tc>
          <w:tcPr>
            <w:tcW w:type="dxa" w:w="1440"/>
          </w:tcPr>
          <w:p>
            <w:r>
              <w:t>推免工作岗位</w:t>
            </w:r>
          </w:p>
        </w:tc>
        <w:tc>
          <w:tcPr>
            <w:tcW w:type="dxa" w:w="1440"/>
          </w:tcPr>
          <w:p>
            <w:r>
              <w:t>涉及直系亲属（学生）姓名</w:t>
            </w:r>
          </w:p>
        </w:tc>
        <w:tc>
          <w:tcPr>
            <w:tcW w:type="dxa" w:w="1440"/>
          </w:tcPr>
          <w:p>
            <w:r>
              <w:t>工作人员姓名</w:t>
            </w:r>
          </w:p>
        </w:tc>
        <w:tc>
          <w:tcPr>
            <w:tcW w:type="dxa" w:w="1440"/>
          </w:tcPr>
          <w:p>
            <w:r>
              <w:t>推免工作岗位</w:t>
            </w:r>
          </w:p>
        </w:tc>
        <w:tc>
          <w:tcPr>
            <w:tcW w:type="dxa" w:w="1440"/>
          </w:tcPr>
          <w:p>
            <w:r>
              <w:t>涉及非直系亲属（学生）姓名</w:t>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r>
        <w:t>填表人：学院党委（总支）书记审核签字：</w:t>
      </w:r>
    </w:p>
    <w:p>
      <w:r>
        <w:t>学院公章：2026年9月日</w:t>
      </w:r>
    </w:p>
    <w:p>
      <w:r>
        <w:t>说明：</w:t>
      </w:r>
    </w:p>
    <w:p>
      <w:r>
        <w:t>1.教职工子女必须填写。</w:t>
      </w:r>
    </w:p>
    <w:p>
      <w:r>
        <w:t>2.学院若无回避及报备情况，相应栏目请填写“无”。</w:t>
      </w:r>
    </w:p>
    <w:p>
      <w:r>
        <w:t>附件7</w:t>
      </w:r>
    </w:p>
    <w:p>
      <w:r>
        <w:t>常州大学2027届推免工作人员承诺书</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姓名</w:t>
            </w:r>
          </w:p>
        </w:tc>
        <w:tc>
          <w:tcPr>
            <w:tcW w:type="dxa" w:w="2160"/>
          </w:tcPr>
          <w:p>
            <w:r/>
          </w:p>
        </w:tc>
        <w:tc>
          <w:tcPr>
            <w:tcW w:type="dxa" w:w="2160"/>
          </w:tcPr>
          <w:p>
            <w:r>
              <w:t>办公电话</w:t>
            </w:r>
          </w:p>
        </w:tc>
        <w:tc>
          <w:tcPr>
            <w:tcW w:type="dxa" w:w="2160"/>
          </w:tcPr>
          <w:p>
            <w:r/>
          </w:p>
        </w:tc>
      </w:tr>
      <w:tr>
        <w:tc>
          <w:tcPr>
            <w:tcW w:type="dxa" w:w="2160"/>
          </w:tcPr>
          <w:p>
            <w:r>
              <w:t>本人推免工作岗位</w:t>
            </w:r>
          </w:p>
        </w:tc>
        <w:tc>
          <w:tcPr>
            <w:tcW w:type="dxa" w:w="2160"/>
          </w:tcPr>
          <w:p>
            <w:r>
              <w:t>□学校推免工作□学院推免工作</w:t>
            </w:r>
          </w:p>
        </w:tc>
        <w:tc>
          <w:tcPr>
            <w:tcW w:type="dxa" w:w="2160"/>
          </w:tcPr>
          <w:p/>
        </w:tc>
        <w:tc>
          <w:tcPr>
            <w:tcW w:type="dxa" w:w="2160"/>
          </w:tcPr>
          <w:p/>
        </w:tc>
      </w:tr>
      <w:tr>
        <w:tc>
          <w:tcPr>
            <w:tcW w:type="dxa" w:w="2160"/>
          </w:tcPr>
          <w:p>
            <w:r>
              <w:t>本人承诺内容填写</w:t>
            </w:r>
          </w:p>
        </w:tc>
        <w:tc>
          <w:tcPr>
            <w:tcW w:type="dxa" w:w="2160"/>
          </w:tcPr>
          <w:p>
            <w:r>
              <w:t>本人知晓并理解常州大学推荐应届本科毕业生免试攻读研究生（以下简称推免）工作的有关规定，了解其工作内容及其违反有关法律法规的处罚规定，我愿意并保证：1.本人确认并承诺严格遵守推免工作要求。2.无亲属参加当次的推免工作或存在可能影响当次推免工作公平公正的其他利害关系。本人签名：2026年月日</w:t>
            </w:r>
          </w:p>
        </w:tc>
        <w:tc>
          <w:tcPr>
            <w:tcW w:type="dxa" w:w="2160"/>
          </w:tcPr>
          <w:p/>
        </w:tc>
        <w:tc>
          <w:tcPr>
            <w:tcW w:type="dxa" w:w="2160"/>
          </w:tcPr>
          <w:p/>
        </w:tc>
      </w:tr>
    </w:tbl>
    <w:p>
      <w:r>
        <w:t>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