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石油与天然气工程学院、能源学院_政策文件_未知日期</w:t>
      </w:r>
    </w:p>
    <w:p>
      <w:pPr>
        <w:pStyle w:val="ListBullet"/>
      </w:pPr>
      <w:r>
        <w:t>石油与天然气工程学院2027届拟推免生竞赛获奖、科研论文、发明专利审核结果公示</w:t>
      </w:r>
    </w:p>
    <w:p>
      <w:pPr>
        <w:pStyle w:val="ListBullet"/>
      </w:pPr>
      <w:r>
        <w:t>07 2026-09石油与天然气工程学院推荐2027年优秀应届本科毕业生免试攻读硕士研究生初选名单公示石油与天然气工程学院推荐2027年优秀应届本科毕业生免试攻读硕士研究生初选名单公示根据《常州大学推荐应届本科毕业生免试攻读硕士研究生实施办法》（常大〔2025〕47号）、《关于做好2027届本科毕业生推荐免试攻读研究生工作的通知》（常大教〔2026〕16号）文件精神要求，经学生本人申请、学院专家审核小组审核鉴定，学院推免生遴选工作小组会议决定，确定我院2027年推荐优秀应届本科毕业生免试攻读硕士研究生的初选名单如下，现予以公示。公示期：2026年9月7日-9月9日15：00，如有异议者请于公示期内向学院推免工作监督小组实名反映。监督电话：0519-86330799，监督邮箱：cpe@cczu.edu.cn。</w:t>
      </w:r>
    </w:p>
    <w:p>
      <w:pPr>
        <w:pStyle w:val="ListBullet"/>
      </w:pPr>
      <w:r>
        <w:t>02 2026-09石油与天然气工程学院关于开展2027届本科毕业生推荐免试攻读硕士研究生工作的通知石油与天然气工程学院关于开展2027届本科毕业生推荐免试攻读硕士研究生工作的通知各系部、2027届本科毕业生：根据《常州大学推荐应届本科毕业生免试攻读硕士研究生实施办法》（常大〔2025〕47号）、《关于做好2027届本科毕业生推荐免试攻读研究生工作的通知》（常大教〔2026〕16号）文件精神要求，经学院研究决定，现开展我院推荐2027届本科毕业生推荐免试攻读硕士研究生工作。具体通知如下：一、组织领导1.成立学院推免生遴选工作小组，全面负责推免工作，包括制订工作实施办法、名额分配、组织协调、结果审核等。名单如下：组长：彭浩平成员：陈海飞、王永、周诗岽、宋付权、李恩田、于海龙2.成立学院推免工作监督小组，负责对推免工作的全过程进行监督，确保公平公正，受理学生申诉和举报，公布电子邮件、工作电话等，保证申诉渠道的畅通。名单如下：组长：业绪华成员：王永、吕晓方、朱宝忠、徐慧、魏锦扬监督电话：0519-86330818监督邮箱：cpe@cczu.edu.cn3.成立学院专家审核小组，负责对申请推免资格学生的竞赛获奖、科研论文、发明专利等进行审核鉴定，并组织相关学生在学院一定范围内进行公开答辩，名</w:t>
      </w:r>
    </w:p>
    <w:p>
      <w:pPr>
        <w:pStyle w:val="ListBullet"/>
      </w:pPr>
      <w:r>
        <w:t>08 2025-09石工学院2026届拟推免生竞赛获奖、科研论文、发明专利审核鉴定结果公示</w:t>
      </w:r>
    </w:p>
    <w:p>
      <w:pPr>
        <w:pStyle w:val="ListBullet"/>
      </w:pPr>
      <w:r>
        <w:t>08 2025-09【公示】石油与天然气工程学院推荐2026年优秀应届本科毕业生免试攻读硕士研究生初选名单公示</w:t>
      </w:r>
    </w:p>
    <w:p>
      <w:pPr>
        <w:pStyle w:val="ListBullet"/>
      </w:pPr>
      <w:r>
        <w:t>03 2025-09石工学院关于开展2026届本科毕业生推荐免试攻读硕士研究生工作的通知</w:t>
      </w:r>
    </w:p>
    <w:p>
      <w:pPr>
        <w:pStyle w:val="ListBullet"/>
      </w:pPr>
      <w:r>
        <w:t>01 2025-09关于做好2026届本科毕业生推荐免试攻读硕士研究生工作的通知关于做好2026届本科毕业生推荐免试攻读硕士研究生工作的通知各学院、相关部门：根据《全国普通高等学校推荐优秀应届本科毕业生免试攻读硕士学位研究生工作管理办法（试行）》（教学〔2006〕14号）《教育部办公厅关于进一步规范和加强推荐优秀应届本科毕业生免试攻读研究生工作的通知》（教学厅〔2020〕12号）《常州大学推荐应届本科毕业生免试攻读硕士研究生实施办法》文件精神和教育部推荐优秀应届本科毕业生免试攻读研究生工作相关要求，经推免生遴选工作领导小组（以下简称“校推免小组”）研究决定，现开展我校推荐2026届本科毕业生推荐免试攻读硕士研究生工作。具体通知如下：一、总体要求推荐优秀应届本科毕业生免试攻读研究生（简称“推免”)工作是我校人才培养工作的重要组成部分，对促进高素质、高层次、拔尖创新人才的培养具有十分重要的意义。各学院要认真学习相关文件精神，紧紧围绕立德树人根本任务，遵循以德为先、全面考查、综合评价、择优选拔和公平、公正、公开的原则，认真做好2026届优秀本科毕业生推免工作。二、组织领导1.校推免小组全面负责学校推荐免试研究生遴选工作，具体名单如下：组长：李忠玉、周刚成员：陆恒、莫琦、</w:t>
      </w:r>
    </w:p>
    <w:p>
      <w:pPr>
        <w:pStyle w:val="ListBullet"/>
      </w:pPr>
      <w:r>
        <w:t>31 2025-08《常州大学推荐应届本科毕业生免试攻读硕士研究生实施办法》</w:t>
      </w:r>
    </w:p>
    <w:p>
      <w:pPr>
        <w:pStyle w:val="ListBullet"/>
      </w:pPr>
      <w:r>
        <w:t>每页14记录总共8记录</w:t>
      </w:r>
    </w:p>
    <w:p>
      <w:pPr>
        <w:pStyle w:val="ListBullet"/>
      </w:pPr>
      <w:r>
        <w:t>第一页&lt;&lt;上一页下一页&gt;&gt;尾页</w:t>
      </w:r>
    </w:p>
    <w:p>
      <w:pPr>
        <w:pStyle w:val="ListBullet"/>
      </w:pPr>
      <w:r>
        <w:t>页码1 / 1跳转到</w:t>
      </w:r>
    </w:p>
    <w:tbl>
      <w:tblPr>
        <w:tblStyle w:val="TableGrid"/>
        <w:tblW w:type="auto" w:w="0"/>
        <w:tblLook w:firstColumn="1" w:firstRow="1" w:lastColumn="0" w:lastRow="0" w:noHBand="0" w:noVBand="1" w:val="04A0"/>
      </w:tblPr>
      <w:tblGrid>
        <w:gridCol w:w="8640"/>
      </w:tblGrid>
      <w:tr>
        <w:tc>
          <w:tcPr>
            <w:tcW w:type="dxa" w:w="8640"/>
          </w:tcPr>
          <w:p>
            <w:r>
              <w:t>热点新闻</w:t>
            </w:r>
          </w:p>
        </w:tc>
      </w:tr>
      <w:tr>
        <w:tc>
          <w:tcPr>
            <w:tcW w:type="dxa" w:w="8640"/>
          </w:tcPr>
          <w:p>
            <w:r/>
          </w:p>
        </w:tc>
      </w:tr>
      <w:tr>
        <w:tc>
          <w:tcPr>
            <w:tcW w:type="dxa" w:w="8640"/>
          </w:tcPr>
          <w:p>
            <w:r/>
          </w:p>
        </w:tc>
      </w:tr>
    </w:tbl>
    <w:p>
      <w:r>
        <w:t>&lt;div class="foot-top"&gt;</w:t>
        <w:br/>
        <w:t xml:space="preserve"> &lt;/div&gt;</w:t>
      </w:r>
    </w:p>
    <w:p>
      <w:r>
        <w:t>©常州大学石油与天然气工程学院能源学院能源低碳信创产业学院</w:t>
      </w:r>
    </w:p>
    <w:p>
      <w:r>
        <w:t>地址：江苏省常州市武进区科教城乐行楼邮编：214500</w:t>
      </w:r>
    </w:p>
    <w:p>
      <w:r>
        <w:t>电话：0519-86330800邮箱：cpe@cczu.edu.cn管理入口</w:t>
      </w:r>
    </w:p>
    <w:p>
      <w:r>
        <w:t>常大校历</w:t>
      </w:r>
    </w:p>
    <w:p>
      <w:r>
        <w:t>作息时间</w:t>
      </w:r>
    </w:p>
    <w:p>
      <w:r>
        <w:t>邮箱系统</w:t>
      </w:r>
    </w:p>
    <w:p>
      <w:r>
        <w:t>办公电话</w:t>
      </w:r>
    </w:p>
    <w:p>
      <w:r>
        <w:t>&lt;div class="appbox"&gt;</w:t>
        <w:br/>
        <w:t xml:space="preserve"> &lt;div class="foot-center-right-bottom-box"&gt;</w:t>
        <w:br/>
        <w:t xml:space="preserve"> &lt;img src="/_upload/tpl/05/d7/1495/template1495/images/wechat.png" /&gt;</w:t>
        <w:br/>
        <w:t xml:space="preserve"> &lt;/div&gt;</w:t>
        <w:br/>
        <w:t xml:space="preserve"> &lt;p&gt;公众号&lt;/p&gt;</w:t>
        <w:br/>
        <w:t xml:space="preserve"> &lt;div class="hover"&gt;</w:t>
        <w:br/>
        <w:t xml:space="preserve"> &lt;img src="/_upload/tpl/05/d7/1495/template1495/images/wx_code.jpg" alt="" style="width: 100%; height: auto;"&gt;</w:t>
        <w:br/>
        <w:t xml:space="preserve"> &lt;/div&gt;</w:t>
        <w:br/>
        <w:t xml:space="preserve"> &lt;/div&gt;</w:t>
      </w:r>
    </w:p>
    <w:p>
      <w:r>
        <w:t>&lt;div class="foot-center-right-bottom"&gt;</w:t>
        <w:br/>
        <w:t xml:space="preserve"> &lt;div class="appbox"&gt;</w:t>
        <w:br/>
        <w:t xml:space="preserve"> &lt;div class="foot-center-right-bottom-box"&gt;</w:t>
        <w:br/>
        <w:t xml:space="preserve"> &lt;img src="/_upload/tpl/05/d7/1495/template1495/images/wechat.png" /&gt;</w:t>
        <w:br/>
        <w:t xml:space="preserve"> &lt;/div&gt;</w:t>
        <w:br/>
        <w:t xml:space="preserve"> &lt;p&gt;公众号&lt;/p&gt;</w:t>
        <w:br/>
        <w:t xml:space="preserve"> &lt;div class="hover"&gt;</w:t>
        <w:br/>
        <w:t xml:space="preserve"> &lt;img src="/_upload/tpl/05/d7/1495/template1495/images/wx_code.jpg" alt="" style="width: 100%; height: auto;"&gt;</w:t>
        <w:br/>
        <w:t xml:space="preserve"> &lt;/div&gt;</w:t>
        <w:br/>
        <w:t xml:space="preserve"> &lt;/div&gt;</w:t>
        <w:br/>
        <w:t xml:space="preserve"> &lt;div class="appbox"&gt;</w:t>
        <w:br/>
        <w:t xml:space="preserve"> &lt;div class="foot-center-right-bottom-box"&gt;</w:t>
        <w:br/>
        <w:t xml:space="preserve"> &lt;img src="/_upload/tpl/05/d7/1495/template1495/images/douyin.png" /&gt;</w:t>
        <w:br/>
        <w:t xml:space="preserve"> &lt;/div&gt;</w:t>
        <w:br/>
        <w:t xml:space="preserve"> &lt;p&gt;抖音号&lt;/p&gt;</w:t>
        <w:br/>
        <w:t xml:space="preserve"> &lt;div class="hover"&gt;</w:t>
        <w:br/>
        <w:t xml:space="preserve"> &lt;img src="/_upload/tpl/05/d7/1495/template1495/wechat-code.jpg" alt="" style="width: 100%; height: auto;"&gt;</w:t>
        <w:br/>
        <w:t xml:space="preserve"> &lt;/div&gt;</w:t>
        <w:br/>
        <w:t xml:space="preserve"> &lt;/div&gt;</w:t>
        <w:br/>
        <w:t xml:space="preserve"> &lt;/div&gt;</w:t>
      </w:r>
    </w:p>
    <w:p>
      <w:r>
        <w:t>友情链接：</w:t>
      </w:r>
    </w:p>
    <w:p>
      <w:pPr>
        <w:pStyle w:val="ListBullet"/>
      </w:pPr>
      <w:r>
        <w:t>教育部</w:t>
      </w:r>
    </w:p>
    <w:p>
      <w:pPr>
        <w:pStyle w:val="ListBullet"/>
      </w:pPr>
      <w:r>
        <w:t>科技部</w:t>
      </w:r>
    </w:p>
    <w:p>
      <w:pPr>
        <w:pStyle w:val="ListBullet"/>
      </w:pPr>
      <w:r>
        <w:t>江苏省教育厅</w:t>
      </w:r>
    </w:p>
    <w:p>
      <w:pPr>
        <w:pStyle w:val="ListBullet"/>
      </w:pPr>
      <w:r>
        <w:t>国家自然科学基金委</w:t>
      </w:r>
    </w:p>
    <w:p>
      <w:pPr>
        <w:pStyle w:val="ListBullet"/>
      </w:pPr>
      <w:r>
        <w:t>德克萨斯大学奥斯汀分校</w:t>
      </w:r>
    </w:p>
    <w:p>
      <w:pPr>
        <w:pStyle w:val="ListBullet"/>
      </w:pPr>
      <w:r>
        <w:t>丹麦技术大学</w:t>
      </w:r>
    </w:p>
    <w:p>
      <w:r>
        <w:t>&lt;div class="foot-bottom "&gt;</w:t>
        <w:br/>
        <w:t xml:space="preserve"> &lt;div class="copyright"&gt;</w:t>
        <w:br/>
        <w:t xml:space="preserve"> &lt;p&gt;&lt;span&gt;苏ICP备05070686号&lt;/span&gt;&lt;span&gt;苏公网安备32041202001161号&lt;/span&gt; &lt;/p&gt;</w:t>
        <w:br/>
        <w:t xml:space="preserve"> &lt;/div&gt;</w:t>
        <w:br/>
        <w:t xml:space="preserve"> &lt;/div&gt;</w:t>
      </w:r>
    </w:p>
    <w:p>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