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【公示】石油与天然气工程学院推荐2026年优秀应届本科毕业生免试攻读硕士研究生初选名单公示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您当前的位置：首页综合发布通知公告【公示】石油与天然气工程学院推荐2026年优秀应届本科毕业生免试攻读硕士研究生初选名单公示发稿时间:2025-09-08浏览次数: 1982根据《常州大学推荐应届本科毕业生免试攻读硕士研究生实施办法》、《关于做好2026届本科毕业生推荐免试攻读硕士研究生工作的通知》以及《石工学院关于开展2026届本科毕业生推荐免试攻读硕士研究生工作的通知》，经学生本人申请、学院专家审核小组审核鉴定，学院推免生遴选工作小组会议决定，确定我院2026年推荐优秀应届本科毕业生免试攻读硕士研究生的初选名单如下，现予以公示。公示期：2025年9月8日-9月10日，如有异议者请于公示期内向学院推免工作监督小组实名反映。监督电话：0519-86330818，监督邮箱：cpe@cczu.edu.cn。</w:t>
            </w:r>
          </w:p>
        </w:tc>
        <w:tc>
          <w:tcPr>
            <w:tcW w:type="dxa" w:w="4320"/>
          </w:tcPr>
          <w:p>
            <w:r>
              <w:t>热点新闻</w:t>
            </w:r>
          </w:p>
        </w:tc>
      </w:tr>
      <w:tr>
        <w:tc>
          <w:tcPr>
            <w:tcW w:type="dxa" w:w="4320"/>
          </w:tcPr>
          <w:p>
            <w:r>
              <w:t>您当前的位置：首页综合发布通知公告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【公示】石油与天然气工程学院推荐2026年优秀应届本科毕业生免试攻读硕士研究生初选名单公示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发稿时间:2025-09-08浏览次数: 1982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根据《常州大学推荐应届本科毕业生免试攻读硕士研究生实施办法》、《关于做好2026届本科毕业生推荐免试攻读硕士研究生工作的通知》以及《石工学院关于开展2026届本科毕业生推荐免试攻读硕士研究生工作的通知》，经学生本人申请、学院专家审核小组审核鉴定，学院推免生遴选工作小组会议决定，确定我院2026年推荐优秀应届本科毕业生免试攻读硕士研究生的初选名单如下，现予以公示。公示期：2025年9月8日-9月10日，如有异议者请于公示期内向学院推免工作监督小组实名反映。监督电话：0519-86330818，监督邮箱：cpe@cczu.edu.cn。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热点新闻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/>
        </w:tc>
      </w:tr>
    </w:tbl>
    <w:p>
      <w:r>
        <w:t>&lt;div class="foot-top"&gt;</w:t>
        <w:br/>
        <w:t xml:space="preserve"> &lt;/div&gt;</w:t>
      </w:r>
    </w:p>
    <w:p>
      <w:r>
        <w:t>©常州大学石油与天然气工程学院能源学院能源低碳信创产业学院</w:t>
      </w:r>
    </w:p>
    <w:p>
      <w:r>
        <w:t>地址：江苏省常州市武进区科教城乐行楼邮编：214500</w:t>
      </w:r>
    </w:p>
    <w:p>
      <w:r>
        <w:t>电话：0519-86330800邮箱：cpe@cczu.edu.cn管理入口</w:t>
      </w:r>
    </w:p>
    <w:p>
      <w:r>
        <w:t>常大校历</w:t>
      </w:r>
    </w:p>
    <w:p>
      <w:r>
        <w:t>作息时间</w:t>
      </w:r>
    </w:p>
    <w:p>
      <w:r>
        <w:t>邮箱系统</w:t>
      </w:r>
    </w:p>
    <w:p>
      <w:r>
        <w:t>办公电话</w:t>
      </w:r>
    </w:p>
    <w:p>
      <w:r>
        <w:t>&lt;div class="appbox"&gt;</w:t>
        <w:br/>
        <w:t xml:space="preserve"> &lt;div class="foot-center-right-bottom-box"&gt;</w:t>
        <w:br/>
        <w:t xml:space="preserve"> &lt;img src="/_upload/tpl/05/d7/1495/template1495/images/wechat.png" /&gt;</w:t>
        <w:br/>
        <w:t xml:space="preserve"> &lt;/div&gt;</w:t>
        <w:br/>
        <w:t xml:space="preserve"> &lt;p&gt;公众号&lt;/p&gt;</w:t>
        <w:br/>
        <w:t xml:space="preserve"> &lt;div class="hover"&gt;</w:t>
        <w:br/>
        <w:t xml:space="preserve"> &lt;img src="/_upload/tpl/05/d7/1495/template1495/images/wx_code.jpg" alt="" style="width: 100%; height: auto;"&gt;</w:t>
        <w:br/>
        <w:t xml:space="preserve"> &lt;/div&gt;</w:t>
        <w:br/>
        <w:t xml:space="preserve"> &lt;/div&gt;</w:t>
      </w:r>
    </w:p>
    <w:p>
      <w:r>
        <w:t>&lt;div class="foot-center-right-bottom"&gt;</w:t>
        <w:br/>
        <w:t xml:space="preserve"> &lt;div class="appbox"&gt;</w:t>
        <w:br/>
        <w:t xml:space="preserve"> &lt;div class="foot-center-right-bottom-box"&gt;</w:t>
        <w:br/>
        <w:t xml:space="preserve"> &lt;img src="/_upload/tpl/05/d7/1495/template1495/images/wechat.png" /&gt;</w:t>
        <w:br/>
        <w:t xml:space="preserve"> &lt;/div&gt;</w:t>
        <w:br/>
        <w:t xml:space="preserve"> &lt;p&gt;公众号&lt;/p&gt;</w:t>
        <w:br/>
        <w:t xml:space="preserve"> &lt;div class="hover"&gt;</w:t>
        <w:br/>
        <w:t xml:space="preserve"> &lt;img src="/_upload/tpl/05/d7/1495/template1495/images/wx_code.jpg" alt="" style="width: 100%; height: auto;"&gt;</w:t>
        <w:br/>
        <w:t xml:space="preserve"> &lt;/div&gt;</w:t>
        <w:br/>
        <w:t xml:space="preserve"> &lt;/div&gt;</w:t>
        <w:br/>
        <w:t xml:space="preserve"> &lt;div class="appbox"&gt;</w:t>
        <w:br/>
        <w:t xml:space="preserve"> &lt;div class="foot-center-right-bottom-box"&gt;</w:t>
        <w:br/>
        <w:t xml:space="preserve"> &lt;img src="/_upload/tpl/05/d7/1495/template1495/images/douyin.png" /&gt;</w:t>
        <w:br/>
        <w:t xml:space="preserve"> &lt;/div&gt;</w:t>
        <w:br/>
        <w:t xml:space="preserve"> &lt;p&gt;抖音号&lt;/p&gt;</w:t>
        <w:br/>
        <w:t xml:space="preserve"> &lt;div class="hover"&gt;</w:t>
        <w:br/>
        <w:t xml:space="preserve"> &lt;img src="/_upload/tpl/05/d7/1495/template1495/wechat-code.jpg" alt="" style="width: 100%; height: auto;"&gt;</w:t>
        <w:br/>
        <w:t xml:space="preserve"> &lt;/div&gt;</w:t>
        <w:br/>
        <w:t xml:space="preserve"> &lt;/div&gt;</w:t>
        <w:br/>
        <w:t xml:space="preserve"> &lt;/div&gt;</w:t>
      </w:r>
    </w:p>
    <w:p>
      <w:r>
        <w:t>友情链接：</w:t>
      </w:r>
    </w:p>
    <w:p>
      <w:pPr>
        <w:pStyle w:val="ListBullet"/>
      </w:pPr>
      <w:r>
        <w:t>教育部</w:t>
      </w:r>
    </w:p>
    <w:p>
      <w:pPr>
        <w:pStyle w:val="ListBullet"/>
      </w:pPr>
      <w:r>
        <w:t>科技部</w:t>
      </w:r>
    </w:p>
    <w:p>
      <w:pPr>
        <w:pStyle w:val="ListBullet"/>
      </w:pPr>
      <w:r>
        <w:t>江苏省教育厅</w:t>
      </w:r>
    </w:p>
    <w:p>
      <w:pPr>
        <w:pStyle w:val="ListBullet"/>
      </w:pPr>
      <w:r>
        <w:t>国家自然科学基金委</w:t>
      </w:r>
    </w:p>
    <w:p>
      <w:pPr>
        <w:pStyle w:val="ListBullet"/>
      </w:pPr>
      <w:r>
        <w:t>德克萨斯大学奥斯汀分校</w:t>
      </w:r>
    </w:p>
    <w:p>
      <w:pPr>
        <w:pStyle w:val="ListBullet"/>
      </w:pPr>
      <w:r>
        <w:t>丹麦技术大学</w:t>
      </w:r>
    </w:p>
    <w:p>
      <w:r>
        <w:t>&lt;div class="foot-bottom "&gt;</w:t>
        <w:br/>
        <w:t xml:space="preserve"> &lt;div class="copyright"&gt;</w:t>
        <w:br/>
        <w:t xml:space="preserve"> &lt;p&gt;&lt;span&gt;苏ICP备05070686号&lt;/span&gt;&lt;span&gt;苏公网安备32041202001161号&lt;/span&gt; &lt;/p&gt;</w:t>
        <w:br/>
        <w:t xml:space="preserve"> &lt;/div&gt;</w:t>
        <w:br/>
        <w:t xml:space="preserve"> &lt;/div&gt;</w:t>
      </w:r>
    </w:p>
    <w:p>
      <w:r>
        <w:t>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