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学院关于2027届毕业生推免申请系统操作的通知</w:t>
      </w:r>
    </w:p>
    <w:p>
      <w:r>
        <w:t>根据学院《关于做好2027届本科毕业生推荐免试攻读研究生工作的通知》要求，2027届毕业生校推免系统报名的具体安排如下：</w:t>
      </w:r>
    </w:p>
    <w:p>
      <w:r>
        <w:t>一、报名时间</w:t>
      </w:r>
    </w:p>
    <w:p>
      <w:r>
        <w:t>2026年9月5日（周六），7:00-24:00</w:t>
      </w:r>
    </w:p>
    <w:p>
      <w:r>
        <w:t>二、操作流程</w:t>
      </w:r>
    </w:p>
    <w:p>
      <w:r>
        <w:t>教学信息管理系统--用户本人常用功能--网上办公申请--常州大学本科生推免申请。具体操作请参考附件《常州大学本科生推免申请系统操作说明-学生端》。</w:t>
      </w:r>
    </w:p>
    <w:p>
      <w:r>
        <w:t>三、相关要求</w:t>
      </w:r>
    </w:p>
    <w:p>
      <w:r>
        <w:t>1.请在规定时间内完成校推免系统报名，逾期不再受理。</w:t>
      </w:r>
    </w:p>
    <w:p>
      <w:r>
        <w:t>2.请根据校推免系统界面的注意事项完成信息填写、证明材料上传。</w:t>
      </w:r>
    </w:p>
    <w:p>
      <w:r>
        <w:t>常州大学本科生推免申请系统操作说明-学生端.docx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