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学院关于召开2027届本科毕业生推免工作宣传动员会的通知</w:t>
      </w:r>
    </w:p>
    <w:p>
      <w:r>
        <w:t>根据学院工作安排，经研究，决定召开2027届本科毕业生推免工作宣传动员会，现将有关事项通知如下。</w:t>
      </w:r>
    </w:p>
    <w:p>
      <w:r>
        <w:t>一、时间地点</w:t>
      </w:r>
    </w:p>
    <w:p>
      <w:r>
        <w:t>2026年9月2日（周二）15：15-16：40（8-9节课），立功楼2阶</w:t>
      </w:r>
    </w:p>
    <w:p>
      <w:r>
        <w:t>二、相关要求</w:t>
      </w:r>
    </w:p>
    <w:p>
      <w:r>
        <w:t>请我院有意向参加推免的202 7届毕业生（不含专升本、专转本、各类分段培养、联合培养项目、第二学士学位以及有其它规定不参加推免的学生）准时参加。</w:t>
      </w:r>
    </w:p>
    <w:p>
      <w:r>
        <w:t>15: 1 5 15: 1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