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学院2027届拟推免研究生名单公示</w:t>
      </w:r>
    </w:p>
    <w:p>
      <w:r>
        <w:t>根据《常州大学推荐应届本科毕业生免试攻读硕士研究生实施办法》、《学院推荐免试攻读硕士研究生工作实施细则》，经个人自愿申请、资格初审、审核小组答辩、遴选工作小组讨论，现将王诤微电子学院、集成电路产业学院2027届拟推免研究生名单进行公示，名单如下：</w:t>
      </w:r>
    </w:p>
    <w:p>
      <w:r>
        <w:t>王诤微电子学院、集成电路产业学院推荐2027届优秀应届本科毕业生免试攻读研究生综合评价总分及初选名单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>
        <w:tc>
          <w:tcPr>
            <w:tcW w:type="dxa" w:w="480"/>
          </w:tcPr>
          <w:p>
            <w:r>
              <w:t>序号</w:t>
            </w:r>
          </w:p>
        </w:tc>
        <w:tc>
          <w:tcPr>
            <w:tcW w:type="dxa" w:w="480"/>
          </w:tcPr>
          <w:p>
            <w:r>
              <w:t>班级</w:t>
            </w:r>
          </w:p>
        </w:tc>
        <w:tc>
          <w:tcPr>
            <w:tcW w:type="dxa" w:w="480"/>
          </w:tcPr>
          <w:p>
            <w:r>
              <w:t>学号</w:t>
            </w:r>
          </w:p>
        </w:tc>
        <w:tc>
          <w:tcPr>
            <w:tcW w:type="dxa" w:w="480"/>
          </w:tcPr>
          <w:p>
            <w:r>
              <w:t>姓名</w:t>
            </w:r>
          </w:p>
        </w:tc>
        <w:tc>
          <w:tcPr>
            <w:tcW w:type="dxa" w:w="480"/>
          </w:tcPr>
          <w:p>
            <w:r>
              <w:t>性别</w:t>
            </w:r>
          </w:p>
        </w:tc>
        <w:tc>
          <w:tcPr>
            <w:tcW w:type="dxa" w:w="480"/>
          </w:tcPr>
          <w:p>
            <w:r>
              <w:t>专业</w:t>
            </w:r>
          </w:p>
        </w:tc>
        <w:tc>
          <w:tcPr>
            <w:tcW w:type="dxa" w:w="480"/>
          </w:tcPr>
          <w:p>
            <w:r>
              <w:t>学分绩点折算得分（总分100）A</w:t>
            </w:r>
          </w:p>
        </w:tc>
        <w:tc>
          <w:tcPr>
            <w:tcW w:type="dxa" w:w="480"/>
          </w:tcPr>
          <w:p>
            <w:r>
              <w:t>发展素质评价得分（总分100）B</w:t>
            </w:r>
          </w:p>
        </w:tc>
        <w:tc>
          <w:tcPr>
            <w:tcW w:type="dxa" w:w="480"/>
          </w:tcPr>
          <w:p>
            <w:r>
              <w:t>综合评价分=A*70%+B*30%</w:t>
            </w:r>
          </w:p>
        </w:tc>
        <w:tc>
          <w:tcPr>
            <w:tcW w:type="dxa" w:w="480"/>
          </w:tcPr>
          <w:p>
            <w:r>
              <w:t>是否入选</w:t>
            </w:r>
          </w:p>
        </w:tc>
        <w:tc>
          <w:tcPr>
            <w:tcW w:type="dxa" w:w="480"/>
          </w:tcPr>
          <w:p>
            <w:r>
              <w:t>备注</w:t>
            </w:r>
          </w:p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</w:tr>
      <w:tr>
        <w:tc>
          <w:tcPr>
            <w:tcW w:type="dxa" w:w="480"/>
          </w:tcPr>
          <w:p>
            <w:r>
              <w:t>竞赛获奖</w:t>
            </w:r>
          </w:p>
        </w:tc>
        <w:tc>
          <w:tcPr>
            <w:tcW w:type="dxa" w:w="480"/>
          </w:tcPr>
          <w:p>
            <w:r>
              <w:t>科研成果</w:t>
            </w:r>
          </w:p>
        </w:tc>
        <w:tc>
          <w:tcPr>
            <w:tcW w:type="dxa" w:w="480"/>
          </w:tcPr>
          <w:p>
            <w:r>
              <w:t>发明专利</w:t>
            </w:r>
          </w:p>
        </w:tc>
        <w:tc>
          <w:tcPr>
            <w:tcW w:type="dxa" w:w="480"/>
          </w:tcPr>
          <w:p>
            <w:r>
              <w:t>其他</w:t>
            </w:r>
          </w:p>
        </w:tc>
        <w:tc>
          <w:tcPr>
            <w:tcW w:type="dxa" w:w="480"/>
          </w:tcPr>
          <w:p>
            <w:r>
              <w:t>其他（不超过20分）</w:t>
            </w:r>
          </w:p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</w:tr>
      <w:tr>
        <w:tc>
          <w:tcPr>
            <w:tcW w:type="dxa" w:w="480"/>
          </w:tcPr>
          <w:p>
            <w:r>
              <w:t>参军入伍</w:t>
            </w:r>
          </w:p>
        </w:tc>
        <w:tc>
          <w:tcPr>
            <w:tcW w:type="dxa" w:w="480"/>
          </w:tcPr>
          <w:p>
            <w:r>
              <w:t>国际组织实习</w:t>
            </w:r>
          </w:p>
        </w:tc>
        <w:tc>
          <w:tcPr>
            <w:tcW w:type="dxa" w:w="480"/>
          </w:tcPr>
          <w:p>
            <w:r>
              <w:t>志愿服务（不超过10分）</w:t>
            </w:r>
          </w:p>
        </w:tc>
        <w:tc>
          <w:tcPr>
            <w:tcW w:type="dxa" w:w="480"/>
          </w:tcPr>
          <w:p>
            <w:r>
              <w:t>荣誉称号（不超过5分）</w:t>
            </w:r>
          </w:p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</w:tr>
      <w:tr>
        <w:tc>
          <w:tcPr>
            <w:tcW w:type="dxa" w:w="480"/>
          </w:tcPr>
          <w:p>
            <w:r>
              <w:t>1</w:t>
            </w:r>
          </w:p>
        </w:tc>
        <w:tc>
          <w:tcPr>
            <w:tcW w:type="dxa" w:w="480"/>
          </w:tcPr>
          <w:p>
            <w:r>
              <w:t>自动化231</w:t>
            </w:r>
          </w:p>
        </w:tc>
        <w:tc>
          <w:tcPr>
            <w:tcW w:type="dxa" w:w="480"/>
          </w:tcPr>
          <w:p>
            <w:r>
              <w:t>2300300210</w:t>
            </w:r>
          </w:p>
        </w:tc>
        <w:tc>
          <w:tcPr>
            <w:tcW w:type="dxa" w:w="480"/>
          </w:tcPr>
          <w:p>
            <w:r>
              <w:t>程孟禹</w:t>
            </w:r>
          </w:p>
        </w:tc>
        <w:tc>
          <w:tcPr>
            <w:tcW w:type="dxa" w:w="480"/>
          </w:tcPr>
          <w:p>
            <w:r>
              <w:t>男</w:t>
            </w:r>
          </w:p>
        </w:tc>
        <w:tc>
          <w:tcPr>
            <w:tcW w:type="dxa" w:w="480"/>
          </w:tcPr>
          <w:p>
            <w:r>
              <w:t>自动化</w:t>
            </w:r>
          </w:p>
        </w:tc>
        <w:tc>
          <w:tcPr>
            <w:tcW w:type="dxa" w:w="480"/>
          </w:tcPr>
          <w:p>
            <w:r>
              <w:t>87.3260</w:t>
            </w:r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>
              <w:t>61.13</w:t>
            </w:r>
          </w:p>
        </w:tc>
        <w:tc>
          <w:tcPr>
            <w:tcW w:type="dxa" w:w="480"/>
          </w:tcPr>
          <w:p>
            <w:r>
              <w:t>是</w:t>
            </w:r>
          </w:p>
        </w:tc>
        <w:tc>
          <w:tcPr>
            <w:tcW w:type="dxa" w:w="480"/>
          </w:tcPr>
          <w:p>
            <w:r/>
          </w:p>
        </w:tc>
      </w:tr>
      <w:tr>
        <w:tc>
          <w:tcPr>
            <w:tcW w:type="dxa" w:w="480"/>
          </w:tcPr>
          <w:p>
            <w:r>
              <w:t>2</w:t>
            </w:r>
          </w:p>
        </w:tc>
        <w:tc>
          <w:tcPr>
            <w:tcW w:type="dxa" w:w="480"/>
          </w:tcPr>
          <w:p>
            <w:r>
              <w:t>自动化232</w:t>
            </w:r>
          </w:p>
        </w:tc>
        <w:tc>
          <w:tcPr>
            <w:tcW w:type="dxa" w:w="480"/>
          </w:tcPr>
          <w:p>
            <w:r>
              <w:t>2300170204</w:t>
            </w:r>
          </w:p>
        </w:tc>
        <w:tc>
          <w:tcPr>
            <w:tcW w:type="dxa" w:w="480"/>
          </w:tcPr>
          <w:p>
            <w:r>
              <w:t>朱晟</w:t>
            </w:r>
          </w:p>
        </w:tc>
        <w:tc>
          <w:tcPr>
            <w:tcW w:type="dxa" w:w="480"/>
          </w:tcPr>
          <w:p>
            <w:r>
              <w:t>女</w:t>
            </w:r>
          </w:p>
        </w:tc>
        <w:tc>
          <w:tcPr>
            <w:tcW w:type="dxa" w:w="480"/>
          </w:tcPr>
          <w:p>
            <w:r>
              <w:t>自动化</w:t>
            </w:r>
          </w:p>
        </w:tc>
        <w:tc>
          <w:tcPr>
            <w:tcW w:type="dxa" w:w="480"/>
          </w:tcPr>
          <w:p>
            <w:r>
              <w:t>85.9320</w:t>
            </w:r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>
              <w:t>60.15</w:t>
            </w:r>
          </w:p>
        </w:tc>
        <w:tc>
          <w:tcPr>
            <w:tcW w:type="dxa" w:w="480"/>
          </w:tcPr>
          <w:p>
            <w:r>
              <w:t>是</w:t>
            </w:r>
          </w:p>
        </w:tc>
        <w:tc>
          <w:tcPr>
            <w:tcW w:type="dxa" w:w="480"/>
          </w:tcPr>
          <w:p>
            <w:r/>
          </w:p>
        </w:tc>
      </w:tr>
      <w:tr>
        <w:tc>
          <w:tcPr>
            <w:tcW w:type="dxa" w:w="480"/>
          </w:tcPr>
          <w:p>
            <w:r>
              <w:t>3</w:t>
            </w:r>
          </w:p>
        </w:tc>
        <w:tc>
          <w:tcPr>
            <w:tcW w:type="dxa" w:w="480"/>
          </w:tcPr>
          <w:p>
            <w:r>
              <w:t>自动化231</w:t>
            </w:r>
          </w:p>
        </w:tc>
        <w:tc>
          <w:tcPr>
            <w:tcW w:type="dxa" w:w="480"/>
          </w:tcPr>
          <w:p>
            <w:r>
              <w:t>2300170102</w:t>
            </w:r>
          </w:p>
        </w:tc>
        <w:tc>
          <w:tcPr>
            <w:tcW w:type="dxa" w:w="480"/>
          </w:tcPr>
          <w:p>
            <w:r>
              <w:t>李星</w:t>
            </w:r>
          </w:p>
        </w:tc>
        <w:tc>
          <w:tcPr>
            <w:tcW w:type="dxa" w:w="480"/>
          </w:tcPr>
          <w:p>
            <w:r>
              <w:t>女</w:t>
            </w:r>
          </w:p>
        </w:tc>
        <w:tc>
          <w:tcPr>
            <w:tcW w:type="dxa" w:w="480"/>
          </w:tcPr>
          <w:p>
            <w:r>
              <w:t>自动化</w:t>
            </w:r>
          </w:p>
        </w:tc>
        <w:tc>
          <w:tcPr>
            <w:tcW w:type="dxa" w:w="480"/>
          </w:tcPr>
          <w:p>
            <w:r>
              <w:t>83.1060</w:t>
            </w:r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>
              <w:t>58.17</w:t>
            </w:r>
          </w:p>
        </w:tc>
        <w:tc>
          <w:tcPr>
            <w:tcW w:type="dxa" w:w="480"/>
          </w:tcPr>
          <w:p>
            <w:r>
              <w:t>候补1</w:t>
            </w:r>
          </w:p>
        </w:tc>
        <w:tc>
          <w:tcPr>
            <w:tcW w:type="dxa" w:w="480"/>
          </w:tcPr>
          <w:p>
            <w:r/>
          </w:p>
        </w:tc>
      </w:tr>
      <w:tr>
        <w:tc>
          <w:tcPr>
            <w:tcW w:type="dxa" w:w="480"/>
          </w:tcPr>
          <w:p>
            <w:r>
              <w:t>4</w:t>
            </w:r>
          </w:p>
        </w:tc>
        <w:tc>
          <w:tcPr>
            <w:tcW w:type="dxa" w:w="480"/>
          </w:tcPr>
          <w:p>
            <w:r>
              <w:t>电子232</w:t>
            </w:r>
          </w:p>
        </w:tc>
        <w:tc>
          <w:tcPr>
            <w:tcW w:type="dxa" w:w="480"/>
          </w:tcPr>
          <w:p>
            <w:r>
              <w:t>2300850208</w:t>
            </w:r>
          </w:p>
        </w:tc>
        <w:tc>
          <w:tcPr>
            <w:tcW w:type="dxa" w:w="480"/>
          </w:tcPr>
          <w:p>
            <w:r>
              <w:t>王一冰</w:t>
            </w:r>
          </w:p>
        </w:tc>
        <w:tc>
          <w:tcPr>
            <w:tcW w:type="dxa" w:w="480"/>
          </w:tcPr>
          <w:p>
            <w:r>
              <w:t>女</w:t>
            </w:r>
          </w:p>
        </w:tc>
        <w:tc>
          <w:tcPr>
            <w:tcW w:type="dxa" w:w="480"/>
          </w:tcPr>
          <w:p>
            <w:r>
              <w:t>电子信息工程</w:t>
            </w:r>
          </w:p>
        </w:tc>
        <w:tc>
          <w:tcPr>
            <w:tcW w:type="dxa" w:w="480"/>
          </w:tcPr>
          <w:p>
            <w:r>
              <w:t>91.6840</w:t>
            </w:r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>
              <w:t>64.18</w:t>
            </w:r>
          </w:p>
        </w:tc>
        <w:tc>
          <w:tcPr>
            <w:tcW w:type="dxa" w:w="480"/>
          </w:tcPr>
          <w:p>
            <w:r>
              <w:t>是</w:t>
            </w:r>
          </w:p>
        </w:tc>
        <w:tc>
          <w:tcPr>
            <w:tcW w:type="dxa" w:w="480"/>
          </w:tcPr>
          <w:p>
            <w:r/>
          </w:p>
        </w:tc>
      </w:tr>
      <w:tr>
        <w:tc>
          <w:tcPr>
            <w:tcW w:type="dxa" w:w="480"/>
          </w:tcPr>
          <w:p>
            <w:r>
              <w:t>5</w:t>
            </w:r>
          </w:p>
        </w:tc>
        <w:tc>
          <w:tcPr>
            <w:tcW w:type="dxa" w:w="480"/>
          </w:tcPr>
          <w:p>
            <w:r>
              <w:t>电子232</w:t>
            </w:r>
          </w:p>
        </w:tc>
        <w:tc>
          <w:tcPr>
            <w:tcW w:type="dxa" w:w="480"/>
          </w:tcPr>
          <w:p>
            <w:r>
              <w:t>2300460235</w:t>
            </w:r>
          </w:p>
        </w:tc>
        <w:tc>
          <w:tcPr>
            <w:tcW w:type="dxa" w:w="480"/>
          </w:tcPr>
          <w:p>
            <w:r>
              <w:t>赵雨康</w:t>
            </w:r>
          </w:p>
        </w:tc>
        <w:tc>
          <w:tcPr>
            <w:tcW w:type="dxa" w:w="480"/>
          </w:tcPr>
          <w:p>
            <w:r>
              <w:t>男</w:t>
            </w:r>
          </w:p>
        </w:tc>
        <w:tc>
          <w:tcPr>
            <w:tcW w:type="dxa" w:w="480"/>
          </w:tcPr>
          <w:p>
            <w:r>
              <w:t>电子信息工程</w:t>
            </w:r>
          </w:p>
        </w:tc>
        <w:tc>
          <w:tcPr>
            <w:tcW w:type="dxa" w:w="480"/>
          </w:tcPr>
          <w:p>
            <w:r>
              <w:t>87.6080</w:t>
            </w:r>
          </w:p>
        </w:tc>
        <w:tc>
          <w:tcPr>
            <w:tcW w:type="dxa" w:w="480"/>
          </w:tcPr>
          <w:p>
            <w:r>
              <w:t>0.9</w:t>
            </w:r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>
              <w:t>61.60</w:t>
            </w:r>
          </w:p>
        </w:tc>
        <w:tc>
          <w:tcPr>
            <w:tcW w:type="dxa" w:w="480"/>
          </w:tcPr>
          <w:p>
            <w:r>
              <w:t>是</w:t>
            </w:r>
          </w:p>
        </w:tc>
        <w:tc>
          <w:tcPr>
            <w:tcW w:type="dxa" w:w="480"/>
          </w:tcPr>
          <w:p>
            <w:r/>
          </w:p>
        </w:tc>
      </w:tr>
      <w:tr>
        <w:tc>
          <w:tcPr>
            <w:tcW w:type="dxa" w:w="480"/>
          </w:tcPr>
          <w:p>
            <w:r>
              <w:t>6</w:t>
            </w:r>
          </w:p>
        </w:tc>
        <w:tc>
          <w:tcPr>
            <w:tcW w:type="dxa" w:w="480"/>
          </w:tcPr>
          <w:p>
            <w:r>
              <w:t>电子232</w:t>
            </w:r>
          </w:p>
        </w:tc>
        <w:tc>
          <w:tcPr>
            <w:tcW w:type="dxa" w:w="480"/>
          </w:tcPr>
          <w:p>
            <w:r>
              <w:t>2300460204</w:t>
            </w:r>
          </w:p>
        </w:tc>
        <w:tc>
          <w:tcPr>
            <w:tcW w:type="dxa" w:w="480"/>
          </w:tcPr>
          <w:p>
            <w:r>
              <w:t>梅嘉祺</w:t>
            </w:r>
          </w:p>
        </w:tc>
        <w:tc>
          <w:tcPr>
            <w:tcW w:type="dxa" w:w="480"/>
          </w:tcPr>
          <w:p>
            <w:r>
              <w:t>女</w:t>
            </w:r>
          </w:p>
        </w:tc>
        <w:tc>
          <w:tcPr>
            <w:tcW w:type="dxa" w:w="480"/>
          </w:tcPr>
          <w:p>
            <w:r>
              <w:t>电子信息工程</w:t>
            </w:r>
          </w:p>
        </w:tc>
        <w:tc>
          <w:tcPr>
            <w:tcW w:type="dxa" w:w="480"/>
          </w:tcPr>
          <w:p>
            <w:r>
              <w:t>87.6460</w:t>
            </w:r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>
              <w:t>61.35</w:t>
            </w:r>
          </w:p>
        </w:tc>
        <w:tc>
          <w:tcPr>
            <w:tcW w:type="dxa" w:w="480"/>
          </w:tcPr>
          <w:p>
            <w:r>
              <w:t>是</w:t>
            </w:r>
          </w:p>
        </w:tc>
        <w:tc>
          <w:tcPr>
            <w:tcW w:type="dxa" w:w="480"/>
          </w:tcPr>
          <w:p>
            <w:r/>
          </w:p>
        </w:tc>
      </w:tr>
      <w:tr>
        <w:tc>
          <w:tcPr>
            <w:tcW w:type="dxa" w:w="480"/>
          </w:tcPr>
          <w:p>
            <w:r>
              <w:t>7</w:t>
            </w:r>
          </w:p>
        </w:tc>
        <w:tc>
          <w:tcPr>
            <w:tcW w:type="dxa" w:w="480"/>
          </w:tcPr>
          <w:p>
            <w:r>
              <w:t>电子232</w:t>
            </w:r>
          </w:p>
        </w:tc>
        <w:tc>
          <w:tcPr>
            <w:tcW w:type="dxa" w:w="480"/>
          </w:tcPr>
          <w:p>
            <w:r>
              <w:t>2300460222</w:t>
            </w:r>
          </w:p>
        </w:tc>
        <w:tc>
          <w:tcPr>
            <w:tcW w:type="dxa" w:w="480"/>
          </w:tcPr>
          <w:p>
            <w:r>
              <w:t>唐金成</w:t>
            </w:r>
          </w:p>
        </w:tc>
        <w:tc>
          <w:tcPr>
            <w:tcW w:type="dxa" w:w="480"/>
          </w:tcPr>
          <w:p>
            <w:r>
              <w:t>男</w:t>
            </w:r>
          </w:p>
        </w:tc>
        <w:tc>
          <w:tcPr>
            <w:tcW w:type="dxa" w:w="480"/>
          </w:tcPr>
          <w:p>
            <w:r>
              <w:t>电子信息工程</w:t>
            </w:r>
          </w:p>
        </w:tc>
        <w:tc>
          <w:tcPr>
            <w:tcW w:type="dxa" w:w="480"/>
          </w:tcPr>
          <w:p>
            <w:r>
              <w:t>84.1580</w:t>
            </w:r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>
              <w:t>58.91</w:t>
            </w:r>
          </w:p>
        </w:tc>
        <w:tc>
          <w:tcPr>
            <w:tcW w:type="dxa" w:w="480"/>
          </w:tcPr>
          <w:p>
            <w:r>
              <w:t>候补3</w:t>
            </w:r>
          </w:p>
        </w:tc>
        <w:tc>
          <w:tcPr>
            <w:tcW w:type="dxa" w:w="480"/>
          </w:tcPr>
          <w:p>
            <w:r/>
          </w:p>
        </w:tc>
      </w:tr>
      <w:tr>
        <w:tc>
          <w:tcPr>
            <w:tcW w:type="dxa" w:w="480"/>
          </w:tcPr>
          <w:p>
            <w:r>
              <w:t>8</w:t>
            </w:r>
          </w:p>
        </w:tc>
        <w:tc>
          <w:tcPr>
            <w:tcW w:type="dxa" w:w="480"/>
          </w:tcPr>
          <w:p>
            <w:r>
              <w:t>电科232</w:t>
            </w:r>
          </w:p>
        </w:tc>
        <w:tc>
          <w:tcPr>
            <w:tcW w:type="dxa" w:w="480"/>
          </w:tcPr>
          <w:p>
            <w:r>
              <w:t>2300610208</w:t>
            </w:r>
          </w:p>
        </w:tc>
        <w:tc>
          <w:tcPr>
            <w:tcW w:type="dxa" w:w="480"/>
          </w:tcPr>
          <w:p>
            <w:r>
              <w:t>邓文鋆</w:t>
            </w:r>
          </w:p>
        </w:tc>
        <w:tc>
          <w:tcPr>
            <w:tcW w:type="dxa" w:w="480"/>
          </w:tcPr>
          <w:p>
            <w:r>
              <w:t>男</w:t>
            </w:r>
          </w:p>
        </w:tc>
        <w:tc>
          <w:tcPr>
            <w:tcW w:type="dxa" w:w="480"/>
          </w:tcPr>
          <w:p>
            <w:r>
              <w:t>电子科学与技术</w:t>
            </w:r>
          </w:p>
        </w:tc>
        <w:tc>
          <w:tcPr>
            <w:tcW w:type="dxa" w:w="480"/>
          </w:tcPr>
          <w:p>
            <w:r>
              <w:t>87.4620</w:t>
            </w:r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>
              <w:t>14</w:t>
            </w:r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>
              <w:t>65.42</w:t>
            </w:r>
          </w:p>
        </w:tc>
        <w:tc>
          <w:tcPr>
            <w:tcW w:type="dxa" w:w="480"/>
          </w:tcPr>
          <w:p>
            <w:r>
              <w:t>是</w:t>
            </w:r>
          </w:p>
        </w:tc>
        <w:tc>
          <w:tcPr>
            <w:tcW w:type="dxa" w:w="480"/>
          </w:tcPr>
          <w:p>
            <w:r/>
          </w:p>
        </w:tc>
      </w:tr>
      <w:tr>
        <w:tc>
          <w:tcPr>
            <w:tcW w:type="dxa" w:w="480"/>
          </w:tcPr>
          <w:p>
            <w:r>
              <w:t>9</w:t>
            </w:r>
          </w:p>
        </w:tc>
        <w:tc>
          <w:tcPr>
            <w:tcW w:type="dxa" w:w="480"/>
          </w:tcPr>
          <w:p>
            <w:r>
              <w:t>电科231</w:t>
            </w:r>
          </w:p>
        </w:tc>
        <w:tc>
          <w:tcPr>
            <w:tcW w:type="dxa" w:w="480"/>
          </w:tcPr>
          <w:p>
            <w:r>
              <w:t>2300610101</w:t>
            </w:r>
          </w:p>
        </w:tc>
        <w:tc>
          <w:tcPr>
            <w:tcW w:type="dxa" w:w="480"/>
          </w:tcPr>
          <w:p>
            <w:r>
              <w:t>江雨霏</w:t>
            </w:r>
          </w:p>
        </w:tc>
        <w:tc>
          <w:tcPr>
            <w:tcW w:type="dxa" w:w="480"/>
          </w:tcPr>
          <w:p>
            <w:r>
              <w:t>女</w:t>
            </w:r>
          </w:p>
        </w:tc>
        <w:tc>
          <w:tcPr>
            <w:tcW w:type="dxa" w:w="480"/>
          </w:tcPr>
          <w:p>
            <w:r>
              <w:t>电子科学与技术</w:t>
            </w:r>
          </w:p>
        </w:tc>
        <w:tc>
          <w:tcPr>
            <w:tcW w:type="dxa" w:w="480"/>
          </w:tcPr>
          <w:p>
            <w:r>
              <w:t>89.8460</w:t>
            </w:r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>
              <w:t>62.89</w:t>
            </w:r>
          </w:p>
        </w:tc>
        <w:tc>
          <w:tcPr>
            <w:tcW w:type="dxa" w:w="480"/>
          </w:tcPr>
          <w:p>
            <w:r>
              <w:t>是</w:t>
            </w:r>
          </w:p>
        </w:tc>
        <w:tc>
          <w:tcPr>
            <w:tcW w:type="dxa" w:w="480"/>
          </w:tcPr>
          <w:p>
            <w:r/>
          </w:p>
        </w:tc>
      </w:tr>
      <w:tr>
        <w:tc>
          <w:tcPr>
            <w:tcW w:type="dxa" w:w="480"/>
          </w:tcPr>
          <w:p>
            <w:r>
              <w:t>10</w:t>
            </w:r>
          </w:p>
        </w:tc>
        <w:tc>
          <w:tcPr>
            <w:tcW w:type="dxa" w:w="480"/>
          </w:tcPr>
          <w:p>
            <w:r>
              <w:t>电科231</w:t>
            </w:r>
          </w:p>
        </w:tc>
        <w:tc>
          <w:tcPr>
            <w:tcW w:type="dxa" w:w="480"/>
          </w:tcPr>
          <w:p>
            <w:r>
              <w:t>2300610117</w:t>
            </w:r>
          </w:p>
        </w:tc>
        <w:tc>
          <w:tcPr>
            <w:tcW w:type="dxa" w:w="480"/>
          </w:tcPr>
          <w:p>
            <w:r>
              <w:t>李佳乐</w:t>
            </w:r>
          </w:p>
        </w:tc>
        <w:tc>
          <w:tcPr>
            <w:tcW w:type="dxa" w:w="480"/>
          </w:tcPr>
          <w:p>
            <w:r>
              <w:t>男</w:t>
            </w:r>
          </w:p>
        </w:tc>
        <w:tc>
          <w:tcPr>
            <w:tcW w:type="dxa" w:w="480"/>
          </w:tcPr>
          <w:p>
            <w:r>
              <w:t>电子科学与技术</w:t>
            </w:r>
          </w:p>
        </w:tc>
        <w:tc>
          <w:tcPr>
            <w:tcW w:type="dxa" w:w="480"/>
          </w:tcPr>
          <w:p>
            <w:r>
              <w:t>86.7140</w:t>
            </w:r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>
              <w:t>60.70</w:t>
            </w:r>
          </w:p>
        </w:tc>
        <w:tc>
          <w:tcPr>
            <w:tcW w:type="dxa" w:w="480"/>
          </w:tcPr>
          <w:p>
            <w:r>
              <w:t>是</w:t>
            </w:r>
          </w:p>
        </w:tc>
        <w:tc>
          <w:tcPr>
            <w:tcW w:type="dxa" w:w="480"/>
          </w:tcPr>
          <w:p>
            <w:r/>
          </w:p>
        </w:tc>
      </w:tr>
      <w:tr>
        <w:tc>
          <w:tcPr>
            <w:tcW w:type="dxa" w:w="480"/>
          </w:tcPr>
          <w:p>
            <w:r>
              <w:t>11</w:t>
            </w:r>
          </w:p>
        </w:tc>
        <w:tc>
          <w:tcPr>
            <w:tcW w:type="dxa" w:w="480"/>
          </w:tcPr>
          <w:p>
            <w:r>
              <w:t>物联网231</w:t>
            </w:r>
          </w:p>
        </w:tc>
        <w:tc>
          <w:tcPr>
            <w:tcW w:type="dxa" w:w="480"/>
          </w:tcPr>
          <w:p>
            <w:r>
              <w:t>2300880123</w:t>
            </w:r>
          </w:p>
        </w:tc>
        <w:tc>
          <w:tcPr>
            <w:tcW w:type="dxa" w:w="480"/>
          </w:tcPr>
          <w:p>
            <w:r>
              <w:t>刘志坤</w:t>
            </w:r>
          </w:p>
        </w:tc>
        <w:tc>
          <w:tcPr>
            <w:tcW w:type="dxa" w:w="480"/>
          </w:tcPr>
          <w:p>
            <w:r>
              <w:t>男</w:t>
            </w:r>
          </w:p>
        </w:tc>
        <w:tc>
          <w:tcPr>
            <w:tcW w:type="dxa" w:w="480"/>
          </w:tcPr>
          <w:p>
            <w:r>
              <w:t>物联网工程</w:t>
            </w:r>
          </w:p>
        </w:tc>
        <w:tc>
          <w:tcPr>
            <w:tcW w:type="dxa" w:w="480"/>
          </w:tcPr>
          <w:p>
            <w:r>
              <w:t>89.2940</w:t>
            </w:r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>
              <w:t>62.51</w:t>
            </w:r>
          </w:p>
        </w:tc>
        <w:tc>
          <w:tcPr>
            <w:tcW w:type="dxa" w:w="480"/>
          </w:tcPr>
          <w:p>
            <w:r>
              <w:t>是</w:t>
            </w:r>
          </w:p>
        </w:tc>
        <w:tc>
          <w:tcPr>
            <w:tcW w:type="dxa" w:w="480"/>
          </w:tcPr>
          <w:p>
            <w:r/>
          </w:p>
        </w:tc>
      </w:tr>
      <w:tr>
        <w:tc>
          <w:tcPr>
            <w:tcW w:type="dxa" w:w="480"/>
          </w:tcPr>
          <w:p>
            <w:r>
              <w:t>12</w:t>
            </w:r>
          </w:p>
        </w:tc>
        <w:tc>
          <w:tcPr>
            <w:tcW w:type="dxa" w:w="480"/>
          </w:tcPr>
          <w:p>
            <w:r>
              <w:t>物联网232</w:t>
            </w:r>
          </w:p>
        </w:tc>
        <w:tc>
          <w:tcPr>
            <w:tcW w:type="dxa" w:w="480"/>
          </w:tcPr>
          <w:p>
            <w:r>
              <w:t>2300880226</w:t>
            </w:r>
          </w:p>
        </w:tc>
        <w:tc>
          <w:tcPr>
            <w:tcW w:type="dxa" w:w="480"/>
          </w:tcPr>
          <w:p>
            <w:r>
              <w:t>夏硕鑫</w:t>
            </w:r>
          </w:p>
        </w:tc>
        <w:tc>
          <w:tcPr>
            <w:tcW w:type="dxa" w:w="480"/>
          </w:tcPr>
          <w:p>
            <w:r>
              <w:t>男</w:t>
            </w:r>
          </w:p>
        </w:tc>
        <w:tc>
          <w:tcPr>
            <w:tcW w:type="dxa" w:w="480"/>
          </w:tcPr>
          <w:p>
            <w:r>
              <w:t>物联网工程</w:t>
            </w:r>
          </w:p>
        </w:tc>
        <w:tc>
          <w:tcPr>
            <w:tcW w:type="dxa" w:w="480"/>
          </w:tcPr>
          <w:p>
            <w:r>
              <w:t>85.5380</w:t>
            </w:r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>
              <w:t>59.88</w:t>
            </w:r>
          </w:p>
        </w:tc>
        <w:tc>
          <w:tcPr>
            <w:tcW w:type="dxa" w:w="480"/>
          </w:tcPr>
          <w:p>
            <w:r>
              <w:t>是</w:t>
            </w:r>
          </w:p>
        </w:tc>
        <w:tc>
          <w:tcPr>
            <w:tcW w:type="dxa" w:w="480"/>
          </w:tcPr>
          <w:p>
            <w:r/>
          </w:p>
        </w:tc>
      </w:tr>
      <w:tr>
        <w:tc>
          <w:tcPr>
            <w:tcW w:type="dxa" w:w="480"/>
          </w:tcPr>
          <w:p>
            <w:r>
              <w:t>13</w:t>
            </w:r>
          </w:p>
        </w:tc>
        <w:tc>
          <w:tcPr>
            <w:tcW w:type="dxa" w:w="480"/>
          </w:tcPr>
          <w:p>
            <w:r>
              <w:t>集成电路231</w:t>
            </w:r>
          </w:p>
        </w:tc>
        <w:tc>
          <w:tcPr>
            <w:tcW w:type="dxa" w:w="480"/>
          </w:tcPr>
          <w:p>
            <w:r>
              <w:t>2301150121</w:t>
            </w:r>
          </w:p>
        </w:tc>
        <w:tc>
          <w:tcPr>
            <w:tcW w:type="dxa" w:w="480"/>
          </w:tcPr>
          <w:p>
            <w:r>
              <w:t>唐箭</w:t>
            </w:r>
          </w:p>
        </w:tc>
        <w:tc>
          <w:tcPr>
            <w:tcW w:type="dxa" w:w="480"/>
          </w:tcPr>
          <w:p>
            <w:r>
              <w:t>男</w:t>
            </w:r>
          </w:p>
        </w:tc>
        <w:tc>
          <w:tcPr>
            <w:tcW w:type="dxa" w:w="480"/>
          </w:tcPr>
          <w:p>
            <w:r>
              <w:t>集成电路设计与集成系统</w:t>
            </w:r>
          </w:p>
        </w:tc>
        <w:tc>
          <w:tcPr>
            <w:tcW w:type="dxa" w:w="480"/>
          </w:tcPr>
          <w:p>
            <w:r>
              <w:t>89.6740</w:t>
            </w:r>
          </w:p>
        </w:tc>
        <w:tc>
          <w:tcPr>
            <w:tcW w:type="dxa" w:w="480"/>
          </w:tcPr>
          <w:p>
            <w:r>
              <w:t>2</w:t>
            </w:r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>
              <w:t>63.37</w:t>
            </w:r>
          </w:p>
        </w:tc>
        <w:tc>
          <w:tcPr>
            <w:tcW w:type="dxa" w:w="480"/>
          </w:tcPr>
          <w:p>
            <w:r>
              <w:t>是</w:t>
            </w:r>
          </w:p>
        </w:tc>
        <w:tc>
          <w:tcPr>
            <w:tcW w:type="dxa" w:w="480"/>
          </w:tcPr>
          <w:p>
            <w:r/>
          </w:p>
        </w:tc>
      </w:tr>
      <w:tr>
        <w:tc>
          <w:tcPr>
            <w:tcW w:type="dxa" w:w="480"/>
          </w:tcPr>
          <w:p>
            <w:r>
              <w:t>14</w:t>
            </w:r>
          </w:p>
        </w:tc>
        <w:tc>
          <w:tcPr>
            <w:tcW w:type="dxa" w:w="480"/>
          </w:tcPr>
          <w:p>
            <w:r>
              <w:t>集成电路231</w:t>
            </w:r>
          </w:p>
        </w:tc>
        <w:tc>
          <w:tcPr>
            <w:tcW w:type="dxa" w:w="480"/>
          </w:tcPr>
          <w:p>
            <w:r>
              <w:t>2301150101</w:t>
            </w:r>
          </w:p>
        </w:tc>
        <w:tc>
          <w:tcPr>
            <w:tcW w:type="dxa" w:w="480"/>
          </w:tcPr>
          <w:p>
            <w:r>
              <w:t>谷媛媛</w:t>
            </w:r>
          </w:p>
        </w:tc>
        <w:tc>
          <w:tcPr>
            <w:tcW w:type="dxa" w:w="480"/>
          </w:tcPr>
          <w:p>
            <w:r>
              <w:t>女</w:t>
            </w:r>
          </w:p>
        </w:tc>
        <w:tc>
          <w:tcPr>
            <w:tcW w:type="dxa" w:w="480"/>
          </w:tcPr>
          <w:p>
            <w:r>
              <w:t>集成电路设计与集成系统</w:t>
            </w:r>
          </w:p>
        </w:tc>
        <w:tc>
          <w:tcPr>
            <w:tcW w:type="dxa" w:w="480"/>
          </w:tcPr>
          <w:p>
            <w:r>
              <w:t>85.8220</w:t>
            </w:r>
          </w:p>
        </w:tc>
        <w:tc>
          <w:tcPr>
            <w:tcW w:type="dxa" w:w="480"/>
          </w:tcPr>
          <w:p>
            <w:r>
              <w:t>10</w:t>
            </w:r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>
              <w:t>63.08</w:t>
            </w:r>
          </w:p>
        </w:tc>
        <w:tc>
          <w:tcPr>
            <w:tcW w:type="dxa" w:w="480"/>
          </w:tcPr>
          <w:p>
            <w:r>
              <w:t>是</w:t>
            </w:r>
          </w:p>
        </w:tc>
        <w:tc>
          <w:tcPr>
            <w:tcW w:type="dxa" w:w="480"/>
          </w:tcPr>
          <w:p>
            <w:r/>
          </w:p>
        </w:tc>
      </w:tr>
      <w:tr>
        <w:tc>
          <w:tcPr>
            <w:tcW w:type="dxa" w:w="480"/>
          </w:tcPr>
          <w:p>
            <w:r>
              <w:t>15</w:t>
            </w:r>
          </w:p>
        </w:tc>
        <w:tc>
          <w:tcPr>
            <w:tcW w:type="dxa" w:w="480"/>
          </w:tcPr>
          <w:p>
            <w:r>
              <w:t>集成电路231</w:t>
            </w:r>
          </w:p>
        </w:tc>
        <w:tc>
          <w:tcPr>
            <w:tcW w:type="dxa" w:w="480"/>
          </w:tcPr>
          <w:p>
            <w:r>
              <w:t>2301150132</w:t>
            </w:r>
          </w:p>
        </w:tc>
        <w:tc>
          <w:tcPr>
            <w:tcW w:type="dxa" w:w="480"/>
          </w:tcPr>
          <w:p>
            <w:r>
              <w:t>余君豪</w:t>
            </w:r>
          </w:p>
        </w:tc>
        <w:tc>
          <w:tcPr>
            <w:tcW w:type="dxa" w:w="480"/>
          </w:tcPr>
          <w:p>
            <w:r>
              <w:t>男</w:t>
            </w:r>
          </w:p>
        </w:tc>
        <w:tc>
          <w:tcPr>
            <w:tcW w:type="dxa" w:w="480"/>
          </w:tcPr>
          <w:p>
            <w:r>
              <w:t>集成电路设计与集成系统</w:t>
            </w:r>
          </w:p>
        </w:tc>
        <w:tc>
          <w:tcPr>
            <w:tcW w:type="dxa" w:w="480"/>
          </w:tcPr>
          <w:p>
            <w:r>
              <w:t>87.8520</w:t>
            </w:r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>
              <w:t>61.50</w:t>
            </w:r>
          </w:p>
        </w:tc>
        <w:tc>
          <w:tcPr>
            <w:tcW w:type="dxa" w:w="480"/>
          </w:tcPr>
          <w:p>
            <w:r>
              <w:t>是</w:t>
            </w:r>
          </w:p>
        </w:tc>
        <w:tc>
          <w:tcPr>
            <w:tcW w:type="dxa" w:w="480"/>
          </w:tcPr>
          <w:p>
            <w:r/>
          </w:p>
        </w:tc>
      </w:tr>
      <w:tr>
        <w:tc>
          <w:tcPr>
            <w:tcW w:type="dxa" w:w="480"/>
          </w:tcPr>
          <w:p>
            <w:r>
              <w:t>16</w:t>
            </w:r>
          </w:p>
        </w:tc>
        <w:tc>
          <w:tcPr>
            <w:tcW w:type="dxa" w:w="480"/>
          </w:tcPr>
          <w:p>
            <w:r>
              <w:t>集成电路231</w:t>
            </w:r>
          </w:p>
        </w:tc>
        <w:tc>
          <w:tcPr>
            <w:tcW w:type="dxa" w:w="480"/>
          </w:tcPr>
          <w:p>
            <w:r>
              <w:t>2301150102</w:t>
            </w:r>
          </w:p>
        </w:tc>
        <w:tc>
          <w:tcPr>
            <w:tcW w:type="dxa" w:w="480"/>
          </w:tcPr>
          <w:p>
            <w:r>
              <w:t>胡佳静</w:t>
            </w:r>
          </w:p>
        </w:tc>
        <w:tc>
          <w:tcPr>
            <w:tcW w:type="dxa" w:w="480"/>
          </w:tcPr>
          <w:p>
            <w:r>
              <w:t>女</w:t>
            </w:r>
          </w:p>
        </w:tc>
        <w:tc>
          <w:tcPr>
            <w:tcW w:type="dxa" w:w="480"/>
          </w:tcPr>
          <w:p>
            <w:r>
              <w:t>集成电路设计与集成系统</w:t>
            </w:r>
          </w:p>
        </w:tc>
        <w:tc>
          <w:tcPr>
            <w:tcW w:type="dxa" w:w="480"/>
          </w:tcPr>
          <w:p>
            <w:r>
              <w:t>87.5280</w:t>
            </w:r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/>
          </w:p>
        </w:tc>
        <w:tc>
          <w:tcPr>
            <w:tcW w:type="dxa" w:w="480"/>
          </w:tcPr>
          <w:p>
            <w:r>
              <w:t>61.27</w:t>
            </w:r>
          </w:p>
        </w:tc>
        <w:tc>
          <w:tcPr>
            <w:tcW w:type="dxa" w:w="480"/>
          </w:tcPr>
          <w:p>
            <w:r>
              <w:t>候补2</w:t>
            </w:r>
          </w:p>
        </w:tc>
        <w:tc>
          <w:tcPr>
            <w:tcW w:type="dxa" w:w="480"/>
          </w:tcPr>
          <w:p>
            <w:r/>
          </w:p>
        </w:tc>
      </w:tr>
    </w:tbl>
    <w:p>
      <w:r>
        <w:t>公示时间：2026年9月7日—9月9日15:00</w:t>
      </w:r>
    </w:p>
    <w:p>
      <w:r>
        <w:t>若对名单有异议者，可在公示期间向学院监督小组实名反映</w:t>
      </w:r>
    </w:p>
    <w:p>
      <w:r>
        <w:t>监督电话：0519-86330558</w:t>
      </w:r>
    </w:p>
    <w:p>
      <w:r>
        <w:t>监督邮箱：wdzxf@cczu.edu.cn</w:t>
      </w:r>
    </w:p>
    <w:p>
      <w:r>
        <w:t>王诤微电子学院、集成电路产业学院</w:t>
      </w:r>
    </w:p>
    <w:p>
      <w:r>
        <w:t>2026年9月7日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