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学院推免工作监督小组</w:t>
      </w:r>
    </w:p>
    <w:p>
      <w:r>
        <w:t>wrapper</w:t>
      </w:r>
    </w:p>
    <w:p>
      <w:pPr>
        <w:pStyle w:val="Heading2"/>
      </w:pPr>
      <w:r>
        <w:t>发布时间: 2026-09-02已浏览: 234次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</w:tcPr>
          <w:p>
            <w:r>
              <w:t>组长：储志新副组长：程晓军成员：马文中刘祥奎赵晓兵盛扬王敏电话：86330281邮箱：clxy@cczu.edu.cn</w:t>
            </w:r>
          </w:p>
        </w:tc>
      </w:tr>
    </w:tbl>
    <w:p>
      <w:r>
        <w:t>bigbox05</w:t>
      </w:r>
    </w:p>
    <w:p>
      <w:r>
        <w:t>container</w:t>
      </w:r>
    </w:p>
    <w:p>
      <w:r>
        <w:t>wrapper</w:t>
      </w:r>
    </w:p>
    <w:p>
      <w:r>
        <w:t>Copyright © 2004-2017常州大学材料科学与工程学院地址:江苏省常州市科教城常州大学武进校区东区材料楼Tel：0519-86330095技术支持：信息化建设与管理中心</w:t>
      </w:r>
    </w:p>
    <w:p>
      <w:r>
        <w:t>foorcontainner</w:t>
      </w:r>
    </w:p>
    <w:p>
      <w:r>
        <w:t>wrapper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