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外国语学院推荐2026届本科毕业生免试攻读硕士研究生实施细则</w:t>
      </w:r>
    </w:p>
    <w:p>
      <w:r>
        <w:t>第一章总则</w:t>
      </w:r>
    </w:p>
    <w:p>
      <w:r>
        <w:t>第一条推荐优秀应届本科毕业生免试攻读研究生（简称“推免”）工作是研究生多元招生体系的重要组成部分，是服务国家战略，加强拔尖创新人才选拔，提高研究生招生质量的重要举措。根据《全国普通高等学校推荐优秀应届本科毕业生免试攻读硕士学位研究生工作管理办法（试行）》（教学〔2006〕14号）《教育部办公厅关于进一步加强推荐优秀应届本科毕业生免试攻读研究生工作的通知》（教学厅〔2013〕8号）《教育部办公厅关于进一步完善推荐优秀应届本科毕业生免试攻读研究生工作的通知》（教学厅〔2014〕5号）《教育部办公厅关于进一步规范和加强推荐优秀应届本科毕业生免试攻读研究生工作的通知》（教学厅〔2020〕12号）《常州大学推荐应届本科毕业生免试攻读硕士研究生实施办法》（常大〔20 25〕47号）《关于做好2026届本科毕业生推荐免试攻读硕士研究生工作的通知》（常大教〔20 25〕20号）文件精神，结合我院实际情况，制定本办法。</w:t>
      </w:r>
    </w:p>
    <w:p>
      <w:r>
        <w:t>第二条本办法所称推免生，是指经学院和学校遴选，获得免于参加全国硕士研究生招生考试初试的资格，直接进入申报招生单位研究生复试的应届本科毕业生。</w:t>
      </w:r>
    </w:p>
    <w:p>
      <w:r>
        <w:t>第三条推免工作应紧紧围绕立德树人根本任务，牢固树立质量意识，全力服务国家建设和发展。要遵循以德为先、全面考查、综合评价、择优选拔和公平、公正、公开的原则。</w:t>
      </w:r>
    </w:p>
    <w:p>
      <w:r>
        <w:t>第二章组织领导</w:t>
      </w:r>
    </w:p>
    <w:p>
      <w:r>
        <w:t>第四条学院成立推免生遴选工作小组。</w:t>
      </w:r>
    </w:p>
    <w:p>
      <w:r>
        <w:t>组长：陈颖</w:t>
      </w:r>
    </w:p>
    <w:p>
      <w:r>
        <w:t>成员：陈林俊蔡震宇尹延安孔文</w:t>
      </w:r>
    </w:p>
    <w:p>
      <w:r>
        <w:t>主要职责：全面负责学院推免生遴选工作，包括学院推免实施细则的制定、名额分配、组织协调等。</w:t>
      </w:r>
    </w:p>
    <w:p>
      <w:r>
        <w:t>第五条学院成立推免工作监督小组。</w:t>
      </w:r>
    </w:p>
    <w:p>
      <w:r>
        <w:t>组长：薛勇</w:t>
      </w:r>
    </w:p>
    <w:p>
      <w:r>
        <w:t>成员：蔡震宇冯健高殷娟罗莹</w:t>
      </w:r>
    </w:p>
    <w:p>
      <w:r>
        <w:t>主要职责：负责监督本学院的选拔推免工作。</w:t>
      </w:r>
    </w:p>
    <w:p>
      <w:r>
        <w:t>第三章推免条件</w:t>
      </w:r>
    </w:p>
    <w:p>
      <w:r>
        <w:t>第六条推免生应满足以下基本条件：</w:t>
      </w:r>
    </w:p>
    <w:p>
      <w:r>
        <w:t>（一）拥护中国共产党的领导，坚定社会主义信念，具有高尚的爱国主义情操和集体主义精神，社会责任感强，遵纪守法，积极向上，身心健康；品行表现优良，无任何违法违纪受处分记录；诚实守信，学风端正，无任何剽窃他人学术成果等学术不端记录。</w:t>
      </w:r>
    </w:p>
    <w:p>
      <w:r>
        <w:t>（二）国家普通本科招生计划录取的我校应届毕业生（不含专升本、专转本、各类分段培养、联合培养项目、第二学士学位以及有其它规定不参加推免的学生）。</w:t>
      </w:r>
    </w:p>
    <w:p>
      <w:r>
        <w:t>（三）学习成绩优秀，须通过专业培养方案第1-6学期全部应修的必修课，必修课初修成绩的加权平均学分绩点（以下简称学分绩点）位于本专业排名前20%以内，且初修必修课中不及格课程不超过1门次。</w:t>
      </w:r>
    </w:p>
    <w:p>
      <w:r>
        <w:t>（四）外语类专业学生取得专业外语四级合格及以上成绩。</w:t>
      </w:r>
    </w:p>
    <w:p>
      <w:r>
        <w:t>（五）综合能力强，学术研究兴趣浓厚，具有国际视野和较强的专业素质能力、科研创新潜质。</w:t>
      </w:r>
    </w:p>
    <w:p>
      <w:r>
        <w:t>第四章推免名额分配</w:t>
      </w:r>
    </w:p>
    <w:p>
      <w:r>
        <w:t>第七条学校依据国家下达的推免名额，综合考量应届毕业生数量、学科建设、人才培养质量、拔尖人才培养情况、国家和区域发展战略需求以及国家重点发展领域急需学科专业等因素，确定各学院的推免名额（含候补名额）。</w:t>
      </w:r>
    </w:p>
    <w:p>
      <w:r>
        <w:t>第八条本次学校分配至学院的推免名额为3人，经学院推免生遴选工作小组审议，具体分配名额为：商务英语专业1人，日语专业1人，西班牙语专业1人，且各专业均有1个候补名额。</w:t>
      </w:r>
    </w:p>
    <w:p>
      <w:r>
        <w:t>第九条如学院候补推免名额使用完后仍有未完成名额，学校将未完成名额收回，由校推免小组统一调配。</w:t>
      </w:r>
    </w:p>
    <w:p>
      <w:r>
        <w:t>第五章综合评价成绩计算体系</w:t>
      </w:r>
    </w:p>
    <w:p>
      <w:r>
        <w:t>第十条推免生遴选综合评价体系须坚持德智体美劳全面衡量，以德为先，把学生思想品德考核作为推免生遴选的重要内容和录取的重要依据，对思想品德考核不合格者不予推荐；突出考查学生的一贯学业表现，将本科阶段学业综合成绩作为推免工作最基础的遴选指标；引导学生全面发展，综合评价学生的各方面表现。不得专门组织遴选推免生的面试和考试。</w:t>
      </w:r>
    </w:p>
    <w:p>
      <w:r>
        <w:t>第十一条推免生遴选综合评价成绩由学分绩点折算分和发展素质评价分两部分组成，其中，学分绩点折算分占70%，发展素质评价分占30%。</w:t>
      </w:r>
    </w:p>
    <w:p>
      <w:r>
        <w:t>学分绩点折算分和发展素质评价分通过百分制量化计算，满分均为100分，保留二位小数位数。</w:t>
      </w:r>
    </w:p>
    <w:p>
      <w:r>
        <w:t>第十二条学分绩点折算分应按照学生专业培养方案第1-6学期全部应修必修课程初修成绩计算，公式如下：学分绩点折算分=20×[∑（应修必修课程成绩×0.05×课程学分）/应修必修课程总学分]</w:t>
      </w:r>
    </w:p>
    <w:p>
      <w:r>
        <w:t>课程成绩按百分制计算，等级制成绩优秀、良好、中等、及格、不及格分别按95、85、75、60、40分折算。经批准缓考的课程，成绩以缓考成绩计算。</w:t>
      </w:r>
    </w:p>
    <w:p>
      <w:r>
        <w:t>第十三条发展素质评价指标包括学生在本科阶段的竞赛获奖、科研论文、发明专利、参军入伍服兵役、到国际组织实习、参加志愿服务和学生获得的荣誉称号等。学院依据学校相关文件进行认定、审核。发展素质评价指标体系详见附件。</w:t>
      </w:r>
    </w:p>
    <w:p>
      <w:r>
        <w:t>（一）竞赛获奖</w:t>
      </w:r>
    </w:p>
    <w:p>
      <w:r>
        <w:t>学生作为主力成员参加的以常州大学为署名第一单位、与学业相关的国内权威科研竞赛（全国赛），并获得三等奖以上奖励，以获奖证书或文件为依据。相关比赛原则上应为《常州大学大学生竞赛组织管理办法》认定的Ⅰ级竞赛中的创新创业类、学科知识类。国际赛事参照执行，且不得低于国内赛事相关要求。</w:t>
      </w:r>
    </w:p>
    <w:p>
      <w:r>
        <w:t>（二）科研论文</w:t>
      </w:r>
    </w:p>
    <w:p>
      <w:r>
        <w:t>学生在核心期刊及以上正式发表的以常州大学为独立单位（或第一单位）的与学业相关的科研论文，须为独立作者或排名第一身份或与指导老师联合发表。与指导老师联合发表的论文，仅限于指导老师排名第一，学生为排名第二的情况。</w:t>
      </w:r>
    </w:p>
    <w:p>
      <w:r>
        <w:t>期刊分类参见《常州大学自然科学科研业绩核算办法》《常州大学哲学社会科学工作业绩核算办法》最新版。</w:t>
      </w:r>
    </w:p>
    <w:p>
      <w:r>
        <w:t>（三）发明专利</w:t>
      </w:r>
    </w:p>
    <w:p>
      <w:r>
        <w:t>学生以第一发明人身份获得授权，常州大学为第一专利权人且与学业相关的发明专利可纳入评价。</w:t>
      </w:r>
    </w:p>
    <w:p>
      <w:r>
        <w:t>（四）参军入伍服兵役</w:t>
      </w:r>
    </w:p>
    <w:p>
      <w:r>
        <w:t>学生应征入伍并退出现役。</w:t>
      </w:r>
    </w:p>
    <w:p>
      <w:r>
        <w:t>（五）到国际组织实习</w:t>
      </w:r>
    </w:p>
    <w:p>
      <w:r>
        <w:t>学生赴境外主要政府间国际组织和具有重要影响力的非政府间国际组织、学术类国际组织实习。</w:t>
      </w:r>
    </w:p>
    <w:p>
      <w:r>
        <w:t>（六）参加志愿服务</w:t>
      </w:r>
    </w:p>
    <w:p>
      <w:r>
        <w:t>参加志愿服务需获得省级及以上政府表彰方可纳入评价。</w:t>
      </w:r>
    </w:p>
    <w:p>
      <w:r>
        <w:t>（七）荣誉称号</w:t>
      </w:r>
    </w:p>
    <w:p>
      <w:r>
        <w:t>学生获得的省级及以上荣誉称号。</w:t>
      </w:r>
    </w:p>
    <w:p>
      <w:r>
        <w:t>第十四条发展素质评价中，学生在同一成果或同一项目多次获奖，原则上取最高分计，不得为仅符合单一或部分遴选指标的学生单列计划或破格推荐。</w:t>
      </w:r>
    </w:p>
    <w:p>
      <w:r>
        <w:t>第十五条申请学生与其亲属或其他利益相关者合作的竞赛获奖、科研论文和发明专利等，原则上不纳入加分指标认定范围。</w:t>
      </w:r>
    </w:p>
    <w:p>
      <w:r>
        <w:t>第十六条学院成立专家审核小组。</w:t>
      </w:r>
    </w:p>
    <w:p>
      <w:r>
        <w:t>组长：陈林俊</w:t>
      </w:r>
    </w:p>
    <w:p>
      <w:r>
        <w:t>成员：周小川许硕沈菊芬韩燕</w:t>
      </w:r>
    </w:p>
    <w:p>
      <w:r>
        <w:t>主要职责：负责对申请推免资格学生的竞赛获奖、科研论文、发明专利等进行审核鉴定，并组织相关学生在学校一定范围内进行公开答辩，排除抄袭、造假、冒名及有名无实等情况。</w:t>
      </w:r>
    </w:p>
    <w:p>
      <w:r>
        <w:t>答辩全程录像录音，答辩结果公开公示。专家审核小组及每位成员都要给出明确审核鉴定意见并签字存档。</w:t>
      </w:r>
    </w:p>
    <w:p>
      <w:r>
        <w:t>第六章推免工作程序</w:t>
      </w:r>
    </w:p>
    <w:p>
      <w:r>
        <w:t>第十七条推免工作按照教育部通知时间全面展开，通过学院动员、公布推免工作实施细则、学生本人申请、条件审核、确定拟推荐名单、学院公示和学校审定、学校公示等工作程序进行。</w:t>
      </w:r>
    </w:p>
    <w:p>
      <w:r>
        <w:t>（一）学校根据教育部相关文件精神，制定并发布年度推免工作通知，下达推免生名额。</w:t>
      </w:r>
    </w:p>
    <w:p>
      <w:r>
        <w:t>（二）学院按照学校相关文件要求，制定并公布推免工作实施细则，报教务处备案。</w:t>
      </w:r>
    </w:p>
    <w:p>
      <w:r>
        <w:t>（三）个人申请。符合推免条件的学生在“常州大学本科生推免申请系统”中自愿申请，将申请材料报所在学院。</w:t>
      </w:r>
    </w:p>
    <w:p>
      <w:r>
        <w:t>（四）学院推荐。学院在“常州大学本科生推免申请系统”中完成对申请推免学生的资格初审，对发展素质评价材料进行审核鉴定，并根据综合评价指标体系得出申请学生的综合评价成绩，按照学校下达的名额进行排名后确定学院推荐名单（含候补推荐名单）并进行公示，公示期不少于3天。公示无异议后，将相关表格材料报送教务处。</w:t>
      </w:r>
    </w:p>
    <w:p>
      <w:r>
        <w:t>（五）学校审定。校推免小组对推免生名单及材料进行审定，在学校专栏网站按规定要求公示。</w:t>
      </w:r>
    </w:p>
    <w:p>
      <w:r>
        <w:t>（六）推免生在教育部学籍学历信息管理平台上查询并核对本人学籍信息，确保信息准确、完整。</w:t>
      </w:r>
    </w:p>
    <w:p>
      <w:r>
        <w:t>（七）正式的推免生名单由学校报送教育部“推免服务系统”。</w:t>
      </w:r>
    </w:p>
    <w:p>
      <w:r>
        <w:t>（八）接收推免生的阶段，推免生可通过教育部“推免服务系统”查询招生单位信息、填报志愿，接收和确认复试和待录取通知。</w:t>
      </w:r>
    </w:p>
    <w:p>
      <w:r>
        <w:t>（九）推免生按报考单位要求提交推荐材料，收到接收函后，应及时与学院联系，学院做好相应的统计工作。</w:t>
      </w:r>
    </w:p>
    <w:p>
      <w:r>
        <w:t>（十）对推免工作中出现的特殊情况，须通过校推免小组研究决定。</w:t>
      </w:r>
    </w:p>
    <w:p>
      <w:r>
        <w:t>第七章过程监督</w:t>
      </w:r>
    </w:p>
    <w:p>
      <w:r>
        <w:t>第十八条推免工作自觉接受全院师生和相关部门监督，对违反工作纪律、侵犯他人合法权益、徇私舞弊等违法违规行为依法依规查处。</w:t>
      </w:r>
    </w:p>
    <w:p>
      <w:r>
        <w:t>第十九条学院推免工作监督小组监督本学院的选拔推免工作，校纪检监察机构对推免工作实行全程监督，充分保证学生反映问题以及申诉渠道畅通。</w:t>
      </w:r>
    </w:p>
    <w:p>
      <w:r>
        <w:t>推免相关工作人员未严格履行工作职责，违反推免招生政策规定，在推免工作中管理松懈、把关不严、未能尽到审核责任、未按相关政策要求开展推免工作的，学校将依照《普通高等学校招生违规行为处理暂行办法》（中华人民共和国教育部令第36条）进行严肃处理，追究直接责任人员的责任。造成严重后果和恶劣影响的，对有关责任人实行问责。</w:t>
      </w:r>
    </w:p>
    <w:p>
      <w:r>
        <w:t>第八章其他事项</w:t>
      </w:r>
    </w:p>
    <w:p>
      <w:r>
        <w:t>第二十条推免申请学生须如实填写相关信息、提供有关材料，推免申请学生在推免工作环节至研究生入学前，出现下列情况之一的，学校将取消其推免生资格：</w:t>
      </w:r>
    </w:p>
    <w:p>
      <w:r>
        <w:t>（一）思想品德考核不合格的。</w:t>
      </w:r>
    </w:p>
    <w:p>
      <w:r>
        <w:t>（二）在申请推免过程中发现有弄虚作假行为的。</w:t>
      </w:r>
    </w:p>
    <w:p>
      <w:r>
        <w:t>（三）获得推免资格后违反校纪校规，受到学校纪律处分，或被追究法律责任的。</w:t>
      </w:r>
    </w:p>
    <w:p>
      <w:r>
        <w:t>（四）未获得学士学位的。</w:t>
      </w:r>
    </w:p>
    <w:p>
      <w:r>
        <w:t>（五）经校推免小组认定的其他情况。</w:t>
      </w:r>
    </w:p>
    <w:p>
      <w:r>
        <w:t>第二十一条推免工作实行报备和回避制度。推免相关工作人员有直系亲属或利益相关人员（如收费辅导教学等）报名参加推免招生的须主动申请回避，有非直系亲属等报名参加推免招生的要主动报备，《推免工作相关人员亲属或利益关系报备登记表》须递交学生所在学院。申请学生若有亲属（直系亲属和非直系亲属）或利益相关人员（如收费辅导教学等）参与学校或学院推免工作的，应主动向所在学院递交《推免工作相关人员亲属或利益关系报备登记表》，并说明情况。对未按规定报备声明回避关系的推免相关工作人员，学校将依规依纪严肃处理；对未按规定报备声明回避关系且影响推免过程和结果公平公正的学生，学校将取消其推免资格。</w:t>
      </w:r>
    </w:p>
    <w:p>
      <w:r>
        <w:t>第二十二条经学校审定获得推免资格的学生，不应以其他方式自主择业或申请出国（境）留学等。</w:t>
      </w:r>
    </w:p>
    <w:p>
      <w:r>
        <w:t>第二十三条推免工作材料保存期限为4年，由专人负责。学院负责保存各类过程性材料，包括但不限于工作小组会议材料、学生申请名单和提交的各类证明材料、综合评价材料、专家审核及学生答辩材料等；教务处负责保管学校层面推免工作材料及各学院报送的结果性材料，包括但不限于校推免小组会议材料、校推免工作通知、学院推免工作实施细则和初选名单、最终推荐名单等。</w:t>
      </w:r>
    </w:p>
    <w:p>
      <w:r>
        <w:t>第二十四条为避免研究生入学资格审查时发生问题，推免生在报名后至研究生入学前不得更改本人姓名、身份证号、学籍信息等。</w:t>
      </w:r>
    </w:p>
    <w:p>
      <w:r>
        <w:t>第二十五条获得推免资格的学生应自行及时登录教育部推免管理服务系统，查询相关工作信息及安排，并按要求完成相关操作，错过或错误操作者，责任自负。有关操作指南说明请及时关注教育部网站，有关网上填报问题请及时与拟申请单位的研究生招生工作管理部门联系咨询。</w:t>
      </w:r>
    </w:p>
    <w:p>
      <w:r>
        <w:t>第九章附则</w:t>
      </w:r>
    </w:p>
    <w:p>
      <w:r>
        <w:t>第二十六条本细则适用于2026届本科毕业生，由外国语学院负责解释。</w:t>
      </w:r>
    </w:p>
    <w:p>
      <w:r>
        <w:t>外国语学院</w:t>
      </w:r>
    </w:p>
    <w:p>
      <w:r>
        <w:t>2025年9月3日</w:t>
      </w:r>
    </w:p>
    <w:p>
      <w:r>
        <w:t>附件1：常州大学推免生发展素质评价指标体系</w:t>
      </w:r>
    </w:p>
    <w:p>
      <w:r>
        <w:t>附件2：2026届本科毕业生推荐免试硕士研究生工作时间安排</w:t>
      </w:r>
    </w:p>
    <w:p>
      <w:r>
        <w:t>附件3：常州大学推荐免试硕士研究生申请表（学生填写）</w:t>
      </w:r>
    </w:p>
    <w:p>
      <w:r>
        <w:t>附件4：常州大学2026届推荐免试硕士研究生综合评价评分表（学院填写）</w:t>
      </w:r>
    </w:p>
    <w:p>
      <w:r>
        <w:t>附件5：学院2026届推免竞赛获奖、科研论文和发明专利审核鉴定意见表（学院填写）</w:t>
      </w:r>
    </w:p>
    <w:p>
      <w:r>
        <w:t>附件6：学院2026届拟推免生情况汇总表（学院填报）</w:t>
      </w:r>
    </w:p>
    <w:p>
      <w:r>
        <w:t>附件7：学院推免工作相关人员亲属或利益关系报备登记（学院填报）</w:t>
      </w:r>
    </w:p>
    <w:p>
      <w:r>
        <w:t>附件8：常州大学推免工作相关人员亲属或利益关系报备汇总表</w:t>
      </w:r>
    </w:p>
    <w:p>
      <w:r>
        <w:t>附件9：推免相关工作人员亲属或利益关系承诺书</w:t>
      </w:r>
    </w:p>
    <w:p>
      <w:r>
        <w:t>附件2-9表格下载.doc</w:t>
      </w:r>
    </w:p>
    <w:p>
      <w:r>
        <w:t>附件1</w:t>
      </w:r>
    </w:p>
    <w:p>
      <w:r>
        <w:t>常州大学推免生发展素质评价分值设置表</w:t>
      </w:r>
    </w:p>
    <w:tbl>
      <w:tblPr>
        <w:tblStyle w:val="TableGrid"/>
        <w:tblW w:type="auto" w:w="0"/>
        <w:tblLook w:firstColumn="1" w:firstRow="1" w:lastColumn="0" w:lastRow="0" w:noHBand="0" w:noVBand="1" w:val="04A0"/>
      </w:tblPr>
      <w:tblGrid>
        <w:gridCol w:w="864"/>
        <w:gridCol w:w="864"/>
        <w:gridCol w:w="864"/>
        <w:gridCol w:w="864"/>
        <w:gridCol w:w="864"/>
        <w:gridCol w:w="864"/>
        <w:gridCol w:w="864"/>
        <w:gridCol w:w="864"/>
        <w:gridCol w:w="864"/>
        <w:gridCol w:w="864"/>
      </w:tblGrid>
      <w:tr>
        <w:tc>
          <w:tcPr>
            <w:tcW w:type="dxa" w:w="864"/>
          </w:tcPr>
          <w:p>
            <w:r>
              <w:t>类别</w:t>
            </w:r>
          </w:p>
        </w:tc>
        <w:tc>
          <w:tcPr>
            <w:tcW w:type="dxa" w:w="864"/>
          </w:tcPr>
          <w:p>
            <w:r>
              <w:t>项目等级</w:t>
            </w:r>
          </w:p>
        </w:tc>
        <w:tc>
          <w:tcPr>
            <w:tcW w:type="dxa" w:w="864"/>
          </w:tcPr>
          <w:p>
            <w:r>
              <w:t>第一等次</w:t>
            </w:r>
          </w:p>
        </w:tc>
        <w:tc>
          <w:tcPr>
            <w:tcW w:type="dxa" w:w="864"/>
          </w:tcPr>
          <w:p>
            <w:r>
              <w:t>第二等次</w:t>
            </w:r>
          </w:p>
        </w:tc>
        <w:tc>
          <w:tcPr>
            <w:tcW w:type="dxa" w:w="864"/>
          </w:tcPr>
          <w:p>
            <w:r>
              <w:t>第三等次</w:t>
            </w:r>
          </w:p>
        </w:tc>
        <w:tc>
          <w:tcPr>
            <w:tcW w:type="dxa" w:w="864"/>
          </w:tcPr>
          <w:p>
            <w:r>
              <w:t>第四等次</w:t>
            </w:r>
          </w:p>
        </w:tc>
        <w:tc>
          <w:tcPr>
            <w:tcW w:type="dxa" w:w="864"/>
          </w:tcPr>
          <w:p>
            <w:r>
              <w:t>备注</w:t>
            </w:r>
          </w:p>
        </w:tc>
        <w:tc>
          <w:tcPr>
            <w:tcW w:type="dxa" w:w="864"/>
          </w:tcPr>
          <w:p/>
        </w:tc>
        <w:tc>
          <w:tcPr>
            <w:tcW w:type="dxa" w:w="864"/>
          </w:tcPr>
          <w:p/>
        </w:tc>
        <w:tc>
          <w:tcPr>
            <w:tcW w:type="dxa" w:w="864"/>
          </w:tcPr>
          <w:p/>
        </w:tc>
      </w:tr>
      <w:tr>
        <w:tc>
          <w:tcPr>
            <w:tcW w:type="dxa" w:w="864"/>
          </w:tcPr>
          <w:p>
            <w:r>
              <w:t>竞赛获奖（不超过40分）</w:t>
            </w:r>
          </w:p>
        </w:tc>
        <w:tc>
          <w:tcPr>
            <w:tcW w:type="dxa" w:w="864"/>
          </w:tcPr>
          <w:p>
            <w:r>
              <w:t>I级甲等</w:t>
            </w:r>
          </w:p>
        </w:tc>
        <w:tc>
          <w:tcPr>
            <w:tcW w:type="dxa" w:w="864"/>
          </w:tcPr>
          <w:p>
            <w:r>
              <w:t>40</w:t>
            </w:r>
          </w:p>
        </w:tc>
        <w:tc>
          <w:tcPr>
            <w:tcW w:type="dxa" w:w="864"/>
          </w:tcPr>
          <w:p>
            <w:r>
              <w:t>20</w:t>
            </w:r>
          </w:p>
        </w:tc>
        <w:tc>
          <w:tcPr>
            <w:tcW w:type="dxa" w:w="864"/>
          </w:tcPr>
          <w:p>
            <w:r>
              <w:t>10</w:t>
            </w:r>
          </w:p>
        </w:tc>
        <w:tc>
          <w:tcPr>
            <w:tcW w:type="dxa" w:w="864"/>
          </w:tcPr>
          <w:p>
            <w:r>
              <w:t>5</w:t>
            </w:r>
          </w:p>
        </w:tc>
        <w:tc>
          <w:tcPr>
            <w:tcW w:type="dxa" w:w="864"/>
          </w:tcPr>
          <w:p>
            <w:r>
              <w:t>（1）同一项目参加多个比赛取最高项加分。（2）第一等次对应各奖项的最高等级，其他依次对应。（3）独立参赛者，排名系数为1.0；两人参赛者，排名系数为0.6、0.4；三人参赛者，排名系数为0. 5、0.3、0.2；四人参赛者，排名系数为0.5、0.3、0.1、0.1；多人参赛的情况，取排名前5位予以加分，排名系数为：0.5、0.2、0.1、0.1、0.1。（4）相关比赛应为《常州大学大学生竞赛组织管理办法》认定的Ⅰ级竞赛中的创新创业类、学科知识类。国际赛事参照执行，且不得低于国内赛事相关要求。（5）全国数学建模获奖加分平均分配给参赛者。</w:t>
            </w:r>
          </w:p>
        </w:tc>
        <w:tc>
          <w:tcPr>
            <w:tcW w:type="dxa" w:w="864"/>
          </w:tcPr>
          <w:p/>
        </w:tc>
        <w:tc>
          <w:tcPr>
            <w:tcW w:type="dxa" w:w="864"/>
          </w:tcPr>
          <w:p/>
        </w:tc>
        <w:tc>
          <w:tcPr>
            <w:tcW w:type="dxa" w:w="864"/>
          </w:tcPr>
          <w:p/>
        </w:tc>
      </w:tr>
      <w:tr>
        <w:tc>
          <w:tcPr>
            <w:tcW w:type="dxa" w:w="864"/>
          </w:tcPr>
          <w:p>
            <w:r>
              <w:t>I级乙等</w:t>
            </w:r>
          </w:p>
        </w:tc>
        <w:tc>
          <w:tcPr>
            <w:tcW w:type="dxa" w:w="864"/>
          </w:tcPr>
          <w:p>
            <w:r>
              <w:t>10</w:t>
            </w:r>
          </w:p>
        </w:tc>
        <w:tc>
          <w:tcPr>
            <w:tcW w:type="dxa" w:w="864"/>
          </w:tcPr>
          <w:p>
            <w:r>
              <w:t>8</w:t>
            </w:r>
          </w:p>
        </w:tc>
        <w:tc>
          <w:tcPr>
            <w:tcW w:type="dxa" w:w="864"/>
          </w:tcPr>
          <w:p>
            <w:r>
              <w:t>6</w:t>
            </w:r>
          </w:p>
        </w:tc>
        <w:tc>
          <w:tcPr>
            <w:tcW w:type="dxa" w:w="864"/>
          </w:tcPr>
          <w:p>
            <w:r>
              <w:t>4</w:t>
            </w:r>
          </w:p>
        </w:tc>
        <w:tc>
          <w:tcPr>
            <w:tcW w:type="dxa" w:w="864"/>
          </w:tcPr>
          <w:p/>
        </w:tc>
        <w:tc>
          <w:tcPr>
            <w:tcW w:type="dxa" w:w="864"/>
          </w:tcPr>
          <w:p/>
        </w:tc>
        <w:tc>
          <w:tcPr>
            <w:tcW w:type="dxa" w:w="864"/>
          </w:tcPr>
          <w:p/>
        </w:tc>
        <w:tc>
          <w:tcPr>
            <w:tcW w:type="dxa" w:w="864"/>
          </w:tcPr>
          <w:p/>
        </w:tc>
        <w:tc>
          <w:tcPr>
            <w:tcW w:type="dxa" w:w="864"/>
          </w:tcPr>
          <w:p/>
        </w:tc>
      </w:tr>
      <w:tr>
        <w:tc>
          <w:tcPr>
            <w:tcW w:type="dxa" w:w="864"/>
          </w:tcPr>
          <w:p>
            <w:r>
              <w:t>I级丙等</w:t>
            </w:r>
          </w:p>
        </w:tc>
        <w:tc>
          <w:tcPr>
            <w:tcW w:type="dxa" w:w="864"/>
          </w:tcPr>
          <w:p>
            <w:r>
              <w:t>5</w:t>
            </w:r>
          </w:p>
        </w:tc>
        <w:tc>
          <w:tcPr>
            <w:tcW w:type="dxa" w:w="864"/>
          </w:tcPr>
          <w:p>
            <w:r>
              <w:t>4</w:t>
            </w:r>
          </w:p>
        </w:tc>
        <w:tc>
          <w:tcPr>
            <w:tcW w:type="dxa" w:w="864"/>
          </w:tcPr>
          <w:p>
            <w:r>
              <w:t>3</w:t>
            </w:r>
          </w:p>
        </w:tc>
        <w:tc>
          <w:tcPr>
            <w:tcW w:type="dxa" w:w="864"/>
          </w:tcPr>
          <w:p>
            <w:r>
              <w:t>2</w:t>
            </w:r>
          </w:p>
        </w:tc>
        <w:tc>
          <w:tcPr>
            <w:tcW w:type="dxa" w:w="864"/>
          </w:tcPr>
          <w:p/>
        </w:tc>
        <w:tc>
          <w:tcPr>
            <w:tcW w:type="dxa" w:w="864"/>
          </w:tcPr>
          <w:p/>
        </w:tc>
        <w:tc>
          <w:tcPr>
            <w:tcW w:type="dxa" w:w="864"/>
          </w:tcPr>
          <w:p/>
        </w:tc>
        <w:tc>
          <w:tcPr>
            <w:tcW w:type="dxa" w:w="864"/>
          </w:tcPr>
          <w:p/>
        </w:tc>
        <w:tc>
          <w:tcPr>
            <w:tcW w:type="dxa" w:w="864"/>
          </w:tcPr>
          <w:p/>
        </w:tc>
      </w:tr>
      <w:tr>
        <w:tc>
          <w:tcPr>
            <w:tcW w:type="dxa" w:w="864"/>
          </w:tcPr>
          <w:p>
            <w:r>
              <w:t>科研论文（不超过30分）</w:t>
            </w:r>
          </w:p>
        </w:tc>
        <w:tc>
          <w:tcPr>
            <w:tcW w:type="dxa" w:w="864"/>
          </w:tcPr>
          <w:p>
            <w:r>
              <w:t>自然科学类</w:t>
            </w:r>
          </w:p>
        </w:tc>
        <w:tc>
          <w:tcPr>
            <w:tcW w:type="dxa" w:w="864"/>
          </w:tcPr>
          <w:p>
            <w:r>
              <w:t>T1类</w:t>
            </w:r>
          </w:p>
        </w:tc>
        <w:tc>
          <w:tcPr>
            <w:tcW w:type="dxa" w:w="864"/>
          </w:tcPr>
          <w:p>
            <w:r>
              <w:t>A1类</w:t>
            </w:r>
          </w:p>
        </w:tc>
        <w:tc>
          <w:tcPr>
            <w:tcW w:type="dxa" w:w="864"/>
          </w:tcPr>
          <w:p>
            <w:r>
              <w:t>A2类</w:t>
            </w:r>
          </w:p>
        </w:tc>
        <w:tc>
          <w:tcPr>
            <w:tcW w:type="dxa" w:w="864"/>
          </w:tcPr>
          <w:p>
            <w:r>
              <w:t>A3类</w:t>
            </w:r>
          </w:p>
        </w:tc>
        <w:tc>
          <w:tcPr>
            <w:tcW w:type="dxa" w:w="864"/>
          </w:tcPr>
          <w:p>
            <w:r>
              <w:t>B1类</w:t>
            </w:r>
          </w:p>
        </w:tc>
        <w:tc>
          <w:tcPr>
            <w:tcW w:type="dxa" w:w="864"/>
          </w:tcPr>
          <w:p>
            <w:r>
              <w:t>B2类</w:t>
            </w:r>
          </w:p>
        </w:tc>
        <w:tc>
          <w:tcPr>
            <w:tcW w:type="dxa" w:w="864"/>
          </w:tcPr>
          <w:p>
            <w:r>
              <w:t>C1类</w:t>
            </w:r>
          </w:p>
        </w:tc>
        <w:tc>
          <w:tcPr>
            <w:tcW w:type="dxa" w:w="864"/>
          </w:tcPr>
          <w:p>
            <w:r>
              <w:t>（1）学生在核心期刊及以上正式发表的以常州大学为独立单位（或第一单位）的与学业相关的科研论文，须为独立作者或排名第一身份或与指导老师联合发表。与指导老师联合发表的论文，仅限于指导老师排名第一，学生为排名第二（排名系数0 .5）的情况。论文须为正式见刊，仅有录用通知未见刊不计分。（2）期刊分类参见《常州大学自然科学科研业绩核算办法》《常州大学哲学社会科学工作业绩核算办法》最新版。</w:t>
            </w:r>
          </w:p>
        </w:tc>
      </w:tr>
      <w:tr>
        <w:tc>
          <w:tcPr>
            <w:tcW w:type="dxa" w:w="864"/>
          </w:tcPr>
          <w:p>
            <w:r>
              <w:t>30</w:t>
            </w:r>
          </w:p>
        </w:tc>
        <w:tc>
          <w:tcPr>
            <w:tcW w:type="dxa" w:w="864"/>
          </w:tcPr>
          <w:p>
            <w:r>
              <w:t>26</w:t>
            </w:r>
          </w:p>
        </w:tc>
        <w:tc>
          <w:tcPr>
            <w:tcW w:type="dxa" w:w="864"/>
          </w:tcPr>
          <w:p>
            <w:r>
              <w:t>22</w:t>
            </w:r>
          </w:p>
        </w:tc>
        <w:tc>
          <w:tcPr>
            <w:tcW w:type="dxa" w:w="864"/>
          </w:tcPr>
          <w:p>
            <w:r>
              <w:t>18</w:t>
            </w:r>
          </w:p>
        </w:tc>
        <w:tc>
          <w:tcPr>
            <w:tcW w:type="dxa" w:w="864"/>
          </w:tcPr>
          <w:p>
            <w:r>
              <w:t>14</w:t>
            </w:r>
          </w:p>
        </w:tc>
        <w:tc>
          <w:tcPr>
            <w:tcW w:type="dxa" w:w="864"/>
          </w:tcPr>
          <w:p>
            <w:r>
              <w:t>10</w:t>
            </w:r>
          </w:p>
        </w:tc>
        <w:tc>
          <w:tcPr>
            <w:tcW w:type="dxa" w:w="864"/>
          </w:tcPr>
          <w:p>
            <w:r>
              <w:t>6</w:t>
            </w:r>
          </w:p>
        </w:tc>
        <w:tc>
          <w:tcPr>
            <w:tcW w:type="dxa" w:w="864"/>
          </w:tcPr>
          <w:p/>
        </w:tc>
        <w:tc>
          <w:tcPr>
            <w:tcW w:type="dxa" w:w="864"/>
          </w:tcPr>
          <w:p/>
        </w:tc>
        <w:tc>
          <w:tcPr>
            <w:tcW w:type="dxa" w:w="864"/>
          </w:tcPr>
          <w:p/>
        </w:tc>
      </w:tr>
      <w:tr>
        <w:tc>
          <w:tcPr>
            <w:tcW w:type="dxa" w:w="864"/>
          </w:tcPr>
          <w:p>
            <w:r>
              <w:t>哲学社会科学类</w:t>
            </w:r>
          </w:p>
        </w:tc>
        <w:tc>
          <w:tcPr>
            <w:tcW w:type="dxa" w:w="864"/>
          </w:tcPr>
          <w:p>
            <w:r>
              <w:t>T类</w:t>
            </w:r>
          </w:p>
        </w:tc>
        <w:tc>
          <w:tcPr>
            <w:tcW w:type="dxa" w:w="864"/>
          </w:tcPr>
          <w:p>
            <w:r>
              <w:t>A1类</w:t>
            </w:r>
          </w:p>
        </w:tc>
        <w:tc>
          <w:tcPr>
            <w:tcW w:type="dxa" w:w="864"/>
          </w:tcPr>
          <w:p>
            <w:r>
              <w:t>A2类</w:t>
            </w:r>
          </w:p>
        </w:tc>
        <w:tc>
          <w:tcPr>
            <w:tcW w:type="dxa" w:w="864"/>
          </w:tcPr>
          <w:p>
            <w:r>
              <w:t>B1类</w:t>
            </w:r>
          </w:p>
        </w:tc>
        <w:tc>
          <w:tcPr>
            <w:tcW w:type="dxa" w:w="864"/>
          </w:tcPr>
          <w:p>
            <w:r>
              <w:t>B2类</w:t>
            </w:r>
          </w:p>
        </w:tc>
        <w:tc>
          <w:tcPr>
            <w:tcW w:type="dxa" w:w="864"/>
          </w:tcPr>
          <w:p>
            <w:r>
              <w:t>C类</w:t>
            </w:r>
          </w:p>
        </w:tc>
        <w:tc>
          <w:tcPr>
            <w:tcW w:type="dxa" w:w="864"/>
          </w:tcPr>
          <w:p>
            <w:r>
              <w:t>D类</w:t>
            </w:r>
          </w:p>
        </w:tc>
        <w:tc>
          <w:tcPr>
            <w:tcW w:type="dxa" w:w="864"/>
          </w:tcPr>
          <w:p/>
        </w:tc>
        <w:tc>
          <w:tcPr>
            <w:tcW w:type="dxa" w:w="864"/>
          </w:tcPr>
          <w:p/>
        </w:tc>
      </w:tr>
      <w:tr>
        <w:tc>
          <w:tcPr>
            <w:tcW w:type="dxa" w:w="864"/>
          </w:tcPr>
          <w:p>
            <w:r>
              <w:t>30</w:t>
            </w:r>
          </w:p>
        </w:tc>
        <w:tc>
          <w:tcPr>
            <w:tcW w:type="dxa" w:w="864"/>
          </w:tcPr>
          <w:p>
            <w:r>
              <w:t>26</w:t>
            </w:r>
          </w:p>
        </w:tc>
        <w:tc>
          <w:tcPr>
            <w:tcW w:type="dxa" w:w="864"/>
          </w:tcPr>
          <w:p>
            <w:r>
              <w:t>22</w:t>
            </w:r>
          </w:p>
        </w:tc>
        <w:tc>
          <w:tcPr>
            <w:tcW w:type="dxa" w:w="864"/>
          </w:tcPr>
          <w:p>
            <w:r>
              <w:t>18</w:t>
            </w:r>
          </w:p>
        </w:tc>
        <w:tc>
          <w:tcPr>
            <w:tcW w:type="dxa" w:w="864"/>
          </w:tcPr>
          <w:p>
            <w:r>
              <w:t>14</w:t>
            </w:r>
          </w:p>
        </w:tc>
        <w:tc>
          <w:tcPr>
            <w:tcW w:type="dxa" w:w="864"/>
          </w:tcPr>
          <w:p>
            <w:r>
              <w:t>10</w:t>
            </w:r>
          </w:p>
        </w:tc>
        <w:tc>
          <w:tcPr>
            <w:tcW w:type="dxa" w:w="864"/>
          </w:tcPr>
          <w:p>
            <w:r>
              <w:t>6</w:t>
            </w:r>
          </w:p>
        </w:tc>
        <w:tc>
          <w:tcPr>
            <w:tcW w:type="dxa" w:w="864"/>
          </w:tcPr>
          <w:p/>
        </w:tc>
        <w:tc>
          <w:tcPr>
            <w:tcW w:type="dxa" w:w="864"/>
          </w:tcPr>
          <w:p/>
        </w:tc>
        <w:tc>
          <w:tcPr>
            <w:tcW w:type="dxa" w:w="864"/>
          </w:tcPr>
          <w:p/>
        </w:tc>
      </w:tr>
      <w:tr>
        <w:tc>
          <w:tcPr>
            <w:tcW w:type="dxa" w:w="864"/>
          </w:tcPr>
          <w:p>
            <w:r>
              <w:t>发明专利（不超过10分）</w:t>
            </w:r>
          </w:p>
        </w:tc>
        <w:tc>
          <w:tcPr>
            <w:tcW w:type="dxa" w:w="864"/>
          </w:tcPr>
          <w:p>
            <w:r>
              <w:t>10</w:t>
            </w:r>
          </w:p>
        </w:tc>
        <w:tc>
          <w:tcPr>
            <w:tcW w:type="dxa" w:w="864"/>
          </w:tcPr>
          <w:p>
            <w:r>
              <w:t>以第一发明人身份获得授权，常州大学为第一专利权人且与学业相关，须提供相关发明专利授权书。</w:t>
            </w:r>
          </w:p>
        </w:tc>
        <w:tc>
          <w:tcPr>
            <w:tcW w:type="dxa" w:w="864"/>
          </w:tcPr>
          <w:p/>
        </w:tc>
        <w:tc>
          <w:tcPr>
            <w:tcW w:type="dxa" w:w="864"/>
          </w:tcPr>
          <w:p/>
        </w:tc>
        <w:tc>
          <w:tcPr>
            <w:tcW w:type="dxa" w:w="864"/>
          </w:tcPr>
          <w:p/>
        </w:tc>
        <w:tc>
          <w:tcPr>
            <w:tcW w:type="dxa" w:w="864"/>
          </w:tcPr>
          <w:p/>
        </w:tc>
        <w:tc>
          <w:tcPr>
            <w:tcW w:type="dxa" w:w="864"/>
          </w:tcPr>
          <w:p/>
        </w:tc>
        <w:tc>
          <w:tcPr>
            <w:tcW w:type="dxa" w:w="864"/>
          </w:tcPr>
          <w:p/>
        </w:tc>
        <w:tc>
          <w:tcPr>
            <w:tcW w:type="dxa" w:w="864"/>
          </w:tcPr>
          <w:p/>
        </w:tc>
      </w:tr>
      <w:tr>
        <w:tc>
          <w:tcPr>
            <w:tcW w:type="dxa" w:w="864"/>
          </w:tcPr>
          <w:p>
            <w:r>
              <w:t>其他（不超过20分）</w:t>
            </w:r>
          </w:p>
        </w:tc>
        <w:tc>
          <w:tcPr>
            <w:tcW w:type="dxa" w:w="864"/>
          </w:tcPr>
          <w:p>
            <w:r>
              <w:t>参军入伍服兵役</w:t>
            </w:r>
          </w:p>
        </w:tc>
        <w:tc>
          <w:tcPr>
            <w:tcW w:type="dxa" w:w="864"/>
          </w:tcPr>
          <w:p>
            <w:r>
              <w:t>10</w:t>
            </w:r>
          </w:p>
        </w:tc>
        <w:tc>
          <w:tcPr>
            <w:tcW w:type="dxa" w:w="864"/>
          </w:tcPr>
          <w:p>
            <w:r>
              <w:t>须提供退出现役证书或退役军人优待证。</w:t>
            </w:r>
          </w:p>
        </w:tc>
        <w:tc>
          <w:tcPr>
            <w:tcW w:type="dxa" w:w="864"/>
          </w:tcPr>
          <w:p/>
        </w:tc>
        <w:tc>
          <w:tcPr>
            <w:tcW w:type="dxa" w:w="864"/>
          </w:tcPr>
          <w:p/>
        </w:tc>
        <w:tc>
          <w:tcPr>
            <w:tcW w:type="dxa" w:w="864"/>
          </w:tcPr>
          <w:p/>
        </w:tc>
        <w:tc>
          <w:tcPr>
            <w:tcW w:type="dxa" w:w="864"/>
          </w:tcPr>
          <w:p/>
        </w:tc>
        <w:tc>
          <w:tcPr>
            <w:tcW w:type="dxa" w:w="864"/>
          </w:tcPr>
          <w:p/>
        </w:tc>
        <w:tc>
          <w:tcPr>
            <w:tcW w:type="dxa" w:w="864"/>
          </w:tcPr>
          <w:p/>
        </w:tc>
      </w:tr>
      <w:tr>
        <w:tc>
          <w:tcPr>
            <w:tcW w:type="dxa" w:w="864"/>
          </w:tcPr>
          <w:p>
            <w:r>
              <w:t>到国际组织实习，实习期不少于3个月</w:t>
            </w:r>
          </w:p>
        </w:tc>
        <w:tc>
          <w:tcPr>
            <w:tcW w:type="dxa" w:w="864"/>
          </w:tcPr>
          <w:p>
            <w:r>
              <w:t>5</w:t>
            </w:r>
          </w:p>
        </w:tc>
        <w:tc>
          <w:tcPr>
            <w:tcW w:type="dxa" w:w="864"/>
          </w:tcPr>
          <w:p>
            <w:r>
              <w:t>学生赴境外主要政府间国际组织和具有重要影响力的非政府间国际组织、学术类国际组织实习。实习地点应为海外的国际组织总部、地区办事处等（在华机构除外），获得官方实习证明。</w:t>
            </w:r>
          </w:p>
        </w:tc>
        <w:tc>
          <w:tcPr>
            <w:tcW w:type="dxa" w:w="864"/>
          </w:tcPr>
          <w:p/>
        </w:tc>
        <w:tc>
          <w:tcPr>
            <w:tcW w:type="dxa" w:w="864"/>
          </w:tcPr>
          <w:p/>
        </w:tc>
        <w:tc>
          <w:tcPr>
            <w:tcW w:type="dxa" w:w="864"/>
          </w:tcPr>
          <w:p/>
        </w:tc>
        <w:tc>
          <w:tcPr>
            <w:tcW w:type="dxa" w:w="864"/>
          </w:tcPr>
          <w:p/>
        </w:tc>
        <w:tc>
          <w:tcPr>
            <w:tcW w:type="dxa" w:w="864"/>
          </w:tcPr>
          <w:p/>
        </w:tc>
        <w:tc>
          <w:tcPr>
            <w:tcW w:type="dxa" w:w="864"/>
          </w:tcPr>
          <w:p/>
        </w:tc>
        <w:tc>
          <w:tcPr>
            <w:tcW w:type="dxa" w:w="864"/>
          </w:tcPr>
          <w:p/>
        </w:tc>
      </w:tr>
      <w:tr>
        <w:tc>
          <w:tcPr>
            <w:tcW w:type="dxa" w:w="864"/>
          </w:tcPr>
          <w:p>
            <w:r>
              <w:t>参加志愿服务（不超过10分）</w:t>
            </w:r>
          </w:p>
        </w:tc>
        <w:tc>
          <w:tcPr>
            <w:tcW w:type="dxa" w:w="864"/>
          </w:tcPr>
          <w:p>
            <w:r>
              <w:t>等级</w:t>
            </w:r>
          </w:p>
        </w:tc>
        <w:tc>
          <w:tcPr>
            <w:tcW w:type="dxa" w:w="864"/>
          </w:tcPr>
          <w:p>
            <w:r>
              <w:t>第一等次</w:t>
            </w:r>
          </w:p>
        </w:tc>
        <w:tc>
          <w:tcPr>
            <w:tcW w:type="dxa" w:w="864"/>
          </w:tcPr>
          <w:p>
            <w:r>
              <w:t>第二等次</w:t>
            </w:r>
          </w:p>
        </w:tc>
        <w:tc>
          <w:tcPr>
            <w:tcW w:type="dxa" w:w="864"/>
          </w:tcPr>
          <w:p>
            <w:r>
              <w:t>第三等次</w:t>
            </w:r>
          </w:p>
        </w:tc>
        <w:tc>
          <w:tcPr>
            <w:tcW w:type="dxa" w:w="864"/>
          </w:tcPr>
          <w:p>
            <w:r>
              <w:t>（1）国家级志愿服务包括：中国青年志愿服务项目大赛、中国青年志愿服务公益创业赛、中国青年志愿者优秀项目奖，中国青年志愿者优秀个人奖按国家级第一等次计分。（2）省部级志愿服务包括：江苏省青年志愿服务项目大赛、江苏省青年志愿服务公益创业赛、江苏省十佳青年志愿服务项目，江苏省十佳青年志愿者、江苏省优秀青年志愿者、江苏省青年志愿服务事业贡献奖按省部级第一等次计分。（3）独立参赛者，排名系数为1.0；两人参赛者，排名系数为0.6、0.4；三人参赛者，排名系数为0. 5、0.3、0.2；四人参赛者，排名系数为0.5、0.3、0.1、0.1；多人参赛的情况，取排名前5位予以加分，排名系数为：0.5、0.2、0.1、0.1、0.1。</w:t>
            </w:r>
          </w:p>
        </w:tc>
        <w:tc>
          <w:tcPr>
            <w:tcW w:type="dxa" w:w="864"/>
          </w:tcPr>
          <w:p/>
        </w:tc>
        <w:tc>
          <w:tcPr>
            <w:tcW w:type="dxa" w:w="864"/>
          </w:tcPr>
          <w:p/>
        </w:tc>
        <w:tc>
          <w:tcPr>
            <w:tcW w:type="dxa" w:w="864"/>
          </w:tcPr>
          <w:p/>
        </w:tc>
        <w:tc>
          <w:tcPr>
            <w:tcW w:type="dxa" w:w="864"/>
          </w:tcPr>
          <w:p/>
        </w:tc>
      </w:tr>
      <w:tr>
        <w:tc>
          <w:tcPr>
            <w:tcW w:type="dxa" w:w="864"/>
          </w:tcPr>
          <w:p>
            <w:r>
              <w:t>国家级</w:t>
            </w:r>
          </w:p>
        </w:tc>
        <w:tc>
          <w:tcPr>
            <w:tcW w:type="dxa" w:w="864"/>
          </w:tcPr>
          <w:p>
            <w:r>
              <w:t>10</w:t>
            </w:r>
          </w:p>
        </w:tc>
        <w:tc>
          <w:tcPr>
            <w:tcW w:type="dxa" w:w="864"/>
          </w:tcPr>
          <w:p>
            <w:r>
              <w:t>7</w:t>
            </w:r>
          </w:p>
        </w:tc>
        <w:tc>
          <w:tcPr>
            <w:tcW w:type="dxa" w:w="864"/>
          </w:tcPr>
          <w:p>
            <w:r>
              <w:t>5</w:t>
            </w:r>
          </w:p>
        </w:tc>
        <w:tc>
          <w:tcPr>
            <w:tcW w:type="dxa" w:w="864"/>
          </w:tcPr>
          <w:p/>
        </w:tc>
        <w:tc>
          <w:tcPr>
            <w:tcW w:type="dxa" w:w="864"/>
          </w:tcPr>
          <w:p/>
        </w:tc>
        <w:tc>
          <w:tcPr>
            <w:tcW w:type="dxa" w:w="864"/>
          </w:tcPr>
          <w:p/>
        </w:tc>
        <w:tc>
          <w:tcPr>
            <w:tcW w:type="dxa" w:w="864"/>
          </w:tcPr>
          <w:p/>
        </w:tc>
        <w:tc>
          <w:tcPr>
            <w:tcW w:type="dxa" w:w="864"/>
          </w:tcPr>
          <w:p/>
        </w:tc>
        <w:tc>
          <w:tcPr>
            <w:tcW w:type="dxa" w:w="864"/>
          </w:tcPr>
          <w:p/>
        </w:tc>
      </w:tr>
      <w:tr>
        <w:tc>
          <w:tcPr>
            <w:tcW w:type="dxa" w:w="864"/>
          </w:tcPr>
          <w:p>
            <w:r>
              <w:t>省部级</w:t>
            </w:r>
          </w:p>
        </w:tc>
        <w:tc>
          <w:tcPr>
            <w:tcW w:type="dxa" w:w="864"/>
          </w:tcPr>
          <w:p>
            <w:r>
              <w:t>5</w:t>
            </w:r>
          </w:p>
        </w:tc>
        <w:tc>
          <w:tcPr>
            <w:tcW w:type="dxa" w:w="864"/>
          </w:tcPr>
          <w:p>
            <w:r>
              <w:t>3</w:t>
            </w:r>
          </w:p>
        </w:tc>
        <w:tc>
          <w:tcPr>
            <w:tcW w:type="dxa" w:w="864"/>
          </w:tcPr>
          <w:p>
            <w:r>
              <w:t>1</w:t>
            </w:r>
          </w:p>
        </w:tc>
        <w:tc>
          <w:tcPr>
            <w:tcW w:type="dxa" w:w="864"/>
          </w:tcPr>
          <w:p/>
        </w:tc>
        <w:tc>
          <w:tcPr>
            <w:tcW w:type="dxa" w:w="864"/>
          </w:tcPr>
          <w:p/>
        </w:tc>
        <w:tc>
          <w:tcPr>
            <w:tcW w:type="dxa" w:w="864"/>
          </w:tcPr>
          <w:p/>
        </w:tc>
        <w:tc>
          <w:tcPr>
            <w:tcW w:type="dxa" w:w="864"/>
          </w:tcPr>
          <w:p/>
        </w:tc>
        <w:tc>
          <w:tcPr>
            <w:tcW w:type="dxa" w:w="864"/>
          </w:tcPr>
          <w:p/>
        </w:tc>
        <w:tc>
          <w:tcPr>
            <w:tcW w:type="dxa" w:w="864"/>
          </w:tcPr>
          <w:p/>
        </w:tc>
      </w:tr>
      <w:tr>
        <w:tc>
          <w:tcPr>
            <w:tcW w:type="dxa" w:w="864"/>
          </w:tcPr>
          <w:p>
            <w:r>
              <w:t>学生荣誉称号（不超过5分）</w:t>
            </w:r>
          </w:p>
        </w:tc>
        <w:tc>
          <w:tcPr>
            <w:tcW w:type="dxa" w:w="864"/>
          </w:tcPr>
          <w:p>
            <w:r>
              <w:t>国家级</w:t>
            </w:r>
          </w:p>
        </w:tc>
        <w:tc>
          <w:tcPr>
            <w:tcW w:type="dxa" w:w="864"/>
          </w:tcPr>
          <w:p>
            <w:r>
              <w:t>5</w:t>
            </w:r>
          </w:p>
        </w:tc>
        <w:tc>
          <w:tcPr>
            <w:tcW w:type="dxa" w:w="864"/>
          </w:tcPr>
          <w:p>
            <w:r>
              <w:t>获全国十大杰出青年、中国青年五四奖章、中国大学生年度人物、中国大学生自强之星、全国三好学生、全国优秀学生干部、全国优秀共青团干部、全国优秀共青团员荣誉称号。</w:t>
            </w:r>
          </w:p>
        </w:tc>
        <w:tc>
          <w:tcPr>
            <w:tcW w:type="dxa" w:w="864"/>
          </w:tcPr>
          <w:p/>
        </w:tc>
        <w:tc>
          <w:tcPr>
            <w:tcW w:type="dxa" w:w="864"/>
          </w:tcPr>
          <w:p/>
        </w:tc>
        <w:tc>
          <w:tcPr>
            <w:tcW w:type="dxa" w:w="864"/>
          </w:tcPr>
          <w:p/>
        </w:tc>
        <w:tc>
          <w:tcPr>
            <w:tcW w:type="dxa" w:w="864"/>
          </w:tcPr>
          <w:p/>
        </w:tc>
        <w:tc>
          <w:tcPr>
            <w:tcW w:type="dxa" w:w="864"/>
          </w:tcPr>
          <w:p/>
        </w:tc>
        <w:tc>
          <w:tcPr>
            <w:tcW w:type="dxa" w:w="864"/>
          </w:tcPr>
          <w:p/>
        </w:tc>
      </w:tr>
      <w:tr>
        <w:tc>
          <w:tcPr>
            <w:tcW w:type="dxa" w:w="864"/>
          </w:tcPr>
          <w:p>
            <w:r>
              <w:t>省级</w:t>
            </w:r>
          </w:p>
        </w:tc>
        <w:tc>
          <w:tcPr>
            <w:tcW w:type="dxa" w:w="864"/>
          </w:tcPr>
          <w:p>
            <w:r>
              <w:t>3</w:t>
            </w:r>
          </w:p>
        </w:tc>
        <w:tc>
          <w:tcPr>
            <w:tcW w:type="dxa" w:w="864"/>
          </w:tcPr>
          <w:p>
            <w:r>
              <w:t>获省青年五四奖章、省大学生年度人物、省大学生自强之星、省三好学生、省优秀学生干部、省优秀共青团干部、省优秀共青团员荣誉称号。</w:t>
            </w:r>
          </w:p>
        </w:tc>
        <w:tc>
          <w:tcPr>
            <w:tcW w:type="dxa" w:w="864"/>
          </w:tcPr>
          <w:p/>
        </w:tc>
        <w:tc>
          <w:tcPr>
            <w:tcW w:type="dxa" w:w="864"/>
          </w:tcPr>
          <w:p/>
        </w:tc>
        <w:tc>
          <w:tcPr>
            <w:tcW w:type="dxa" w:w="864"/>
          </w:tcPr>
          <w:p/>
        </w:tc>
        <w:tc>
          <w:tcPr>
            <w:tcW w:type="dxa" w:w="864"/>
          </w:tcPr>
          <w:p/>
        </w:tc>
        <w:tc>
          <w:tcPr>
            <w:tcW w:type="dxa" w:w="864"/>
          </w:tcPr>
          <w:p/>
        </w:tc>
        <w:tc>
          <w:tcPr>
            <w:tcW w:type="dxa" w:w="864"/>
          </w:tcPr>
          <w:p/>
        </w:tc>
        <w:tc>
          <w:tcPr>
            <w:tcW w:type="dxa" w:w="864"/>
          </w:tcPr>
          <w:p/>
        </w:tc>
      </w:tr>
    </w:tbl>
    <w:p>
      <w:r>
        <w:t>注：1.学生所获成果应为本科在读期间获得，且完成单位为常州大学。成果截止日期为申请表提交学院时间。</w:t>
      </w:r>
    </w:p>
    <w:p>
      <w:r>
        <w:t>2.一项成果多次获奖以最高分计。参军入伍服兵役、到国际组织实习、志愿服务、学生荣誉称号、外语成绩加分五种类别之间可以累加，但总分不超过20分；各类志愿服务以最高分计算，不可以累加。</w:t>
      </w:r>
    </w:p>
    <w:p>
      <w:r>
        <w:t>附件2</w:t>
      </w:r>
    </w:p>
    <w:p>
      <w:r>
        <w:t>2026届本科毕业生推荐免试硕士研究生工作时间安排</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序号</w:t>
            </w:r>
          </w:p>
        </w:tc>
        <w:tc>
          <w:tcPr>
            <w:tcW w:type="dxa" w:w="2160"/>
          </w:tcPr>
          <w:p>
            <w:r>
              <w:t>时间</w:t>
            </w:r>
          </w:p>
        </w:tc>
        <w:tc>
          <w:tcPr>
            <w:tcW w:type="dxa" w:w="2160"/>
          </w:tcPr>
          <w:p>
            <w:r>
              <w:t>内容</w:t>
            </w:r>
          </w:p>
        </w:tc>
        <w:tc>
          <w:tcPr>
            <w:tcW w:type="dxa" w:w="2160"/>
          </w:tcPr>
          <w:p>
            <w:r>
              <w:t>操作方</w:t>
            </w:r>
          </w:p>
        </w:tc>
      </w:tr>
      <w:tr>
        <w:tc>
          <w:tcPr>
            <w:tcW w:type="dxa" w:w="2160"/>
          </w:tcPr>
          <w:p>
            <w:r>
              <w:t>1</w:t>
            </w:r>
          </w:p>
        </w:tc>
        <w:tc>
          <w:tcPr>
            <w:tcW w:type="dxa" w:w="2160"/>
          </w:tcPr>
          <w:p>
            <w:r>
              <w:t>8月31日</w:t>
            </w:r>
          </w:p>
        </w:tc>
        <w:tc>
          <w:tcPr>
            <w:tcW w:type="dxa" w:w="2160"/>
          </w:tcPr>
          <w:p>
            <w:r>
              <w:t>根据教育部时间安排，制定2026届推免工作通知、下达分配名额。</w:t>
            </w:r>
          </w:p>
        </w:tc>
        <w:tc>
          <w:tcPr>
            <w:tcW w:type="dxa" w:w="2160"/>
          </w:tcPr>
          <w:p>
            <w:r>
              <w:t>校推免小组</w:t>
            </w:r>
          </w:p>
        </w:tc>
      </w:tr>
      <w:tr>
        <w:tc>
          <w:tcPr>
            <w:tcW w:type="dxa" w:w="2160"/>
          </w:tcPr>
          <w:p>
            <w:r>
              <w:t>2</w:t>
            </w:r>
          </w:p>
        </w:tc>
        <w:tc>
          <w:tcPr>
            <w:tcW w:type="dxa" w:w="2160"/>
          </w:tcPr>
          <w:p>
            <w:r>
              <w:t>9月1日-2日</w:t>
            </w:r>
          </w:p>
        </w:tc>
        <w:tc>
          <w:tcPr>
            <w:tcW w:type="dxa" w:w="2160"/>
          </w:tcPr>
          <w:p>
            <w:r>
              <w:t>提交教务处审核推免工作小组名单、实施细则等。</w:t>
            </w:r>
          </w:p>
        </w:tc>
        <w:tc>
          <w:tcPr>
            <w:tcW w:type="dxa" w:w="2160"/>
          </w:tcPr>
          <w:p>
            <w:r>
              <w:t>学院</w:t>
            </w:r>
          </w:p>
        </w:tc>
      </w:tr>
      <w:tr>
        <w:tc>
          <w:tcPr>
            <w:tcW w:type="dxa" w:w="2160"/>
          </w:tcPr>
          <w:p>
            <w:r>
              <w:t>3</w:t>
            </w:r>
          </w:p>
        </w:tc>
        <w:tc>
          <w:tcPr>
            <w:tcW w:type="dxa" w:w="2160"/>
          </w:tcPr>
          <w:p>
            <w:r>
              <w:t>9月3日</w:t>
            </w:r>
          </w:p>
        </w:tc>
        <w:tc>
          <w:tcPr>
            <w:tcW w:type="dxa" w:w="2160"/>
          </w:tcPr>
          <w:p>
            <w:r>
              <w:t>审定学院实施细则等。</w:t>
            </w:r>
          </w:p>
        </w:tc>
        <w:tc>
          <w:tcPr>
            <w:tcW w:type="dxa" w:w="2160"/>
          </w:tcPr>
          <w:p>
            <w:r>
              <w:t>教务处</w:t>
            </w:r>
          </w:p>
        </w:tc>
      </w:tr>
      <w:tr>
        <w:tc>
          <w:tcPr>
            <w:tcW w:type="dxa" w:w="2160"/>
          </w:tcPr>
          <w:p>
            <w:r>
              <w:t>4</w:t>
            </w:r>
          </w:p>
        </w:tc>
        <w:tc>
          <w:tcPr>
            <w:tcW w:type="dxa" w:w="2160"/>
          </w:tcPr>
          <w:p>
            <w:r>
              <w:t>9月4日</w:t>
            </w:r>
          </w:p>
        </w:tc>
        <w:tc>
          <w:tcPr>
            <w:tcW w:type="dxa" w:w="2160"/>
          </w:tcPr>
          <w:p>
            <w:r>
              <w:t>公布实施细则，做好宣传动员及解释工作。</w:t>
            </w:r>
          </w:p>
        </w:tc>
        <w:tc>
          <w:tcPr>
            <w:tcW w:type="dxa" w:w="2160"/>
          </w:tcPr>
          <w:p>
            <w:r>
              <w:t>学院</w:t>
            </w:r>
          </w:p>
        </w:tc>
      </w:tr>
      <w:tr>
        <w:tc>
          <w:tcPr>
            <w:tcW w:type="dxa" w:w="2160"/>
          </w:tcPr>
          <w:p>
            <w:r>
              <w:t>5</w:t>
            </w:r>
          </w:p>
        </w:tc>
        <w:tc>
          <w:tcPr>
            <w:tcW w:type="dxa" w:w="2160"/>
          </w:tcPr>
          <w:p>
            <w:r>
              <w:t>9月4日-6日</w:t>
            </w:r>
          </w:p>
        </w:tc>
        <w:tc>
          <w:tcPr>
            <w:tcW w:type="dxa" w:w="2160"/>
          </w:tcPr>
          <w:p>
            <w:r>
              <w:t>组织学生在校推免系统完成申请，上传电子材料、上交纸质材料。</w:t>
            </w:r>
          </w:p>
        </w:tc>
        <w:tc>
          <w:tcPr>
            <w:tcW w:type="dxa" w:w="2160"/>
          </w:tcPr>
          <w:p>
            <w:r>
              <w:t>学院</w:t>
            </w:r>
          </w:p>
        </w:tc>
      </w:tr>
      <w:tr>
        <w:tc>
          <w:tcPr>
            <w:tcW w:type="dxa" w:w="2160"/>
          </w:tcPr>
          <w:p>
            <w:r>
              <w:t>6</w:t>
            </w:r>
          </w:p>
        </w:tc>
        <w:tc>
          <w:tcPr>
            <w:tcW w:type="dxa" w:w="2160"/>
          </w:tcPr>
          <w:p>
            <w:r>
              <w:t>9月7日-8日</w:t>
            </w:r>
          </w:p>
        </w:tc>
        <w:tc>
          <w:tcPr>
            <w:tcW w:type="dxa" w:w="2160"/>
          </w:tcPr>
          <w:p>
            <w:r>
              <w:t>在校推免系统完成资格初审，对发展素质材料进行鉴定答辩，答辩结果公开公示。</w:t>
            </w:r>
          </w:p>
        </w:tc>
        <w:tc>
          <w:tcPr>
            <w:tcW w:type="dxa" w:w="2160"/>
          </w:tcPr>
          <w:p>
            <w:r>
              <w:t>学院</w:t>
            </w:r>
          </w:p>
        </w:tc>
      </w:tr>
      <w:tr>
        <w:tc>
          <w:tcPr>
            <w:tcW w:type="dxa" w:w="2160"/>
          </w:tcPr>
          <w:p>
            <w:r>
              <w:t>7</w:t>
            </w:r>
          </w:p>
        </w:tc>
        <w:tc>
          <w:tcPr>
            <w:tcW w:type="dxa" w:w="2160"/>
          </w:tcPr>
          <w:p>
            <w:r>
              <w:t>9月8日-10日</w:t>
            </w:r>
          </w:p>
        </w:tc>
        <w:tc>
          <w:tcPr>
            <w:tcW w:type="dxa" w:w="2160"/>
          </w:tcPr>
          <w:p>
            <w:r>
              <w:t>形成拟推荐名单（含候补名单），名单及评价成绩等公示3日。</w:t>
            </w:r>
          </w:p>
        </w:tc>
        <w:tc>
          <w:tcPr>
            <w:tcW w:type="dxa" w:w="2160"/>
          </w:tcPr>
          <w:p>
            <w:r>
              <w:t>学院</w:t>
            </w:r>
          </w:p>
        </w:tc>
      </w:tr>
      <w:tr>
        <w:tc>
          <w:tcPr>
            <w:tcW w:type="dxa" w:w="2160"/>
          </w:tcPr>
          <w:p>
            <w:r>
              <w:t>8</w:t>
            </w:r>
          </w:p>
        </w:tc>
        <w:tc>
          <w:tcPr>
            <w:tcW w:type="dxa" w:w="2160"/>
          </w:tcPr>
          <w:p>
            <w:r>
              <w:t>9月10日</w:t>
            </w:r>
          </w:p>
        </w:tc>
        <w:tc>
          <w:tcPr>
            <w:tcW w:type="dxa" w:w="2160"/>
          </w:tcPr>
          <w:p>
            <w:r>
              <w:t>拟推荐结果报教务处。</w:t>
            </w:r>
          </w:p>
        </w:tc>
        <w:tc>
          <w:tcPr>
            <w:tcW w:type="dxa" w:w="2160"/>
          </w:tcPr>
          <w:p>
            <w:r>
              <w:t>学院</w:t>
            </w:r>
          </w:p>
        </w:tc>
      </w:tr>
      <w:tr>
        <w:tc>
          <w:tcPr>
            <w:tcW w:type="dxa" w:w="2160"/>
          </w:tcPr>
          <w:p>
            <w:r>
              <w:t>9</w:t>
            </w:r>
          </w:p>
        </w:tc>
        <w:tc>
          <w:tcPr>
            <w:tcW w:type="dxa" w:w="2160"/>
          </w:tcPr>
          <w:p>
            <w:r>
              <w:t>9月11日-12日</w:t>
            </w:r>
          </w:p>
        </w:tc>
        <w:tc>
          <w:tcPr>
            <w:tcW w:type="dxa" w:w="2160"/>
          </w:tcPr>
          <w:p>
            <w:r>
              <w:t>审核、确定学校推荐名单。</w:t>
            </w:r>
          </w:p>
        </w:tc>
        <w:tc>
          <w:tcPr>
            <w:tcW w:type="dxa" w:w="2160"/>
          </w:tcPr>
          <w:p>
            <w:r>
              <w:t>校推免小组</w:t>
            </w:r>
          </w:p>
        </w:tc>
      </w:tr>
      <w:tr>
        <w:tc>
          <w:tcPr>
            <w:tcW w:type="dxa" w:w="2160"/>
          </w:tcPr>
          <w:p>
            <w:r>
              <w:t>10</w:t>
            </w:r>
          </w:p>
        </w:tc>
        <w:tc>
          <w:tcPr>
            <w:tcW w:type="dxa" w:w="2160"/>
          </w:tcPr>
          <w:p>
            <w:r>
              <w:t>9月12日-18日</w:t>
            </w:r>
          </w:p>
        </w:tc>
        <w:tc>
          <w:tcPr>
            <w:tcW w:type="dxa" w:w="2160"/>
          </w:tcPr>
          <w:p>
            <w:r>
              <w:t>学校推荐名单公示7日。</w:t>
            </w:r>
          </w:p>
        </w:tc>
        <w:tc>
          <w:tcPr>
            <w:tcW w:type="dxa" w:w="2160"/>
          </w:tcPr>
          <w:p>
            <w:r>
              <w:t>教务处</w:t>
            </w:r>
          </w:p>
        </w:tc>
      </w:tr>
      <w:tr>
        <w:tc>
          <w:tcPr>
            <w:tcW w:type="dxa" w:w="2160"/>
          </w:tcPr>
          <w:p>
            <w:r>
              <w:t>11</w:t>
            </w:r>
          </w:p>
        </w:tc>
        <w:tc>
          <w:tcPr>
            <w:tcW w:type="dxa" w:w="2160"/>
          </w:tcPr>
          <w:p>
            <w:r>
              <w:t>9月19日</w:t>
            </w:r>
          </w:p>
        </w:tc>
        <w:tc>
          <w:tcPr>
            <w:tcW w:type="dxa" w:w="2160"/>
          </w:tcPr>
          <w:p>
            <w:r>
              <w:t>学校推荐名单报送教育部。</w:t>
            </w:r>
          </w:p>
        </w:tc>
        <w:tc>
          <w:tcPr>
            <w:tcW w:type="dxa" w:w="2160"/>
          </w:tcPr>
          <w:p>
            <w:r>
              <w:t>教务处</w:t>
            </w:r>
          </w:p>
        </w:tc>
      </w:tr>
      <w:tr>
        <w:tc>
          <w:tcPr>
            <w:tcW w:type="dxa" w:w="2160"/>
          </w:tcPr>
          <w:p>
            <w:r>
              <w:t>12</w:t>
            </w:r>
          </w:p>
        </w:tc>
        <w:tc>
          <w:tcPr>
            <w:tcW w:type="dxa" w:w="2160"/>
          </w:tcPr>
          <w:p>
            <w:r>
              <w:t>9月22日--10月20日</w:t>
            </w:r>
          </w:p>
        </w:tc>
        <w:tc>
          <w:tcPr>
            <w:tcW w:type="dxa" w:w="2160"/>
          </w:tcPr>
          <w:p>
            <w:r>
              <w:t>接收阶段。学院开展录取宣传，统计推免学生收取接受函以及选择录取单位情况。</w:t>
            </w:r>
          </w:p>
        </w:tc>
        <w:tc>
          <w:tcPr>
            <w:tcW w:type="dxa" w:w="2160"/>
          </w:tcPr>
          <w:p>
            <w:r>
              <w:t>学生、学院</w:t>
            </w:r>
          </w:p>
        </w:tc>
      </w:tr>
    </w:tbl>
    <w:p>
      <w:r>
        <w:t>附件3</w:t>
      </w:r>
    </w:p>
    <w:p>
      <w:r>
        <w:t>常州大学推荐免试硕士研究生申请表</w:t>
      </w:r>
    </w:p>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姓名</w:t>
            </w:r>
          </w:p>
        </w:tc>
        <w:tc>
          <w:tcPr>
            <w:tcW w:type="dxa" w:w="1080"/>
          </w:tcPr>
          <w:p>
            <w:r/>
          </w:p>
        </w:tc>
        <w:tc>
          <w:tcPr>
            <w:tcW w:type="dxa" w:w="1080"/>
          </w:tcPr>
          <w:p>
            <w:r>
              <w:t>性别</w:t>
            </w:r>
          </w:p>
        </w:tc>
        <w:tc>
          <w:tcPr>
            <w:tcW w:type="dxa" w:w="1080"/>
          </w:tcPr>
          <w:p>
            <w:r/>
          </w:p>
        </w:tc>
        <w:tc>
          <w:tcPr>
            <w:tcW w:type="dxa" w:w="1080"/>
          </w:tcPr>
          <w:p>
            <w:r>
              <w:t>身份证号码</w:t>
            </w:r>
          </w:p>
        </w:tc>
        <w:tc>
          <w:tcPr>
            <w:tcW w:type="dxa" w:w="1080"/>
          </w:tcPr>
          <w:p>
            <w:r/>
          </w:p>
        </w:tc>
        <w:tc>
          <w:tcPr>
            <w:tcW w:type="dxa" w:w="1080"/>
          </w:tcPr>
          <w:p/>
        </w:tc>
        <w:tc>
          <w:tcPr>
            <w:tcW w:type="dxa" w:w="1080"/>
          </w:tcPr>
          <w:p/>
        </w:tc>
      </w:tr>
      <w:tr>
        <w:tc>
          <w:tcPr>
            <w:tcW w:type="dxa" w:w="1080"/>
          </w:tcPr>
          <w:p>
            <w:r>
              <w:t>学号</w:t>
            </w:r>
          </w:p>
        </w:tc>
        <w:tc>
          <w:tcPr>
            <w:tcW w:type="dxa" w:w="1080"/>
          </w:tcPr>
          <w:p>
            <w:r/>
          </w:p>
        </w:tc>
        <w:tc>
          <w:tcPr>
            <w:tcW w:type="dxa" w:w="1080"/>
          </w:tcPr>
          <w:p>
            <w:r>
              <w:t>民族</w:t>
            </w:r>
          </w:p>
        </w:tc>
        <w:tc>
          <w:tcPr>
            <w:tcW w:type="dxa" w:w="1080"/>
          </w:tcPr>
          <w:p>
            <w:r/>
          </w:p>
        </w:tc>
        <w:tc>
          <w:tcPr>
            <w:tcW w:type="dxa" w:w="1080"/>
          </w:tcPr>
          <w:p>
            <w:r>
              <w:t>籍贯</w:t>
            </w:r>
          </w:p>
        </w:tc>
        <w:tc>
          <w:tcPr>
            <w:tcW w:type="dxa" w:w="1080"/>
          </w:tcPr>
          <w:p>
            <w:r/>
          </w:p>
        </w:tc>
        <w:tc>
          <w:tcPr>
            <w:tcW w:type="dxa" w:w="1080"/>
          </w:tcPr>
          <w:p/>
        </w:tc>
        <w:tc>
          <w:tcPr>
            <w:tcW w:type="dxa" w:w="1080"/>
          </w:tcPr>
          <w:p/>
        </w:tc>
      </w:tr>
      <w:tr>
        <w:tc>
          <w:tcPr>
            <w:tcW w:type="dxa" w:w="1080"/>
          </w:tcPr>
          <w:p>
            <w:r>
              <w:t>学院</w:t>
            </w:r>
          </w:p>
        </w:tc>
        <w:tc>
          <w:tcPr>
            <w:tcW w:type="dxa" w:w="1080"/>
          </w:tcPr>
          <w:p>
            <w:r/>
          </w:p>
        </w:tc>
        <w:tc>
          <w:tcPr>
            <w:tcW w:type="dxa" w:w="1080"/>
          </w:tcPr>
          <w:p>
            <w:r>
              <w:t>所学专业</w:t>
            </w:r>
          </w:p>
        </w:tc>
        <w:tc>
          <w:tcPr>
            <w:tcW w:type="dxa" w:w="1080"/>
          </w:tcPr>
          <w:p>
            <w:r/>
          </w:p>
        </w:tc>
        <w:tc>
          <w:tcPr>
            <w:tcW w:type="dxa" w:w="1080"/>
          </w:tcPr>
          <w:p>
            <w:r>
              <w:t>手机号码</w:t>
            </w:r>
          </w:p>
        </w:tc>
        <w:tc>
          <w:tcPr>
            <w:tcW w:type="dxa" w:w="1080"/>
          </w:tcPr>
          <w:p>
            <w:r/>
          </w:p>
        </w:tc>
        <w:tc>
          <w:tcPr>
            <w:tcW w:type="dxa" w:w="1080"/>
          </w:tcPr>
          <w:p/>
        </w:tc>
        <w:tc>
          <w:tcPr>
            <w:tcW w:type="dxa" w:w="1080"/>
          </w:tcPr>
          <w:p/>
        </w:tc>
      </w:tr>
      <w:tr>
        <w:tc>
          <w:tcPr>
            <w:tcW w:type="dxa" w:w="1080"/>
          </w:tcPr>
          <w:p>
            <w:r>
              <w:t>政治面貌</w:t>
            </w:r>
          </w:p>
        </w:tc>
        <w:tc>
          <w:tcPr>
            <w:tcW w:type="dxa" w:w="1080"/>
          </w:tcPr>
          <w:p>
            <w:r/>
          </w:p>
        </w:tc>
        <w:tc>
          <w:tcPr>
            <w:tcW w:type="dxa" w:w="1080"/>
          </w:tcPr>
          <w:p>
            <w:r>
              <w:t>何年、何地加入党（团）组织</w:t>
            </w:r>
          </w:p>
        </w:tc>
        <w:tc>
          <w:tcPr>
            <w:tcW w:type="dxa" w:w="1080"/>
          </w:tcPr>
          <w:p>
            <w:r/>
          </w:p>
        </w:tc>
        <w:tc>
          <w:tcPr>
            <w:tcW w:type="dxa" w:w="1080"/>
          </w:tcPr>
          <w:p/>
        </w:tc>
        <w:tc>
          <w:tcPr>
            <w:tcW w:type="dxa" w:w="1080"/>
          </w:tcPr>
          <w:p/>
        </w:tc>
        <w:tc>
          <w:tcPr>
            <w:tcW w:type="dxa" w:w="1080"/>
          </w:tcPr>
          <w:p/>
        </w:tc>
        <w:tc>
          <w:tcPr>
            <w:tcW w:type="dxa" w:w="1080"/>
          </w:tcPr>
          <w:p/>
        </w:tc>
      </w:tr>
      <w:tr>
        <w:tc>
          <w:tcPr>
            <w:tcW w:type="dxa" w:w="1080"/>
          </w:tcPr>
          <w:p>
            <w:r>
              <w:t>是否有不及格课程（门次）</w:t>
            </w:r>
          </w:p>
        </w:tc>
        <w:tc>
          <w:tcPr>
            <w:tcW w:type="dxa" w:w="1080"/>
          </w:tcPr>
          <w:p>
            <w:r/>
          </w:p>
        </w:tc>
        <w:tc>
          <w:tcPr>
            <w:tcW w:type="dxa" w:w="1080"/>
          </w:tcPr>
          <w:p>
            <w:r>
              <w:t>学籍变动情况</w:t>
            </w:r>
          </w:p>
        </w:tc>
        <w:tc>
          <w:tcPr>
            <w:tcW w:type="dxa" w:w="1080"/>
          </w:tcPr>
          <w:p>
            <w:r/>
          </w:p>
        </w:tc>
        <w:tc>
          <w:tcPr>
            <w:tcW w:type="dxa" w:w="1080"/>
          </w:tcPr>
          <w:p/>
        </w:tc>
        <w:tc>
          <w:tcPr>
            <w:tcW w:type="dxa" w:w="1080"/>
          </w:tcPr>
          <w:p/>
        </w:tc>
        <w:tc>
          <w:tcPr>
            <w:tcW w:type="dxa" w:w="1080"/>
          </w:tcPr>
          <w:p/>
        </w:tc>
        <w:tc>
          <w:tcPr>
            <w:tcW w:type="dxa" w:w="1080"/>
          </w:tcPr>
          <w:p/>
        </w:tc>
      </w:tr>
      <w:tr>
        <w:tc>
          <w:tcPr>
            <w:tcW w:type="dxa" w:w="1080"/>
          </w:tcPr>
          <w:p>
            <w:r>
              <w:t>何时、何地、因何原因受过何种处分</w:t>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学生学习情况</w:t>
            </w:r>
          </w:p>
        </w:tc>
        <w:tc>
          <w:tcPr>
            <w:tcW w:type="dxa" w:w="1080"/>
          </w:tcPr>
          <w:p>
            <w:r>
              <w:t>外语考试通过情况</w:t>
            </w:r>
          </w:p>
        </w:tc>
        <w:tc>
          <w:tcPr>
            <w:tcW w:type="dxa" w:w="1080"/>
          </w:tcPr>
          <w:p>
            <w:r>
              <w:t>小语种国家四级考试通过情况</w:t>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CET 4</w:t>
            </w:r>
          </w:p>
        </w:tc>
        <w:tc>
          <w:tcPr>
            <w:tcW w:type="dxa" w:w="1080"/>
          </w:tcPr>
          <w:p>
            <w:r>
              <w:t>分</w:t>
            </w:r>
          </w:p>
        </w:tc>
        <w:tc>
          <w:tcPr>
            <w:tcW w:type="dxa" w:w="1080"/>
          </w:tcPr>
          <w:p>
            <w:r>
              <w:t>专四</w:t>
            </w:r>
          </w:p>
        </w:tc>
        <w:tc>
          <w:tcPr>
            <w:tcW w:type="dxa" w:w="1080"/>
          </w:tcPr>
          <w:p>
            <w:r>
              <w:t>分</w:t>
            </w:r>
          </w:p>
        </w:tc>
        <w:tc>
          <w:tcPr>
            <w:tcW w:type="dxa" w:w="1080"/>
          </w:tcPr>
          <w:p>
            <w:r>
              <w:t>语种</w:t>
            </w:r>
          </w:p>
        </w:tc>
        <w:tc>
          <w:tcPr>
            <w:tcW w:type="dxa" w:w="1080"/>
          </w:tcPr>
          <w:p>
            <w:r/>
          </w:p>
        </w:tc>
        <w:tc>
          <w:tcPr>
            <w:tcW w:type="dxa" w:w="1080"/>
          </w:tcPr>
          <w:p>
            <w:r>
              <w:t>等级</w:t>
            </w:r>
          </w:p>
        </w:tc>
        <w:tc>
          <w:tcPr>
            <w:tcW w:type="dxa" w:w="1080"/>
          </w:tcPr>
          <w:p>
            <w:r/>
          </w:p>
        </w:tc>
      </w:tr>
      <w:tr>
        <w:tc>
          <w:tcPr>
            <w:tcW w:type="dxa" w:w="1080"/>
          </w:tcPr>
          <w:p>
            <w:r>
              <w:t>第1-6学期必修课加权平均学分绩点</w:t>
            </w:r>
          </w:p>
        </w:tc>
        <w:tc>
          <w:tcPr>
            <w:tcW w:type="dxa" w:w="1080"/>
          </w:tcPr>
          <w:p>
            <w:r/>
          </w:p>
        </w:tc>
        <w:tc>
          <w:tcPr>
            <w:tcW w:type="dxa" w:w="1080"/>
          </w:tcPr>
          <w:p>
            <w:r>
              <w:t>在本专业排名（名次/专业总人数）</w:t>
            </w:r>
          </w:p>
        </w:tc>
        <w:tc>
          <w:tcPr>
            <w:tcW w:type="dxa" w:w="1080"/>
          </w:tcPr>
          <w:p>
            <w:r>
              <w:t>名</w:t>
            </w:r>
          </w:p>
        </w:tc>
        <w:tc>
          <w:tcPr>
            <w:tcW w:type="dxa" w:w="1080"/>
          </w:tcPr>
          <w:p/>
        </w:tc>
        <w:tc>
          <w:tcPr>
            <w:tcW w:type="dxa" w:w="1080"/>
          </w:tcPr>
          <w:p/>
        </w:tc>
        <w:tc>
          <w:tcPr>
            <w:tcW w:type="dxa" w:w="1080"/>
          </w:tcPr>
          <w:p/>
        </w:tc>
        <w:tc>
          <w:tcPr>
            <w:tcW w:type="dxa" w:w="1080"/>
          </w:tcPr>
          <w:p/>
        </w:tc>
      </w:tr>
      <w:tr>
        <w:tc>
          <w:tcPr>
            <w:tcW w:type="dxa" w:w="1080"/>
          </w:tcPr>
          <w:p>
            <w:r>
              <w:t>竞赛获奖、科研论文、发明专利</w:t>
            </w:r>
          </w:p>
        </w:tc>
        <w:tc>
          <w:tcPr>
            <w:tcW w:type="dxa" w:w="1080"/>
          </w:tcPr>
          <w:p>
            <w:r>
              <w:t>成果名称</w:t>
            </w:r>
          </w:p>
        </w:tc>
        <w:tc>
          <w:tcPr>
            <w:tcW w:type="dxa" w:w="1080"/>
          </w:tcPr>
          <w:p>
            <w:r>
              <w:t>排名</w:t>
            </w:r>
          </w:p>
        </w:tc>
        <w:tc>
          <w:tcPr>
            <w:tcW w:type="dxa" w:w="1080"/>
          </w:tcPr>
          <w:p>
            <w:r>
              <w:t>时间</w:t>
            </w:r>
          </w:p>
        </w:tc>
        <w:tc>
          <w:tcPr>
            <w:tcW w:type="dxa" w:w="1080"/>
          </w:tcPr>
          <w:p/>
        </w:tc>
        <w:tc>
          <w:tcPr>
            <w:tcW w:type="dxa" w:w="1080"/>
          </w:tcPr>
          <w:p/>
        </w:tc>
        <w:tc>
          <w:tcPr>
            <w:tcW w:type="dxa" w:w="1080"/>
          </w:tcPr>
          <w:p/>
        </w:tc>
        <w:tc>
          <w:tcPr>
            <w:tcW w:type="dxa" w:w="1080"/>
          </w:tcP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服兵役、到国际组织实习、志愿服务情况</w:t>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何时受过何种荣誉称号</w:t>
            </w:r>
          </w:p>
        </w:tc>
        <w:tc>
          <w:tcPr>
            <w:tcW w:type="dxa" w:w="1080"/>
          </w:tcPr>
          <w:p>
            <w:r>
              <w:t>奖项名称</w:t>
            </w:r>
          </w:p>
        </w:tc>
        <w:tc>
          <w:tcPr>
            <w:tcW w:type="dxa" w:w="1080"/>
          </w:tcPr>
          <w:p>
            <w:r>
              <w:t>排名</w:t>
            </w:r>
          </w:p>
        </w:tc>
        <w:tc>
          <w:tcPr>
            <w:tcW w:type="dxa" w:w="1080"/>
          </w:tcPr>
          <w:p>
            <w:r>
              <w:t>时间</w:t>
            </w:r>
          </w:p>
        </w:tc>
        <w:tc>
          <w:tcPr>
            <w:tcW w:type="dxa" w:w="1080"/>
          </w:tcPr>
          <w:p/>
        </w:tc>
        <w:tc>
          <w:tcPr>
            <w:tcW w:type="dxa" w:w="1080"/>
          </w:tcPr>
          <w:p/>
        </w:tc>
        <w:tc>
          <w:tcPr>
            <w:tcW w:type="dxa" w:w="1080"/>
          </w:tcPr>
          <w:p/>
        </w:tc>
        <w:tc>
          <w:tcPr>
            <w:tcW w:type="dxa" w:w="1080"/>
          </w:tcP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与本校教职工是否有亲属或利益关系报备</w:t>
            </w:r>
          </w:p>
        </w:tc>
        <w:tc>
          <w:tcPr>
            <w:tcW w:type="dxa" w:w="1080"/>
          </w:tcPr>
          <w:p>
            <w:r>
              <w:t>涉及直系亲属姓名</w:t>
            </w:r>
          </w:p>
        </w:tc>
        <w:tc>
          <w:tcPr>
            <w:tcW w:type="dxa" w:w="1080"/>
          </w:tcPr>
          <w:p>
            <w:r>
              <w:t>涉及非直系亲属姓名</w:t>
            </w:r>
          </w:p>
        </w:tc>
        <w:tc>
          <w:tcPr>
            <w:tcW w:type="dxa" w:w="1080"/>
          </w:tcPr>
          <w:p>
            <w:r>
              <w:t>利益相关者姓名</w:t>
            </w:r>
          </w:p>
        </w:tc>
        <w:tc>
          <w:tcPr>
            <w:tcW w:type="dxa" w:w="1080"/>
          </w:tcPr>
          <w:p/>
        </w:tc>
        <w:tc>
          <w:tcPr>
            <w:tcW w:type="dxa" w:w="1080"/>
          </w:tcPr>
          <w:p/>
        </w:tc>
        <w:tc>
          <w:tcPr>
            <w:tcW w:type="dxa" w:w="1080"/>
          </w:tcPr>
          <w:p/>
        </w:tc>
        <w:tc>
          <w:tcPr>
            <w:tcW w:type="dxa" w:w="1080"/>
          </w:tcP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本人承诺</w:t>
            </w:r>
          </w:p>
        </w:tc>
        <w:tc>
          <w:tcPr>
            <w:tcW w:type="dxa" w:w="1080"/>
          </w:tcPr>
          <w:p>
            <w:r>
              <w:t>本人知晓并理解常州大学推免工作的有关规定，经过慎重考虑，现自愿申请参加推免，本人承诺申请推免所使用的成绩、获奖等证明材料均真实有效。学生签名：年月日</w:t>
            </w: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思想政治素质与道德品质考核意见</w:t>
            </w:r>
          </w:p>
        </w:tc>
        <w:tc>
          <w:tcPr>
            <w:tcW w:type="dxa" w:w="1080"/>
          </w:tcPr>
          <w:p>
            <w:r>
              <w:t>学院党委（总支）书记审核签字：公章年月日</w:t>
            </w: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学院推荐意见</w:t>
            </w:r>
          </w:p>
        </w:tc>
        <w:tc>
          <w:tcPr>
            <w:tcW w:type="dxa" w:w="1080"/>
          </w:tcPr>
          <w:p>
            <w:r>
              <w:t>学院推免生遴选工作小组组长签字：公章年月日</w:t>
            </w: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p>
      <w:r>
        <w:t>注</w:t>
      </w:r>
    </w:p>
    <w:p>
      <w:r>
        <w:t>报送：</w:t>
      </w:r>
    </w:p>
    <w:p>
      <w:r>
        <w:t>抄报：</w:t>
      </w:r>
    </w:p>
    <w:p>
      <w:r>
        <w:t>：</w:t>
      </w:r>
    </w:p>
    <w:p>
      <w:r>
        <w:t>（1）“是否有不及格课程（门次）”指经补考、缓考或重修后，目前仍不及格的课程门次。</w:t>
      </w:r>
    </w:p>
    <w:p>
      <w:r>
        <w:t>（2）学院须对学生填写内容进行认真审查。“思想政治素质和道德品质考核意见”分为：合格、不合格。“学院推荐意见”分为：同意推荐、不同意推荐。</w:t>
      </w:r>
    </w:p>
    <w:p>
      <w:r>
        <w:t>（3）另附本科阶段成绩单、相关证明材料复印件。</w:t>
      </w:r>
    </w:p>
    <w:p>
      <w:r>
        <w:t>附件4</w:t>
      </w:r>
    </w:p>
    <w:p>
      <w:r>
        <w:t>常州大学2026届推荐免试硕士研究生综合评价评分表</w:t>
      </w:r>
    </w:p>
    <w:p>
      <w:r>
        <w:t>学院名称：专业名称：学生姓名：学号：</w:t>
      </w:r>
    </w:p>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序号</w:t>
            </w:r>
          </w:p>
        </w:tc>
        <w:tc>
          <w:tcPr>
            <w:tcW w:type="dxa" w:w="1080"/>
          </w:tcPr>
          <w:p>
            <w:r>
              <w:t>评分项目</w:t>
            </w:r>
          </w:p>
        </w:tc>
        <w:tc>
          <w:tcPr>
            <w:tcW w:type="dxa" w:w="1080"/>
          </w:tcPr>
          <w:p>
            <w:r>
              <w:t>分值</w:t>
            </w:r>
          </w:p>
        </w:tc>
        <w:tc>
          <w:tcPr>
            <w:tcW w:type="dxa" w:w="1080"/>
          </w:tcPr>
          <w:p>
            <w:r>
              <w:t>具体内容</w:t>
            </w:r>
          </w:p>
        </w:tc>
        <w:tc>
          <w:tcPr>
            <w:tcW w:type="dxa" w:w="1080"/>
          </w:tcPr>
          <w:p>
            <w:r>
              <w:t>得分(学院填写)</w:t>
            </w:r>
          </w:p>
        </w:tc>
        <w:tc>
          <w:tcPr>
            <w:tcW w:type="dxa" w:w="1080"/>
          </w:tcPr>
          <w:p/>
        </w:tc>
        <w:tc>
          <w:tcPr>
            <w:tcW w:type="dxa" w:w="1080"/>
          </w:tcPr>
          <w:p/>
        </w:tc>
        <w:tc>
          <w:tcPr>
            <w:tcW w:type="dxa" w:w="1080"/>
          </w:tcPr>
          <w:p/>
        </w:tc>
      </w:tr>
      <w:tr>
        <w:tc>
          <w:tcPr>
            <w:tcW w:type="dxa" w:w="1080"/>
          </w:tcPr>
          <w:p>
            <w:r>
              <w:t>1</w:t>
            </w:r>
          </w:p>
        </w:tc>
        <w:tc>
          <w:tcPr>
            <w:tcW w:type="dxa" w:w="1080"/>
          </w:tcPr>
          <w:p>
            <w:r>
              <w:t>学分绩点折算分</w:t>
            </w:r>
          </w:p>
        </w:tc>
        <w:tc>
          <w:tcPr>
            <w:tcW w:type="dxa" w:w="1080"/>
          </w:tcPr>
          <w:p>
            <w:r>
              <w:t>100</w:t>
            </w:r>
          </w:p>
        </w:tc>
        <w:tc>
          <w:tcPr>
            <w:tcW w:type="dxa" w:w="1080"/>
          </w:tcPr>
          <w:p>
            <w:r>
              <w:t>第1-6学期应修必修课加权平均学分绩点</w:t>
            </w:r>
          </w:p>
        </w:tc>
        <w:tc>
          <w:tcPr>
            <w:tcW w:type="dxa" w:w="1080"/>
          </w:tcPr>
          <w:p>
            <w:r/>
          </w:p>
        </w:tc>
        <w:tc>
          <w:tcPr>
            <w:tcW w:type="dxa" w:w="1080"/>
          </w:tcPr>
          <w:p>
            <w:r/>
          </w:p>
        </w:tc>
        <w:tc>
          <w:tcPr>
            <w:tcW w:type="dxa" w:w="1080"/>
          </w:tcPr>
          <w:p/>
        </w:tc>
        <w:tc>
          <w:tcPr>
            <w:tcW w:type="dxa" w:w="1080"/>
          </w:tcPr>
          <w:p/>
        </w:tc>
      </w:tr>
      <w:tr>
        <w:tc>
          <w:tcPr>
            <w:tcW w:type="dxa" w:w="1080"/>
          </w:tcPr>
          <w:p>
            <w:r>
              <w:t>2</w:t>
            </w:r>
          </w:p>
        </w:tc>
        <w:tc>
          <w:tcPr>
            <w:tcW w:type="dxa" w:w="1080"/>
          </w:tcPr>
          <w:p>
            <w:r>
              <w:t>发展素质评价分</w:t>
            </w:r>
          </w:p>
        </w:tc>
        <w:tc>
          <w:tcPr>
            <w:tcW w:type="dxa" w:w="1080"/>
          </w:tcPr>
          <w:p>
            <w:r>
              <w:t>与学业相关的国内权威科研竞赛（不超过40分）</w:t>
            </w:r>
          </w:p>
        </w:tc>
        <w:tc>
          <w:tcPr>
            <w:tcW w:type="dxa" w:w="1080"/>
          </w:tcPr>
          <w:p>
            <w:r>
              <w:t>40</w:t>
            </w:r>
          </w:p>
        </w:tc>
        <w:tc>
          <w:tcPr>
            <w:tcW w:type="dxa" w:w="1080"/>
          </w:tcPr>
          <w:p>
            <w:r>
              <w:t>竞赛项目名称</w:t>
            </w:r>
          </w:p>
        </w:tc>
        <w:tc>
          <w:tcPr>
            <w:tcW w:type="dxa" w:w="1080"/>
          </w:tcPr>
          <w:p>
            <w:r>
              <w:t>获奖等次</w:t>
            </w:r>
          </w:p>
        </w:tc>
        <w:tc>
          <w:tcPr>
            <w:tcW w:type="dxa" w:w="1080"/>
          </w:tcPr>
          <w:p>
            <w:r>
              <w:t>本人排名</w:t>
            </w:r>
          </w:p>
        </w:tc>
        <w:tc>
          <w:tcPr>
            <w:tcW w:type="dxa" w:w="1080"/>
          </w:tcPr>
          <w:p>
            <w: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3</w:t>
            </w:r>
          </w:p>
        </w:tc>
        <w:tc>
          <w:tcPr>
            <w:tcW w:type="dxa" w:w="1080"/>
          </w:tcPr>
          <w:p>
            <w:r>
              <w:t>在核心期刊及以上正式发表的科研论文（不超过30分）</w:t>
            </w:r>
          </w:p>
        </w:tc>
        <w:tc>
          <w:tcPr>
            <w:tcW w:type="dxa" w:w="1080"/>
          </w:tcPr>
          <w:p>
            <w:r>
              <w:t>30</w:t>
            </w:r>
          </w:p>
        </w:tc>
        <w:tc>
          <w:tcPr>
            <w:tcW w:type="dxa" w:w="1080"/>
          </w:tcPr>
          <w:p>
            <w:r>
              <w:t>论文题目</w:t>
            </w:r>
          </w:p>
        </w:tc>
        <w:tc>
          <w:tcPr>
            <w:tcW w:type="dxa" w:w="1080"/>
          </w:tcPr>
          <w:p>
            <w:r>
              <w:t>发表期刊及发表时间</w:t>
            </w:r>
          </w:p>
        </w:tc>
        <w:tc>
          <w:tcPr>
            <w:tcW w:type="dxa" w:w="1080"/>
          </w:tcPr>
          <w:p>
            <w:r>
              <w:t>独立作者/第一作者</w:t>
            </w:r>
          </w:p>
        </w:tc>
        <w:tc>
          <w:tcPr>
            <w:tcW w:type="dxa" w:w="1080"/>
          </w:tcPr>
          <w:p>
            <w:r/>
          </w:p>
        </w:tc>
        <w:tc>
          <w:tcPr>
            <w:tcW w:type="dxa" w:w="1080"/>
          </w:tcP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4</w:t>
            </w:r>
          </w:p>
        </w:tc>
        <w:tc>
          <w:tcPr>
            <w:tcW w:type="dxa" w:w="1080"/>
          </w:tcPr>
          <w:p>
            <w:r>
              <w:t>发明专利（不超过10分）</w:t>
            </w:r>
          </w:p>
        </w:tc>
        <w:tc>
          <w:tcPr>
            <w:tcW w:type="dxa" w:w="1080"/>
          </w:tcPr>
          <w:p>
            <w:r>
              <w:t>10</w:t>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5</w:t>
            </w:r>
          </w:p>
        </w:tc>
        <w:tc>
          <w:tcPr>
            <w:tcW w:type="dxa" w:w="1080"/>
          </w:tcPr>
          <w:p>
            <w:r>
              <w:t>参军入伍</w:t>
            </w:r>
          </w:p>
        </w:tc>
        <w:tc>
          <w:tcPr>
            <w:tcW w:type="dxa" w:w="1080"/>
          </w:tcPr>
          <w:p>
            <w:r>
              <w:t>10</w:t>
            </w:r>
          </w:p>
        </w:tc>
        <w:tc>
          <w:tcPr>
            <w:tcW w:type="dxa" w:w="1080"/>
          </w:tcPr>
          <w:p>
            <w:r>
              <w:t>参军入伍退伍时间</w:t>
            </w:r>
          </w:p>
        </w:tc>
        <w:tc>
          <w:tcPr>
            <w:tcW w:type="dxa" w:w="1080"/>
          </w:tcPr>
          <w:p>
            <w:r/>
          </w:p>
        </w:tc>
        <w:tc>
          <w:tcPr>
            <w:tcW w:type="dxa" w:w="1080"/>
          </w:tcPr>
          <w:p>
            <w:r/>
          </w:p>
        </w:tc>
        <w:tc>
          <w:tcPr>
            <w:tcW w:type="dxa" w:w="1080"/>
          </w:tcPr>
          <w:p/>
        </w:tc>
        <w:tc>
          <w:tcPr>
            <w:tcW w:type="dxa" w:w="1080"/>
          </w:tcPr>
          <w:p/>
        </w:tc>
      </w:tr>
      <w:tr>
        <w:tc>
          <w:tcPr>
            <w:tcW w:type="dxa" w:w="1080"/>
          </w:tcPr>
          <w:p>
            <w:r>
              <w:t>6</w:t>
            </w:r>
          </w:p>
        </w:tc>
        <w:tc>
          <w:tcPr>
            <w:tcW w:type="dxa" w:w="1080"/>
          </w:tcPr>
          <w:p>
            <w:r>
              <w:t>到国际组织实习</w:t>
            </w:r>
          </w:p>
        </w:tc>
        <w:tc>
          <w:tcPr>
            <w:tcW w:type="dxa" w:w="1080"/>
          </w:tcPr>
          <w:p>
            <w:r>
              <w:t>5</w:t>
            </w:r>
          </w:p>
        </w:tc>
        <w:tc>
          <w:tcPr>
            <w:tcW w:type="dxa" w:w="1080"/>
          </w:tcPr>
          <w:p>
            <w:r>
              <w:t>国际组织名称</w:t>
            </w:r>
          </w:p>
        </w:tc>
        <w:tc>
          <w:tcPr>
            <w:tcW w:type="dxa" w:w="1080"/>
          </w:tcPr>
          <w:p>
            <w:r/>
          </w:p>
        </w:tc>
        <w:tc>
          <w:tcPr>
            <w:tcW w:type="dxa" w:w="1080"/>
          </w:tcPr>
          <w:p>
            <w:r/>
          </w:p>
        </w:tc>
        <w:tc>
          <w:tcPr>
            <w:tcW w:type="dxa" w:w="1080"/>
          </w:tcPr>
          <w:p/>
        </w:tc>
        <w:tc>
          <w:tcPr>
            <w:tcW w:type="dxa" w:w="1080"/>
          </w:tcPr>
          <w:p/>
        </w:tc>
      </w:tr>
      <w:tr>
        <w:tc>
          <w:tcPr>
            <w:tcW w:type="dxa" w:w="1080"/>
          </w:tcPr>
          <w:p>
            <w:r>
              <w:t>实习起止时间</w:t>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7</w:t>
            </w:r>
          </w:p>
        </w:tc>
        <w:tc>
          <w:tcPr>
            <w:tcW w:type="dxa" w:w="1080"/>
          </w:tcPr>
          <w:p>
            <w:r>
              <w:t>参加志愿服务（不超过10分）</w:t>
            </w:r>
          </w:p>
        </w:tc>
        <w:tc>
          <w:tcPr>
            <w:tcW w:type="dxa" w:w="1080"/>
          </w:tcPr>
          <w:p>
            <w:r>
              <w:t>10</w:t>
            </w:r>
          </w:p>
        </w:tc>
        <w:tc>
          <w:tcPr>
            <w:tcW w:type="dxa" w:w="1080"/>
          </w:tcPr>
          <w:p>
            <w:r>
              <w:t>志愿服务名称</w:t>
            </w:r>
          </w:p>
        </w:tc>
        <w:tc>
          <w:tcPr>
            <w:tcW w:type="dxa" w:w="1080"/>
          </w:tcPr>
          <w:p>
            <w:r/>
          </w:p>
        </w:tc>
        <w:tc>
          <w:tcPr>
            <w:tcW w:type="dxa" w:w="1080"/>
          </w:tcPr>
          <w:p>
            <w:r/>
          </w:p>
        </w:tc>
        <w:tc>
          <w:tcPr>
            <w:tcW w:type="dxa" w:w="1080"/>
          </w:tcPr>
          <w:p/>
        </w:tc>
        <w:tc>
          <w:tcPr>
            <w:tcW w:type="dxa" w:w="1080"/>
          </w:tcPr>
          <w:p/>
        </w:tc>
      </w:tr>
      <w:tr>
        <w:tc>
          <w:tcPr>
            <w:tcW w:type="dxa" w:w="1080"/>
          </w:tcPr>
          <w:p>
            <w:r>
              <w:t>本人排名/参赛人数</w:t>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8</w:t>
            </w:r>
          </w:p>
        </w:tc>
        <w:tc>
          <w:tcPr>
            <w:tcW w:type="dxa" w:w="1080"/>
          </w:tcPr>
          <w:p>
            <w:r>
              <w:t>学生荣誉称号（不超过5分）</w:t>
            </w:r>
          </w:p>
        </w:tc>
        <w:tc>
          <w:tcPr>
            <w:tcW w:type="dxa" w:w="1080"/>
          </w:tcPr>
          <w:p>
            <w:r>
              <w:t>5</w:t>
            </w:r>
          </w:p>
        </w:tc>
        <w:tc>
          <w:tcPr>
            <w:tcW w:type="dxa" w:w="1080"/>
          </w:tcPr>
          <w:p>
            <w:r>
              <w:t>等级</w:t>
            </w:r>
          </w:p>
        </w:tc>
        <w:tc>
          <w:tcPr>
            <w:tcW w:type="dxa" w:w="1080"/>
          </w:tcPr>
          <w:p>
            <w:r>
              <w:t>荣誉称号名称</w:t>
            </w:r>
          </w:p>
        </w:tc>
        <w:tc>
          <w:tcPr>
            <w:tcW w:type="dxa" w:w="1080"/>
          </w:tcPr>
          <w:p>
            <w:r>
              <w:t>获得时间</w:t>
            </w:r>
          </w:p>
        </w:tc>
        <w:tc>
          <w:tcPr>
            <w:tcW w:type="dxa" w:w="1080"/>
          </w:tcPr>
          <w:p>
            <w:r/>
          </w:p>
        </w:tc>
        <w:tc>
          <w:tcPr>
            <w:tcW w:type="dxa" w:w="1080"/>
          </w:tcP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总分=平均学分绩点折算分×70%+发展素质评价分×30%</w:t>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p>
      <w:r>
        <w:t>填表人：主审领导审签：</w:t>
      </w:r>
    </w:p>
    <w:p>
      <w:r>
        <w:t>学院公章：2025年9月日</w:t>
      </w:r>
    </w:p>
    <w:p>
      <w:r>
        <w:t>说明：</w:t>
      </w:r>
    </w:p>
    <w:p>
      <w:r>
        <w:t>1.学生所获成果应为大学在读期间获得，且第一完成单位为常州大学。成果截止日期为申请表提交学院时间。</w:t>
      </w:r>
    </w:p>
    <w:p>
      <w:r>
        <w:t>2.一项成果多次获奖以最高分计。参军入伍服兵役、到国际组织实习、志愿服务、学生荣誉称号四种类别之间可以累加，但总分不超过20分；各类志愿服务以最高分计算，不可以累加。</w:t>
      </w:r>
    </w:p>
    <w:p>
      <w:r>
        <w:t>3.经学院审定，不符合《常州大学推荐应届本科毕业生免试攻读硕士研究生实施办法》附件《推免生发展素质评价指标体系》的项目，请不要填写！</w:t>
      </w:r>
    </w:p>
    <w:p>
      <w:r>
        <w:t>附件5</w:t>
      </w:r>
    </w:p>
    <w:p>
      <w:r>
        <w:t>_ ____________学院2026届拟推免生竞赛获奖、科研论文发明专利审核鉴定意见表</w:t>
      </w:r>
    </w:p>
    <w:p>
      <w:r>
        <w:t>根据学校文件要求，对申请2026届推免资格学生的竞赛获奖、科研论文和发明专利进行审核鉴定，意见如下：</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序号</w:t>
            </w:r>
          </w:p>
        </w:tc>
        <w:tc>
          <w:tcPr>
            <w:tcW w:type="dxa" w:w="1728"/>
          </w:tcPr>
          <w:p>
            <w:r>
              <w:t>姓名</w:t>
            </w:r>
          </w:p>
        </w:tc>
        <w:tc>
          <w:tcPr>
            <w:tcW w:type="dxa" w:w="1728"/>
          </w:tcPr>
          <w:p>
            <w:r>
              <w:t>学号</w:t>
            </w:r>
          </w:p>
        </w:tc>
        <w:tc>
          <w:tcPr>
            <w:tcW w:type="dxa" w:w="1728"/>
          </w:tcPr>
          <w:p>
            <w:r>
              <w:t>符合发展素质要求的竞赛奖项、科研论文和发明专利</w:t>
            </w:r>
          </w:p>
        </w:tc>
        <w:tc>
          <w:tcPr>
            <w:tcW w:type="dxa" w:w="1728"/>
          </w:tcPr>
          <w:p>
            <w:r>
              <w:t>得分</w:t>
            </w:r>
          </w:p>
        </w:tc>
      </w:tr>
      <w:tr>
        <w:tc>
          <w:tcPr>
            <w:tcW w:type="dxa" w:w="1728"/>
          </w:tcPr>
          <w:p>
            <w:r/>
          </w:p>
        </w:tc>
        <w:tc>
          <w:tcPr>
            <w:tcW w:type="dxa" w:w="1728"/>
          </w:tcPr>
          <w:p>
            <w:r/>
          </w:p>
        </w:tc>
        <w:tc>
          <w:tcPr>
            <w:tcW w:type="dxa" w:w="1728"/>
          </w:tcPr>
          <w:p>
            <w:r/>
          </w:p>
        </w:tc>
        <w:tc>
          <w:tcPr>
            <w:tcW w:type="dxa" w:w="1728"/>
          </w:tcPr>
          <w:p>
            <w:r/>
          </w:p>
        </w:tc>
        <w:tc>
          <w:tcPr>
            <w:tcW w:type="dxa" w:w="1728"/>
          </w:tcPr>
          <w:p>
            <w:r/>
          </w:p>
        </w:tc>
      </w:tr>
      <w:tr>
        <w:tc>
          <w:tcPr>
            <w:tcW w:type="dxa" w:w="1728"/>
          </w:tcPr>
          <w:p>
            <w:r/>
          </w:p>
        </w:tc>
        <w:tc>
          <w:tcPr>
            <w:tcW w:type="dxa" w:w="1728"/>
          </w:tcPr>
          <w:p>
            <w:r/>
          </w:p>
        </w:tc>
        <w:tc>
          <w:tcPr>
            <w:tcW w:type="dxa" w:w="1728"/>
          </w:tcPr>
          <w:p>
            <w:r/>
          </w:p>
        </w:tc>
        <w:tc>
          <w:tcPr>
            <w:tcW w:type="dxa" w:w="1728"/>
          </w:tcPr>
          <w:p>
            <w:r/>
          </w:p>
        </w:tc>
        <w:tc>
          <w:tcPr>
            <w:tcW w:type="dxa" w:w="1728"/>
          </w:tcPr>
          <w:p>
            <w:r/>
          </w:p>
        </w:tc>
      </w:tr>
      <w:tr>
        <w:tc>
          <w:tcPr>
            <w:tcW w:type="dxa" w:w="1728"/>
          </w:tcPr>
          <w:p>
            <w:r/>
          </w:p>
        </w:tc>
        <w:tc>
          <w:tcPr>
            <w:tcW w:type="dxa" w:w="1728"/>
          </w:tcPr>
          <w:p>
            <w:r/>
          </w:p>
        </w:tc>
        <w:tc>
          <w:tcPr>
            <w:tcW w:type="dxa" w:w="1728"/>
          </w:tcPr>
          <w:p>
            <w:r/>
          </w:p>
        </w:tc>
        <w:tc>
          <w:tcPr>
            <w:tcW w:type="dxa" w:w="1728"/>
          </w:tcPr>
          <w:p>
            <w:r/>
          </w:p>
        </w:tc>
        <w:tc>
          <w:tcPr>
            <w:tcW w:type="dxa" w:w="1728"/>
          </w:tcPr>
          <w:p>
            <w:r/>
          </w:p>
        </w:tc>
      </w:tr>
      <w:tr>
        <w:tc>
          <w:tcPr>
            <w:tcW w:type="dxa" w:w="1728"/>
          </w:tcPr>
          <w:p>
            <w:r/>
          </w:p>
        </w:tc>
        <w:tc>
          <w:tcPr>
            <w:tcW w:type="dxa" w:w="1728"/>
          </w:tcPr>
          <w:p>
            <w:r/>
          </w:p>
        </w:tc>
        <w:tc>
          <w:tcPr>
            <w:tcW w:type="dxa" w:w="1728"/>
          </w:tcPr>
          <w:p>
            <w:r/>
          </w:p>
        </w:tc>
        <w:tc>
          <w:tcPr>
            <w:tcW w:type="dxa" w:w="1728"/>
          </w:tcPr>
          <w:p>
            <w:r/>
          </w:p>
        </w:tc>
        <w:tc>
          <w:tcPr>
            <w:tcW w:type="dxa" w:w="1728"/>
          </w:tcPr>
          <w:p>
            <w:r/>
          </w:p>
        </w:tc>
      </w:tr>
      <w:tr>
        <w:tc>
          <w:tcPr>
            <w:tcW w:type="dxa" w:w="1728"/>
          </w:tcPr>
          <w:p>
            <w:r/>
          </w:p>
        </w:tc>
        <w:tc>
          <w:tcPr>
            <w:tcW w:type="dxa" w:w="1728"/>
          </w:tcPr>
          <w:p>
            <w:r/>
          </w:p>
        </w:tc>
        <w:tc>
          <w:tcPr>
            <w:tcW w:type="dxa" w:w="1728"/>
          </w:tcPr>
          <w:p>
            <w:r/>
          </w:p>
        </w:tc>
        <w:tc>
          <w:tcPr>
            <w:tcW w:type="dxa" w:w="1728"/>
          </w:tcPr>
          <w:p>
            <w:r/>
          </w:p>
        </w:tc>
        <w:tc>
          <w:tcPr>
            <w:tcW w:type="dxa" w:w="1728"/>
          </w:tcPr>
          <w:p>
            <w:r/>
          </w:p>
        </w:tc>
      </w:tr>
      <w:tr>
        <w:tc>
          <w:tcPr>
            <w:tcW w:type="dxa" w:w="1728"/>
          </w:tcPr>
          <w:p>
            <w:r/>
          </w:p>
        </w:tc>
        <w:tc>
          <w:tcPr>
            <w:tcW w:type="dxa" w:w="1728"/>
          </w:tcPr>
          <w:p>
            <w:r/>
          </w:p>
        </w:tc>
        <w:tc>
          <w:tcPr>
            <w:tcW w:type="dxa" w:w="1728"/>
          </w:tcPr>
          <w:p>
            <w:r/>
          </w:p>
        </w:tc>
        <w:tc>
          <w:tcPr>
            <w:tcW w:type="dxa" w:w="1728"/>
          </w:tcPr>
          <w:p>
            <w:r/>
          </w:p>
        </w:tc>
        <w:tc>
          <w:tcPr>
            <w:tcW w:type="dxa" w:w="1728"/>
          </w:tcPr>
          <w:p>
            <w:r/>
          </w:p>
        </w:tc>
      </w:tr>
      <w:tr>
        <w:tc>
          <w:tcPr>
            <w:tcW w:type="dxa" w:w="1728"/>
          </w:tcPr>
          <w:p>
            <w:r/>
          </w:p>
        </w:tc>
        <w:tc>
          <w:tcPr>
            <w:tcW w:type="dxa" w:w="1728"/>
          </w:tcPr>
          <w:p>
            <w:r/>
          </w:p>
        </w:tc>
        <w:tc>
          <w:tcPr>
            <w:tcW w:type="dxa" w:w="1728"/>
          </w:tcPr>
          <w:p>
            <w:r/>
          </w:p>
        </w:tc>
        <w:tc>
          <w:tcPr>
            <w:tcW w:type="dxa" w:w="1728"/>
          </w:tcPr>
          <w:p>
            <w:r/>
          </w:p>
        </w:tc>
        <w:tc>
          <w:tcPr>
            <w:tcW w:type="dxa" w:w="1728"/>
          </w:tcPr>
          <w:p>
            <w:r/>
          </w:p>
        </w:tc>
      </w:tr>
      <w:tr>
        <w:tc>
          <w:tcPr>
            <w:tcW w:type="dxa" w:w="1728"/>
          </w:tcPr>
          <w:p>
            <w:r/>
          </w:p>
        </w:tc>
        <w:tc>
          <w:tcPr>
            <w:tcW w:type="dxa" w:w="1728"/>
          </w:tcPr>
          <w:p>
            <w:r/>
          </w:p>
        </w:tc>
        <w:tc>
          <w:tcPr>
            <w:tcW w:type="dxa" w:w="1728"/>
          </w:tcPr>
          <w:p>
            <w:r/>
          </w:p>
        </w:tc>
        <w:tc>
          <w:tcPr>
            <w:tcW w:type="dxa" w:w="1728"/>
          </w:tcPr>
          <w:p>
            <w:r/>
          </w:p>
        </w:tc>
        <w:tc>
          <w:tcPr>
            <w:tcW w:type="dxa" w:w="1728"/>
          </w:tcPr>
          <w:p>
            <w:r/>
          </w:p>
        </w:tc>
      </w:tr>
    </w:tbl>
    <w:p>
      <w:r>
        <w:t>经审核答辩，以上同学不存在抄袭、造假、冒名及有名无实等情况，得分符合《推免生发展素质评价分值设置表》计分要求。特此鉴定。</w:t>
      </w:r>
    </w:p>
    <w:p>
      <w:r>
        <w:t>专家审核小组成员签字：</w:t>
      </w:r>
    </w:p>
    <w:p>
      <w:r>
        <w:t>附件6</w:t>
      </w:r>
    </w:p>
    <w:p>
      <w:r>
        <w:t>_ ____________学院2026届拟推免生情况汇总表</w:t>
      </w:r>
    </w:p>
    <w:tbl>
      <w:tblPr>
        <w:tblStyle w:val="TableGrid"/>
        <w:tblW w:type="auto" w:w="0"/>
        <w:tblLook w:firstColumn="1" w:firstRow="1" w:lastColumn="0" w:lastRow="0" w:noHBand="0" w:noVBand="1" w:val="04A0"/>
      </w:tblPr>
      <w:tblGrid>
        <w:gridCol w:w="720"/>
        <w:gridCol w:w="720"/>
        <w:gridCol w:w="720"/>
        <w:gridCol w:w="720"/>
        <w:gridCol w:w="720"/>
        <w:gridCol w:w="720"/>
        <w:gridCol w:w="720"/>
        <w:gridCol w:w="720"/>
        <w:gridCol w:w="720"/>
        <w:gridCol w:w="720"/>
        <w:gridCol w:w="720"/>
        <w:gridCol w:w="720"/>
      </w:tblGrid>
      <w:tr>
        <w:tc>
          <w:tcPr>
            <w:tcW w:type="dxa" w:w="720"/>
          </w:tcPr>
          <w:p>
            <w:r>
              <w:t>序号</w:t>
            </w:r>
          </w:p>
        </w:tc>
        <w:tc>
          <w:tcPr>
            <w:tcW w:type="dxa" w:w="720"/>
          </w:tcPr>
          <w:p>
            <w:r>
              <w:t>班级</w:t>
            </w:r>
          </w:p>
        </w:tc>
        <w:tc>
          <w:tcPr>
            <w:tcW w:type="dxa" w:w="720"/>
          </w:tcPr>
          <w:p>
            <w:r>
              <w:t>学号</w:t>
            </w:r>
          </w:p>
        </w:tc>
        <w:tc>
          <w:tcPr>
            <w:tcW w:type="dxa" w:w="720"/>
          </w:tcPr>
          <w:p>
            <w:r>
              <w:t>姓名</w:t>
            </w:r>
          </w:p>
        </w:tc>
        <w:tc>
          <w:tcPr>
            <w:tcW w:type="dxa" w:w="720"/>
          </w:tcPr>
          <w:p>
            <w:r>
              <w:t>学分绩点</w:t>
            </w:r>
          </w:p>
        </w:tc>
        <w:tc>
          <w:tcPr>
            <w:tcW w:type="dxa" w:w="720"/>
          </w:tcPr>
          <w:p>
            <w:r>
              <w:t>专业排名</w:t>
            </w:r>
          </w:p>
        </w:tc>
        <w:tc>
          <w:tcPr>
            <w:tcW w:type="dxa" w:w="720"/>
          </w:tcPr>
          <w:p>
            <w:r>
              <w:t>外语成绩</w:t>
            </w:r>
          </w:p>
        </w:tc>
        <w:tc>
          <w:tcPr>
            <w:tcW w:type="dxa" w:w="720"/>
          </w:tcPr>
          <w:p>
            <w:r>
              <w:t>思想品德考核</w:t>
            </w:r>
          </w:p>
        </w:tc>
        <w:tc>
          <w:tcPr>
            <w:tcW w:type="dxa" w:w="720"/>
          </w:tcPr>
          <w:p>
            <w:r>
              <w:t>综合评价成绩</w:t>
            </w:r>
          </w:p>
        </w:tc>
        <w:tc>
          <w:tcPr>
            <w:tcW w:type="dxa" w:w="720"/>
          </w:tcPr>
          <w:p>
            <w:r>
              <w:t>推荐排名方式</w:t>
            </w:r>
          </w:p>
        </w:tc>
        <w:tc>
          <w:tcPr>
            <w:tcW w:type="dxa" w:w="720"/>
          </w:tcPr>
          <w:p>
            <w:r>
              <w:t>推荐排名</w:t>
            </w:r>
          </w:p>
        </w:tc>
        <w:tc>
          <w:tcPr>
            <w:tcW w:type="dxa" w:w="720"/>
          </w:tcPr>
          <w:p>
            <w:r>
              <w:t>备注</w:t>
            </w:r>
          </w:p>
        </w:tc>
      </w:tr>
      <w:tr>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r>
      <w:tr>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r>
      <w:tr>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r>
      <w:tr>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r>
      <w:tr>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r>
    </w:tbl>
    <w:p>
      <w:r>
        <w:t>学院推免生遴选工作小组组长审签：学院公章：</w:t>
      </w:r>
    </w:p>
    <w:p>
      <w:r>
        <w:t>2025年9月日</w:t>
      </w:r>
    </w:p>
    <w:p>
      <w:r>
        <w:t>注：相关数据学院在“常州大学本科生推免申请系统”完成审核后导出。</w:t>
      </w:r>
    </w:p>
    <w:p>
      <w:r>
        <w:t>附件7</w:t>
      </w:r>
    </w:p>
    <w:p>
      <w:r>
        <w:t>学院推免工作相关人员亲属或利益关系报备登记表</w:t>
      </w:r>
    </w:p>
    <w:p>
      <w:r>
        <w:t>一、推免生</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申请推免学生的报备情况</w:t>
            </w:r>
          </w:p>
        </w:tc>
        <w:tc>
          <w:tcPr>
            <w:tcW w:type="dxa" w:w="2160"/>
          </w:tcPr>
          <w:p/>
        </w:tc>
        <w:tc>
          <w:tcPr>
            <w:tcW w:type="dxa" w:w="2160"/>
          </w:tcPr>
          <w:p/>
        </w:tc>
        <w:tc>
          <w:tcPr>
            <w:tcW w:type="dxa" w:w="2160"/>
          </w:tcPr>
          <w:p/>
        </w:tc>
      </w:tr>
      <w:tr>
        <w:tc>
          <w:tcPr>
            <w:tcW w:type="dxa" w:w="2160"/>
          </w:tcPr>
          <w:p>
            <w:r>
              <w:t>学生姓名</w:t>
            </w:r>
          </w:p>
        </w:tc>
        <w:tc>
          <w:tcPr>
            <w:tcW w:type="dxa" w:w="2160"/>
          </w:tcPr>
          <w:p>
            <w:r>
              <w:t>涉及直系亲属（工作人员）姓名</w:t>
            </w:r>
          </w:p>
        </w:tc>
        <w:tc>
          <w:tcPr>
            <w:tcW w:type="dxa" w:w="2160"/>
          </w:tcPr>
          <w:p>
            <w:r>
              <w:t>涉及非直系亲属（工作人员）姓名</w:t>
            </w:r>
          </w:p>
        </w:tc>
        <w:tc>
          <w:tcPr>
            <w:tcW w:type="dxa" w:w="2160"/>
          </w:tcPr>
          <w:p>
            <w:r>
              <w:t>利益相关人员（如收费辅导教学）</w:t>
            </w:r>
          </w:p>
        </w:tc>
      </w:tr>
      <w:tr>
        <w:tc>
          <w:tcPr>
            <w:tcW w:type="dxa" w:w="2160"/>
          </w:tcPr>
          <w:p>
            <w:r/>
          </w:p>
        </w:tc>
        <w:tc>
          <w:tcPr>
            <w:tcW w:type="dxa" w:w="2160"/>
          </w:tcPr>
          <w:p>
            <w:r/>
          </w:p>
        </w:tc>
        <w:tc>
          <w:tcPr>
            <w:tcW w:type="dxa" w:w="2160"/>
          </w:tcPr>
          <w:p>
            <w:r/>
          </w:p>
        </w:tc>
        <w:tc>
          <w:tcPr>
            <w:tcW w:type="dxa" w:w="2160"/>
          </w:tcPr>
          <w:p>
            <w:r/>
          </w:p>
        </w:tc>
      </w:tr>
      <w:tr>
        <w:tc>
          <w:tcPr>
            <w:tcW w:type="dxa" w:w="2160"/>
          </w:tcPr>
          <w:p>
            <w:r/>
          </w:p>
        </w:tc>
        <w:tc>
          <w:tcPr>
            <w:tcW w:type="dxa" w:w="2160"/>
          </w:tcPr>
          <w:p>
            <w:r/>
          </w:p>
        </w:tc>
        <w:tc>
          <w:tcPr>
            <w:tcW w:type="dxa" w:w="2160"/>
          </w:tcPr>
          <w:p>
            <w:r/>
          </w:p>
        </w:tc>
        <w:tc>
          <w:tcPr>
            <w:tcW w:type="dxa" w:w="2160"/>
          </w:tcPr>
          <w:p>
            <w:r/>
          </w:p>
        </w:tc>
      </w:tr>
      <w:tr>
        <w:tc>
          <w:tcPr>
            <w:tcW w:type="dxa" w:w="2160"/>
          </w:tcPr>
          <w:p>
            <w:r/>
          </w:p>
        </w:tc>
        <w:tc>
          <w:tcPr>
            <w:tcW w:type="dxa" w:w="2160"/>
          </w:tcPr>
          <w:p>
            <w:r/>
          </w:p>
        </w:tc>
        <w:tc>
          <w:tcPr>
            <w:tcW w:type="dxa" w:w="2160"/>
          </w:tcPr>
          <w:p>
            <w:r/>
          </w:p>
        </w:tc>
        <w:tc>
          <w:tcPr>
            <w:tcW w:type="dxa" w:w="2160"/>
          </w:tcPr>
          <w:p>
            <w:r/>
          </w:p>
        </w:tc>
      </w:tr>
    </w:tbl>
    <w:p>
      <w:r>
        <w:t>二、推免相关工作人员</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工作人员回避情况</w:t>
            </w:r>
          </w:p>
        </w:tc>
        <w:tc>
          <w:tcPr>
            <w:tcW w:type="dxa" w:w="1440"/>
          </w:tcPr>
          <w:p>
            <w:r>
              <w:t>工作人员报备情况</w:t>
            </w:r>
          </w:p>
        </w:tc>
        <w:tc>
          <w:tcPr>
            <w:tcW w:type="dxa" w:w="1440"/>
          </w:tcPr>
          <w:p/>
        </w:tc>
        <w:tc>
          <w:tcPr>
            <w:tcW w:type="dxa" w:w="1440"/>
          </w:tcPr>
          <w:p/>
        </w:tc>
        <w:tc>
          <w:tcPr>
            <w:tcW w:type="dxa" w:w="1440"/>
          </w:tcPr>
          <w:p/>
        </w:tc>
        <w:tc>
          <w:tcPr>
            <w:tcW w:type="dxa" w:w="1440"/>
          </w:tcPr>
          <w:p/>
        </w:tc>
      </w:tr>
      <w:tr>
        <w:tc>
          <w:tcPr>
            <w:tcW w:type="dxa" w:w="1440"/>
          </w:tcPr>
          <w:p>
            <w:r>
              <w:t>工作人员姓名</w:t>
            </w:r>
          </w:p>
        </w:tc>
        <w:tc>
          <w:tcPr>
            <w:tcW w:type="dxa" w:w="1440"/>
          </w:tcPr>
          <w:p>
            <w:r>
              <w:t>推免工作岗位</w:t>
            </w:r>
          </w:p>
        </w:tc>
        <w:tc>
          <w:tcPr>
            <w:tcW w:type="dxa" w:w="1440"/>
          </w:tcPr>
          <w:p>
            <w:r>
              <w:t>涉及直系亲属（学生）姓名</w:t>
            </w:r>
          </w:p>
        </w:tc>
        <w:tc>
          <w:tcPr>
            <w:tcW w:type="dxa" w:w="1440"/>
          </w:tcPr>
          <w:p>
            <w:r>
              <w:t>工作人员姓名</w:t>
            </w:r>
          </w:p>
        </w:tc>
        <w:tc>
          <w:tcPr>
            <w:tcW w:type="dxa" w:w="1440"/>
          </w:tcPr>
          <w:p>
            <w:r>
              <w:t>推免工作岗位</w:t>
            </w:r>
          </w:p>
        </w:tc>
        <w:tc>
          <w:tcPr>
            <w:tcW w:type="dxa" w:w="1440"/>
          </w:tcPr>
          <w:p>
            <w:r>
              <w:t>涉及非直系亲属（学生）姓名</w:t>
            </w: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bl>
    <w:p>
      <w:r>
        <w:t>说明：1.教职工子女必须填写。</w:t>
      </w:r>
    </w:p>
    <w:p>
      <w:r>
        <w:t>2.学院若无回避及报备情况，相应栏目请填写“无”。</w:t>
      </w:r>
    </w:p>
    <w:p>
      <w:r>
        <w:t>填表人：主审领导审签：</w:t>
      </w:r>
    </w:p>
    <w:p>
      <w:r>
        <w:t>学院公章：2025年9月日</w:t>
      </w:r>
    </w:p>
    <w:p>
      <w:r>
        <w:t>附件8</w:t>
      </w:r>
    </w:p>
    <w:p>
      <w:r>
        <w:t>常州大学推免工作相关人员亲属或利益关系报备汇总表</w:t>
      </w:r>
    </w:p>
    <w:p>
      <w:r>
        <w:t>一、推免生</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序号</w:t>
            </w:r>
          </w:p>
        </w:tc>
        <w:tc>
          <w:tcPr>
            <w:tcW w:type="dxa" w:w="1440"/>
          </w:tcPr>
          <w:p>
            <w:r>
              <w:t>学生姓名</w:t>
            </w:r>
          </w:p>
        </w:tc>
        <w:tc>
          <w:tcPr>
            <w:tcW w:type="dxa" w:w="1440"/>
          </w:tcPr>
          <w:p>
            <w:r>
              <w:t>所属学院</w:t>
            </w:r>
          </w:p>
        </w:tc>
        <w:tc>
          <w:tcPr>
            <w:tcW w:type="dxa" w:w="1440"/>
          </w:tcPr>
          <w:p>
            <w:r>
              <w:t>相关人员姓名</w:t>
            </w:r>
          </w:p>
        </w:tc>
        <w:tc>
          <w:tcPr>
            <w:tcW w:type="dxa" w:w="1440"/>
          </w:tcPr>
          <w:p>
            <w:r>
              <w:t>学院(部门)及岗位</w:t>
            </w:r>
          </w:p>
        </w:tc>
        <w:tc>
          <w:tcPr>
            <w:tcW w:type="dxa" w:w="1440"/>
          </w:tcPr>
          <w:p>
            <w:r>
              <w:t>亲属或利益关系说明</w:t>
            </w: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bl>
    <w:p>
      <w:r>
        <w:t>二、推免相关工作人员</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序号</w:t>
            </w:r>
          </w:p>
        </w:tc>
        <w:tc>
          <w:tcPr>
            <w:tcW w:type="dxa" w:w="1440"/>
          </w:tcPr>
          <w:p>
            <w:r>
              <w:t>工作人员姓名</w:t>
            </w:r>
          </w:p>
        </w:tc>
        <w:tc>
          <w:tcPr>
            <w:tcW w:type="dxa" w:w="1440"/>
          </w:tcPr>
          <w:p>
            <w:r>
              <w:t>学院(部门)及岗位</w:t>
            </w:r>
          </w:p>
        </w:tc>
        <w:tc>
          <w:tcPr>
            <w:tcW w:type="dxa" w:w="1440"/>
          </w:tcPr>
          <w:p>
            <w:r>
              <w:t>学生姓名</w:t>
            </w:r>
          </w:p>
        </w:tc>
        <w:tc>
          <w:tcPr>
            <w:tcW w:type="dxa" w:w="1440"/>
          </w:tcPr>
          <w:p>
            <w:r>
              <w:t>所属学院</w:t>
            </w:r>
          </w:p>
        </w:tc>
        <w:tc>
          <w:tcPr>
            <w:tcW w:type="dxa" w:w="1440"/>
          </w:tcPr>
          <w:p>
            <w:r>
              <w:t>亲属或利益关系说明</w:t>
            </w: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bl>
    <w:p>
      <w:r>
        <w:t>说明：</w:t>
      </w:r>
    </w:p>
    <w:p>
      <w:r>
        <w:t>1.亲属或利益关系说明栏，包括直系和非直系亲属、利益相关人员（如收费辅导教学）等。</w:t>
      </w:r>
    </w:p>
    <w:p>
      <w:r>
        <w:t>2.教职工子女必须填写。</w:t>
      </w:r>
    </w:p>
    <w:p>
      <w:r>
        <w:t>附件9</w:t>
      </w:r>
    </w:p>
    <w:p>
      <w:r>
        <w:t>常州大学2026届推免工作人员承诺书</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姓名</w:t>
            </w:r>
          </w:p>
        </w:tc>
        <w:tc>
          <w:tcPr>
            <w:tcW w:type="dxa" w:w="1440"/>
          </w:tcPr>
          <w:p>
            <w:r/>
          </w:p>
        </w:tc>
        <w:tc>
          <w:tcPr>
            <w:tcW w:type="dxa" w:w="1440"/>
          </w:tcPr>
          <w:p>
            <w:r>
              <w:t>办公电话</w:t>
            </w:r>
          </w:p>
        </w:tc>
        <w:tc>
          <w:tcPr>
            <w:tcW w:type="dxa" w:w="1440"/>
          </w:tcPr>
          <w:p>
            <w:r/>
          </w:p>
        </w:tc>
        <w:tc>
          <w:tcPr>
            <w:tcW w:type="dxa" w:w="1440"/>
          </w:tcPr>
          <w:p>
            <w:r>
              <w:t>手机</w:t>
            </w:r>
          </w:p>
        </w:tc>
        <w:tc>
          <w:tcPr>
            <w:tcW w:type="dxa" w:w="1440"/>
          </w:tcPr>
          <w:p>
            <w:r/>
          </w:p>
        </w:tc>
      </w:tr>
      <w:tr>
        <w:tc>
          <w:tcPr>
            <w:tcW w:type="dxa" w:w="1440"/>
          </w:tcPr>
          <w:p>
            <w:r>
              <w:t>本人推免工作岗位</w:t>
            </w:r>
          </w:p>
        </w:tc>
        <w:tc>
          <w:tcPr>
            <w:tcW w:type="dxa" w:w="1440"/>
          </w:tcPr>
          <w:p>
            <w:r>
              <w:t>□学校推免工作□学院推免工作</w:t>
            </w:r>
          </w:p>
        </w:tc>
        <w:tc>
          <w:tcPr>
            <w:tcW w:type="dxa" w:w="1440"/>
          </w:tcPr>
          <w:p/>
        </w:tc>
        <w:tc>
          <w:tcPr>
            <w:tcW w:type="dxa" w:w="1440"/>
          </w:tcPr>
          <w:p/>
        </w:tc>
        <w:tc>
          <w:tcPr>
            <w:tcW w:type="dxa" w:w="1440"/>
          </w:tcPr>
          <w:p/>
        </w:tc>
        <w:tc>
          <w:tcPr>
            <w:tcW w:type="dxa" w:w="1440"/>
          </w:tcPr>
          <w:p/>
        </w:tc>
      </w:tr>
      <w:tr>
        <w:tc>
          <w:tcPr>
            <w:tcW w:type="dxa" w:w="1440"/>
          </w:tcPr>
          <w:p>
            <w:r>
              <w:t>本人承诺内容填写</w:t>
            </w:r>
          </w:p>
        </w:tc>
        <w:tc>
          <w:tcPr>
            <w:tcW w:type="dxa" w:w="1440"/>
          </w:tcPr>
          <w:p>
            <w:r>
              <w:t>本人知晓并理解常州大学推荐应届本科毕业生免试攻读研究生（以下简称推免）工作的有关规定，了解其工作内容及其违反有关法律法规的处罚规定，我愿意并保证：1.本人确认并承诺严格遵守推免工作要求。2.无亲属参加当次的推免工作或存在可能影响当次推免工作公平公正的其他利害关系。本人签名：2025年9月日</w:t>
            </w:r>
          </w:p>
        </w:tc>
        <w:tc>
          <w:tcPr>
            <w:tcW w:type="dxa" w:w="1440"/>
          </w:tcPr>
          <w:p/>
        </w:tc>
        <w:tc>
          <w:tcPr>
            <w:tcW w:type="dxa" w:w="1440"/>
          </w:tcPr>
          <w:p/>
        </w:tc>
        <w:tc>
          <w:tcPr>
            <w:tcW w:type="dxa" w:w="1440"/>
          </w:tcPr>
          <w:p/>
        </w:tc>
        <w:tc>
          <w:tcPr>
            <w:tcW w:type="dxa" w:w="1440"/>
          </w:tcPr>
          <w:p/>
        </w:tc>
      </w:tr>
    </w:tbl>
    <w:p>
      <w:r>
        <w:t>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