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常州大学外国语学院2027年推荐免试硕士研究生复试名单公示</w:t>
      </w:r>
    </w:p>
    <w:p>
      <w:r>
        <w:t>根据《常州大学2027年接收推荐免试研究生工作办法》和《2027年常州大学翻译硕士推免生招收复试办法》的要求，现将2027年外国语学院推荐免试硕士研究生复试名单公示如下。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序号</w:t>
            </w:r>
          </w:p>
        </w:tc>
        <w:tc>
          <w:tcPr>
            <w:tcW w:type="dxa" w:w="2160"/>
          </w:tcPr>
          <w:p>
            <w:r>
              <w:t>姓名</w:t>
            </w:r>
          </w:p>
        </w:tc>
        <w:tc>
          <w:tcPr>
            <w:tcW w:type="dxa" w:w="2160"/>
          </w:tcPr>
          <w:p>
            <w:r>
              <w:t>申请***码</w:t>
            </w:r>
          </w:p>
        </w:tc>
        <w:tc>
          <w:tcPr>
            <w:tcW w:type="dxa" w:w="2160"/>
          </w:tcPr>
          <w:p>
            <w:r>
              <w:t>申请专业名称</w:t>
            </w:r>
          </w:p>
        </w:tc>
      </w:tr>
      <w:tr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王霞</w:t>
            </w:r>
          </w:p>
        </w:tc>
        <w:tc>
          <w:tcPr>
            <w:tcW w:type="dxa" w:w="2160"/>
          </w:tcPr>
          <w:p>
            <w:r>
              <w:t>055101</w:t>
            </w:r>
          </w:p>
        </w:tc>
        <w:tc>
          <w:tcPr>
            <w:tcW w:type="dxa" w:w="2160"/>
          </w:tcPr>
          <w:p>
            <w:r>
              <w:t>英语笔译</w:t>
            </w:r>
          </w:p>
        </w:tc>
      </w:tr>
      <w:tr>
        <w:tc>
          <w:tcPr>
            <w:tcW w:type="dxa" w:w="2160"/>
          </w:tcPr>
          <w:p>
            <w:r>
              <w:t>2</w:t>
            </w:r>
          </w:p>
        </w:tc>
        <w:tc>
          <w:tcPr>
            <w:tcW w:type="dxa" w:w="2160"/>
          </w:tcPr>
          <w:p>
            <w:r>
              <w:t>王婷</w:t>
            </w:r>
          </w:p>
        </w:tc>
        <w:tc>
          <w:tcPr>
            <w:tcW w:type="dxa" w:w="2160"/>
          </w:tcPr>
          <w:p>
            <w:r>
              <w:t>055105</w:t>
            </w:r>
          </w:p>
        </w:tc>
        <w:tc>
          <w:tcPr>
            <w:tcW w:type="dxa" w:w="2160"/>
          </w:tcPr>
          <w:p>
            <w:r>
              <w:t>日语笔译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