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【公示】外国语学院推荐2026届优秀应届本科毕业生免试攻读研究生综合评价总分及初选名单</w:t>
      </w:r>
    </w:p>
    <w:p>
      <w:r>
        <w:t>经学生本人报名，学院资格审核、素质发展材料现场答辩，根据综合评价总分，并报学院推免工作小组审定，现将拟推荐和候补名单公示如下:</w:t>
      </w:r>
    </w:p>
    <w:p>
      <w:r>
        <w:t>**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</w:tr>
      <w:tr>
        <w:tc>
          <w:tcPr>
            <w:tcW w:type="dxa" w:w="480"/>
          </w:tcPr>
          <w:p>
            <w:r>
              <w:t>序号</w:t>
            </w:r>
          </w:p>
        </w:tc>
        <w:tc>
          <w:tcPr>
            <w:tcW w:type="dxa" w:w="480"/>
          </w:tcPr>
          <w:p>
            <w:r>
              <w:t>班级</w:t>
            </w:r>
          </w:p>
        </w:tc>
        <w:tc>
          <w:tcPr>
            <w:tcW w:type="dxa" w:w="480"/>
          </w:tcPr>
          <w:p>
            <w:r>
              <w:t>学号</w:t>
            </w:r>
          </w:p>
        </w:tc>
        <w:tc>
          <w:tcPr>
            <w:tcW w:type="dxa" w:w="480"/>
          </w:tcPr>
          <w:p>
            <w:r>
              <w:t>姓名</w:t>
            </w:r>
          </w:p>
        </w:tc>
        <w:tc>
          <w:tcPr>
            <w:tcW w:type="dxa" w:w="480"/>
          </w:tcPr>
          <w:p>
            <w:r>
              <w:t>性别</w:t>
            </w:r>
          </w:p>
        </w:tc>
        <w:tc>
          <w:tcPr>
            <w:tcW w:type="dxa" w:w="480"/>
          </w:tcPr>
          <w:p>
            <w:r>
              <w:t>专业</w:t>
            </w:r>
          </w:p>
        </w:tc>
        <w:tc>
          <w:tcPr>
            <w:tcW w:type="dxa" w:w="480"/>
          </w:tcPr>
          <w:p>
            <w:r>
              <w:t>学分绩点折算得分（总分100）A</w:t>
            </w:r>
          </w:p>
        </w:tc>
        <w:tc>
          <w:tcPr>
            <w:tcW w:type="dxa" w:w="480"/>
          </w:tcPr>
          <w:p>
            <w:r>
              <w:t>发展素质评价得分（总分100）B</w:t>
            </w:r>
          </w:p>
        </w:tc>
        <w:tc>
          <w:tcPr>
            <w:tcW w:type="dxa" w:w="480"/>
          </w:tcPr>
          <w:p>
            <w:r>
              <w:t>综合评价分=A*70%+B*30%</w:t>
            </w:r>
          </w:p>
        </w:tc>
        <w:tc>
          <w:tcPr>
            <w:tcW w:type="dxa" w:w="480"/>
          </w:tcPr>
          <w:p>
            <w:r>
              <w:t>是否入选</w:t>
            </w:r>
          </w:p>
        </w:tc>
        <w:tc>
          <w:tcPr>
            <w:tcW w:type="dxa" w:w="480"/>
          </w:tcPr>
          <w:p>
            <w:r>
              <w:t>备注</w:t>
            </w:r>
          </w:p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</w:tr>
      <w:tr>
        <w:tc>
          <w:tcPr>
            <w:tcW w:type="dxa" w:w="480"/>
          </w:tcPr>
          <w:p>
            <w:r>
              <w:t>竞赛获奖</w:t>
            </w:r>
          </w:p>
        </w:tc>
        <w:tc>
          <w:tcPr>
            <w:tcW w:type="dxa" w:w="480"/>
          </w:tcPr>
          <w:p>
            <w:r>
              <w:t>科研成果</w:t>
            </w:r>
          </w:p>
        </w:tc>
        <w:tc>
          <w:tcPr>
            <w:tcW w:type="dxa" w:w="480"/>
          </w:tcPr>
          <w:p>
            <w:r>
              <w:t>发明专利</w:t>
            </w:r>
          </w:p>
        </w:tc>
        <w:tc>
          <w:tcPr>
            <w:tcW w:type="dxa" w:w="480"/>
          </w:tcPr>
          <w:p>
            <w:r>
              <w:t>其他</w:t>
            </w:r>
          </w:p>
        </w:tc>
        <w:tc>
          <w:tcPr>
            <w:tcW w:type="dxa" w:w="480"/>
          </w:tcPr>
          <w:p>
            <w:r>
              <w:t>其他（不超过20分）</w:t>
            </w:r>
          </w:p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</w:tr>
      <w:tr>
        <w:tc>
          <w:tcPr>
            <w:tcW w:type="dxa" w:w="480"/>
          </w:tcPr>
          <w:p>
            <w:r>
              <w:t>参军入伍</w:t>
            </w:r>
          </w:p>
        </w:tc>
        <w:tc>
          <w:tcPr>
            <w:tcW w:type="dxa" w:w="480"/>
          </w:tcPr>
          <w:p>
            <w:r>
              <w:t>国际组织实习</w:t>
            </w:r>
          </w:p>
        </w:tc>
        <w:tc>
          <w:tcPr>
            <w:tcW w:type="dxa" w:w="480"/>
          </w:tcPr>
          <w:p>
            <w:r>
              <w:t>志愿服务（不超过10分）</w:t>
            </w:r>
          </w:p>
        </w:tc>
        <w:tc>
          <w:tcPr>
            <w:tcW w:type="dxa" w:w="480"/>
          </w:tcPr>
          <w:p>
            <w:r>
              <w:t>荣誉称号（不超过5分）</w:t>
            </w:r>
          </w:p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</w:tr>
      <w:tr>
        <w:tc>
          <w:tcPr>
            <w:tcW w:type="dxa" w:w="480"/>
          </w:tcPr>
          <w:p>
            <w:r>
              <w:t>1</w:t>
            </w:r>
          </w:p>
        </w:tc>
        <w:tc>
          <w:tcPr>
            <w:tcW w:type="dxa" w:w="480"/>
          </w:tcPr>
          <w:p>
            <w:r>
              <w:t>商务英语221</w:t>
            </w:r>
          </w:p>
        </w:tc>
        <w:tc>
          <w:tcPr>
            <w:tcW w:type="dxa" w:w="480"/>
          </w:tcPr>
          <w:p>
            <w:r>
              <w:t>2200560117</w:t>
            </w:r>
          </w:p>
        </w:tc>
        <w:tc>
          <w:tcPr>
            <w:tcW w:type="dxa" w:w="480"/>
          </w:tcPr>
          <w:p>
            <w:r>
              <w:t>谢思睿</w:t>
            </w:r>
          </w:p>
        </w:tc>
        <w:tc>
          <w:tcPr>
            <w:tcW w:type="dxa" w:w="480"/>
          </w:tcPr>
          <w:p>
            <w:r>
              <w:t>女</w:t>
            </w:r>
          </w:p>
        </w:tc>
        <w:tc>
          <w:tcPr>
            <w:tcW w:type="dxa" w:w="480"/>
          </w:tcPr>
          <w:p>
            <w:r>
              <w:t>商务英语</w:t>
            </w:r>
          </w:p>
        </w:tc>
        <w:tc>
          <w:tcPr>
            <w:tcW w:type="dxa" w:w="480"/>
          </w:tcPr>
          <w:p>
            <w:r>
              <w:t>86.4380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60.5066</w:t>
            </w:r>
          </w:p>
        </w:tc>
        <w:tc>
          <w:tcPr>
            <w:tcW w:type="dxa" w:w="480"/>
          </w:tcPr>
          <w:p>
            <w:r>
              <w:t>是</w:t>
            </w:r>
          </w:p>
        </w:tc>
        <w:tc>
          <w:tcPr>
            <w:tcW w:type="dxa" w:w="480"/>
          </w:tcPr>
          <w:p>
            <w:r/>
          </w:p>
        </w:tc>
      </w:tr>
      <w:tr>
        <w:tc>
          <w:tcPr>
            <w:tcW w:type="dxa" w:w="480"/>
          </w:tcPr>
          <w:p>
            <w:r>
              <w:t>2</w:t>
            </w:r>
          </w:p>
        </w:tc>
        <w:tc>
          <w:tcPr>
            <w:tcW w:type="dxa" w:w="480"/>
          </w:tcPr>
          <w:p>
            <w:r>
              <w:t>商务英语221</w:t>
            </w:r>
          </w:p>
        </w:tc>
        <w:tc>
          <w:tcPr>
            <w:tcW w:type="dxa" w:w="480"/>
          </w:tcPr>
          <w:p>
            <w:r>
              <w:t>2200920101</w:t>
            </w:r>
          </w:p>
        </w:tc>
        <w:tc>
          <w:tcPr>
            <w:tcW w:type="dxa" w:w="480"/>
          </w:tcPr>
          <w:p>
            <w:r>
              <w:t>程洁</w:t>
            </w:r>
          </w:p>
        </w:tc>
        <w:tc>
          <w:tcPr>
            <w:tcW w:type="dxa" w:w="480"/>
          </w:tcPr>
          <w:p>
            <w:r>
              <w:t>女</w:t>
            </w:r>
          </w:p>
        </w:tc>
        <w:tc>
          <w:tcPr>
            <w:tcW w:type="dxa" w:w="480"/>
          </w:tcPr>
          <w:p>
            <w:r>
              <w:t>商务英语</w:t>
            </w:r>
          </w:p>
        </w:tc>
        <w:tc>
          <w:tcPr>
            <w:tcW w:type="dxa" w:w="480"/>
          </w:tcPr>
          <w:p>
            <w:r>
              <w:t>85.9440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60.1608</w:t>
            </w:r>
          </w:p>
        </w:tc>
        <w:tc>
          <w:tcPr>
            <w:tcW w:type="dxa" w:w="480"/>
          </w:tcPr>
          <w:p>
            <w:r>
              <w:t>候补</w:t>
            </w:r>
          </w:p>
        </w:tc>
        <w:tc>
          <w:tcPr>
            <w:tcW w:type="dxa" w:w="480"/>
          </w:tcPr>
          <w:p>
            <w:r/>
          </w:p>
        </w:tc>
      </w:tr>
      <w:tr>
        <w:tc>
          <w:tcPr>
            <w:tcW w:type="dxa" w:w="480"/>
          </w:tcPr>
          <w:p>
            <w:r>
              <w:t>3</w:t>
            </w:r>
          </w:p>
        </w:tc>
        <w:tc>
          <w:tcPr>
            <w:tcW w:type="dxa" w:w="480"/>
          </w:tcPr>
          <w:p>
            <w:r>
              <w:t>日语222</w:t>
            </w:r>
          </w:p>
        </w:tc>
        <w:tc>
          <w:tcPr>
            <w:tcW w:type="dxa" w:w="480"/>
          </w:tcPr>
          <w:p>
            <w:r>
              <w:t>2200540212</w:t>
            </w:r>
          </w:p>
        </w:tc>
        <w:tc>
          <w:tcPr>
            <w:tcW w:type="dxa" w:w="480"/>
          </w:tcPr>
          <w:p>
            <w:r>
              <w:t>盛炜雅</w:t>
            </w:r>
          </w:p>
        </w:tc>
        <w:tc>
          <w:tcPr>
            <w:tcW w:type="dxa" w:w="480"/>
          </w:tcPr>
          <w:p>
            <w:r>
              <w:t>女</w:t>
            </w:r>
          </w:p>
        </w:tc>
        <w:tc>
          <w:tcPr>
            <w:tcW w:type="dxa" w:w="480"/>
          </w:tcPr>
          <w:p>
            <w:r>
              <w:t>日语</w:t>
            </w:r>
          </w:p>
        </w:tc>
        <w:tc>
          <w:tcPr>
            <w:tcW w:type="dxa" w:w="480"/>
          </w:tcPr>
          <w:p>
            <w:r>
              <w:t>86.9880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60.8916</w:t>
            </w:r>
          </w:p>
        </w:tc>
        <w:tc>
          <w:tcPr>
            <w:tcW w:type="dxa" w:w="480"/>
          </w:tcPr>
          <w:p>
            <w:r>
              <w:t>是</w:t>
            </w:r>
          </w:p>
        </w:tc>
        <w:tc>
          <w:tcPr>
            <w:tcW w:type="dxa" w:w="480"/>
          </w:tcPr>
          <w:p>
            <w:r/>
          </w:p>
        </w:tc>
      </w:tr>
      <w:tr>
        <w:tc>
          <w:tcPr>
            <w:tcW w:type="dxa" w:w="480"/>
          </w:tcPr>
          <w:p>
            <w:r>
              <w:t>4</w:t>
            </w:r>
          </w:p>
        </w:tc>
        <w:tc>
          <w:tcPr>
            <w:tcW w:type="dxa" w:w="480"/>
          </w:tcPr>
          <w:p>
            <w:r>
              <w:t>日语221</w:t>
            </w:r>
          </w:p>
        </w:tc>
        <w:tc>
          <w:tcPr>
            <w:tcW w:type="dxa" w:w="480"/>
          </w:tcPr>
          <w:p>
            <w:r>
              <w:t>2200540116</w:t>
            </w:r>
          </w:p>
        </w:tc>
        <w:tc>
          <w:tcPr>
            <w:tcW w:type="dxa" w:w="480"/>
          </w:tcPr>
          <w:p>
            <w:r>
              <w:t>严静</w:t>
            </w:r>
          </w:p>
        </w:tc>
        <w:tc>
          <w:tcPr>
            <w:tcW w:type="dxa" w:w="480"/>
          </w:tcPr>
          <w:p>
            <w:r>
              <w:t>女</w:t>
            </w:r>
          </w:p>
        </w:tc>
        <w:tc>
          <w:tcPr>
            <w:tcW w:type="dxa" w:w="480"/>
          </w:tcPr>
          <w:p>
            <w:r>
              <w:t>日语</w:t>
            </w:r>
          </w:p>
        </w:tc>
        <w:tc>
          <w:tcPr>
            <w:tcW w:type="dxa" w:w="480"/>
          </w:tcPr>
          <w:p>
            <w:r>
              <w:t>85.1860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59.6302</w:t>
            </w:r>
          </w:p>
        </w:tc>
        <w:tc>
          <w:tcPr>
            <w:tcW w:type="dxa" w:w="480"/>
          </w:tcPr>
          <w:p>
            <w:r>
              <w:t>候补</w:t>
            </w:r>
          </w:p>
        </w:tc>
        <w:tc>
          <w:tcPr>
            <w:tcW w:type="dxa" w:w="480"/>
          </w:tcPr>
          <w:p>
            <w:r/>
          </w:p>
        </w:tc>
      </w:tr>
      <w:tr>
        <w:tc>
          <w:tcPr>
            <w:tcW w:type="dxa" w:w="480"/>
          </w:tcPr>
          <w:p>
            <w:r>
              <w:t>5</w:t>
            </w:r>
          </w:p>
        </w:tc>
        <w:tc>
          <w:tcPr>
            <w:tcW w:type="dxa" w:w="480"/>
          </w:tcPr>
          <w:p>
            <w:r>
              <w:t>西语221</w:t>
            </w:r>
          </w:p>
        </w:tc>
        <w:tc>
          <w:tcPr>
            <w:tcW w:type="dxa" w:w="480"/>
          </w:tcPr>
          <w:p>
            <w:r>
              <w:t>2200660103</w:t>
            </w:r>
          </w:p>
        </w:tc>
        <w:tc>
          <w:tcPr>
            <w:tcW w:type="dxa" w:w="480"/>
          </w:tcPr>
          <w:p>
            <w:r>
              <w:t>冯睿</w:t>
            </w:r>
          </w:p>
        </w:tc>
        <w:tc>
          <w:tcPr>
            <w:tcW w:type="dxa" w:w="480"/>
          </w:tcPr>
          <w:p>
            <w:r>
              <w:t>女</w:t>
            </w:r>
          </w:p>
        </w:tc>
        <w:tc>
          <w:tcPr>
            <w:tcW w:type="dxa" w:w="480"/>
          </w:tcPr>
          <w:p>
            <w:r>
              <w:t>西语</w:t>
            </w:r>
          </w:p>
        </w:tc>
        <w:tc>
          <w:tcPr>
            <w:tcW w:type="dxa" w:w="480"/>
          </w:tcPr>
          <w:p>
            <w:r>
              <w:t>90.0600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63.0420</w:t>
            </w:r>
          </w:p>
        </w:tc>
        <w:tc>
          <w:tcPr>
            <w:tcW w:type="dxa" w:w="480"/>
          </w:tcPr>
          <w:p>
            <w:r>
              <w:t>是</w:t>
            </w:r>
          </w:p>
        </w:tc>
        <w:tc>
          <w:tcPr>
            <w:tcW w:type="dxa" w:w="480"/>
          </w:tcPr>
          <w:p>
            <w:r/>
          </w:p>
        </w:tc>
      </w:tr>
      <w:tr>
        <w:tc>
          <w:tcPr>
            <w:tcW w:type="dxa" w:w="480"/>
          </w:tcPr>
          <w:p>
            <w:r>
              <w:t>6</w:t>
            </w:r>
          </w:p>
        </w:tc>
        <w:tc>
          <w:tcPr>
            <w:tcW w:type="dxa" w:w="480"/>
          </w:tcPr>
          <w:p>
            <w:r>
              <w:t>西语221</w:t>
            </w:r>
          </w:p>
        </w:tc>
        <w:tc>
          <w:tcPr>
            <w:tcW w:type="dxa" w:w="480"/>
          </w:tcPr>
          <w:p>
            <w:r>
              <w:t>2200660105</w:t>
            </w:r>
          </w:p>
        </w:tc>
        <w:tc>
          <w:tcPr>
            <w:tcW w:type="dxa" w:w="480"/>
          </w:tcPr>
          <w:p>
            <w:r>
              <w:t>华悦</w:t>
            </w:r>
          </w:p>
        </w:tc>
        <w:tc>
          <w:tcPr>
            <w:tcW w:type="dxa" w:w="480"/>
          </w:tcPr>
          <w:p>
            <w:r>
              <w:t>女</w:t>
            </w:r>
          </w:p>
        </w:tc>
        <w:tc>
          <w:tcPr>
            <w:tcW w:type="dxa" w:w="480"/>
          </w:tcPr>
          <w:p>
            <w:r>
              <w:t>西语</w:t>
            </w:r>
          </w:p>
        </w:tc>
        <w:tc>
          <w:tcPr>
            <w:tcW w:type="dxa" w:w="480"/>
          </w:tcPr>
          <w:p>
            <w:r>
              <w:t>86.6840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60.6788</w:t>
            </w:r>
          </w:p>
        </w:tc>
        <w:tc>
          <w:tcPr>
            <w:tcW w:type="dxa" w:w="480"/>
          </w:tcPr>
          <w:p>
            <w:r>
              <w:t>候补</w:t>
            </w:r>
          </w:p>
        </w:tc>
        <w:tc>
          <w:tcPr>
            <w:tcW w:type="dxa" w:w="480"/>
          </w:tcPr>
          <w:p>
            <w:r/>
          </w:p>
        </w:tc>
      </w:tr>
    </w:tbl>
    <w:p>
      <w:r>
        <w:t>**</w:t>
      </w:r>
    </w:p>
    <w:p>
      <w:r>
        <w:t>如有异议，请在2025年9月10日16点之前向学院反映，联系电话：0519-86334910，邮箱00009349@cczu.edu.cn。</w:t>
      </w:r>
    </w:p>
    <w:p>
      <w:r>
        <w:t>外国语学院</w:t>
      </w:r>
    </w:p>
    <w:p>
      <w:r>
        <w:t>2025年9月8日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