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【公示】外国语学院2026届拟推免生竞赛获奖、科研论文、发明专利审核鉴定结果公示</w:t>
      </w:r>
    </w:p>
    <w:p>
      <w:r>
        <w:t>_外国语_学院2 02 6届拟推免生竞赛获奖、科研论文、发明专利审核鉴定意见表</w:t>
      </w:r>
    </w:p>
    <w:p>
      <w:r>
        <w:t>根据学校文件要求，对申请2026届推免资格学生的竞赛获奖、科研论文和发明专利进行审核鉴定，意见如下：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学号</w:t>
            </w:r>
          </w:p>
        </w:tc>
        <w:tc>
          <w:tcPr>
            <w:tcW w:type="dxa" w:w="1728"/>
          </w:tcPr>
          <w:p>
            <w:r>
              <w:t>符合发展素质要求的竞赛奖项、科研论文和发明专利</w:t>
            </w:r>
          </w:p>
        </w:tc>
        <w:tc>
          <w:tcPr>
            <w:tcW w:type="dxa" w:w="1728"/>
          </w:tcPr>
          <w:p>
            <w:r>
              <w:t>得分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谢思睿</w:t>
            </w:r>
          </w:p>
        </w:tc>
        <w:tc>
          <w:tcPr>
            <w:tcW w:type="dxa" w:w="1728"/>
          </w:tcPr>
          <w:p>
            <w:r>
              <w:t>2200560117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程洁</w:t>
            </w:r>
          </w:p>
        </w:tc>
        <w:tc>
          <w:tcPr>
            <w:tcW w:type="dxa" w:w="1728"/>
          </w:tcPr>
          <w:p>
            <w:r>
              <w:t>2200920101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金思芳</w:t>
            </w:r>
          </w:p>
        </w:tc>
        <w:tc>
          <w:tcPr>
            <w:tcW w:type="dxa" w:w="1728"/>
          </w:tcPr>
          <w:p>
            <w:r>
              <w:t>2200920107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盛炜雅</w:t>
            </w:r>
          </w:p>
        </w:tc>
        <w:tc>
          <w:tcPr>
            <w:tcW w:type="dxa" w:w="1728"/>
          </w:tcPr>
          <w:p>
            <w:r>
              <w:t>2200540212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严静</w:t>
            </w:r>
          </w:p>
        </w:tc>
        <w:tc>
          <w:tcPr>
            <w:tcW w:type="dxa" w:w="1728"/>
          </w:tcPr>
          <w:p>
            <w:r>
              <w:t>2200540116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冯睿</w:t>
            </w:r>
          </w:p>
        </w:tc>
        <w:tc>
          <w:tcPr>
            <w:tcW w:type="dxa" w:w="1728"/>
          </w:tcPr>
          <w:p>
            <w:r>
              <w:t>2200660103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华悦</w:t>
            </w:r>
          </w:p>
        </w:tc>
        <w:tc>
          <w:tcPr>
            <w:tcW w:type="dxa" w:w="1728"/>
          </w:tcPr>
          <w:p>
            <w:r>
              <w:t>2200660105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景思琦</w:t>
            </w:r>
          </w:p>
        </w:tc>
        <w:tc>
          <w:tcPr>
            <w:tcW w:type="dxa" w:w="1728"/>
          </w:tcPr>
          <w:p>
            <w:r>
              <w:t>2200660108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蒋苏淮</w:t>
            </w:r>
          </w:p>
        </w:tc>
        <w:tc>
          <w:tcPr>
            <w:tcW w:type="dxa" w:w="1728"/>
          </w:tcPr>
          <w:p>
            <w:r>
              <w:t>2200660209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曹弘毅</w:t>
            </w:r>
          </w:p>
        </w:tc>
        <w:tc>
          <w:tcPr>
            <w:tcW w:type="dxa" w:w="1728"/>
          </w:tcPr>
          <w:p>
            <w:r>
              <w:t>2200660221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>
              <w:t>杨欣欣</w:t>
            </w:r>
          </w:p>
        </w:tc>
        <w:tc>
          <w:tcPr>
            <w:tcW w:type="dxa" w:w="1728"/>
          </w:tcPr>
          <w:p>
            <w:r>
              <w:t>2200660219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r>
        <w:t>经审核答辩，以上同学不存在抄袭、造假、冒名及有名无实等情况，得分符合《推免生发展素质评价分值设置表》计分要求。特此鉴定。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