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English</w:t>
      </w:r>
    </w:p>
    <w:p>
      <w:r>
        <w:t>经学生本人报名，学院资格审核、发展素质材料现场答辩，根据综合评价总分，并报学院推免工作小组审定，现将拟推荐和候补名单公示如下:</w:t>
      </w:r>
    </w:p>
    <w:p>
      <w:r>
        <w:t>公示期:2026年9月7日-9月9日12：00，如有异议请于公示期内向学院推免工作监督小组实名反映。电话:0519- 86330553，邮箱：xuxiaoli@cczu.edu.cn。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