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English</w:t>
      </w:r>
    </w:p>
    <w:p>
      <w:r>
        <w:t>根据《常州大学推荐应届本科毕业生免试攻读硕土研究生实施办法》、《关于做好2026届本科毕业生推荐免试攻读硕士研究生工作的通知》以及《城市建设学院2026届本科毕业生推荐免试攻读硕士研究生工作实施细则》，经学生本人申请、学院专家审核小组审核鉴定，学院推免生遴选工作小组会议决定，确定我院2026年推荐应届本科毕业生免试攻读硕士研究生的初选名单如下，现予以公示。</w:t>
      </w:r>
    </w:p>
    <w:p>
      <w:r>
        <w:t>公示期:2025年9月8日-9月10日，如有异议者请于公示期内向学院推免工作监督小组实名反映。学院电话:0519-86330553，邮箱：xuxiaoli@cczu.edu.cn。</w:t>
      </w:r>
    </w:p>
    <w:p>
      <w:r>
        <w:t>城市建设学院</w:t>
      </w:r>
    </w:p>
    <w:p>
      <w:r>
        <w:t>2025年9月8日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