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周有光文学院召开2027届本科毕业生推荐免试攻读硕士研究生动员大会</w:t>
      </w:r>
    </w:p>
    <w:p>
      <w:r>
        <w:t>9月2日下午，周有光文学院在立德楼103教室召开2027届本科毕业生推荐免试攻读硕士研究生（下简称“推免”）动员大会。学院院长葛金华、党委副书记嵇炜，副院长陈鸿、张黎，辅导员程向君、教务秘书蒋莉莎及部分学生代表参加会议。会议由嵇炜主持。</w:t>
      </w:r>
    </w:p>
    <w:p>
      <w:r>
        <w:t>会上，张黎围绕推免政策与流程指南进行了系统解读，从推免对象的基本条件、名额分配与排序规则、综合成绩计算办法、选拔工作流程与时间安排，以及注意事项等方面作了详细说明，帮助与会学生全面、清晰地把握推免工作的各项要求与关键节点。</w:t>
      </w:r>
    </w:p>
    <w:p>
      <w:r>
        <w:t>陈鸿详细介绍了学院国际中文教育专业硕士点的建设情况，从科研特色、导师队伍、学术成果及学生培养成效等方面展开说明，鼓励同学积极报考我院的国际中文教育专业硕士。</w:t>
      </w:r>
    </w:p>
    <w:p>
      <w:r>
        <w:t>葛金华院长作总结讲话。他指出，推免是国家选拔高层次人才的重要通道。他要求同学们科学研判、理性定位，积极争取推免机会。同时，葛院长诚挚邀请优秀学子报考学院国际中文教育专业硕士，在熟悉的学术沃土上接续深耕。学院将全力保驾护航，助力学子行稳致远。（通讯员/朱潇审核/张黎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