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常州大学华罗庚学院推荐2027届优秀应届本科毕业生免试攻读硕士研究生工作实施细则</w:t>
      </w:r>
    </w:p>
    <w:p>
      <w:r>
        <w:t>根据《常州大学推荐应届本科毕业生免试攻读硕士研究生实施办法》（常大〔2025〕47号）《关于做好2027届本科毕业生推荐免试攻读研究生工作的通知》等文件要求，华罗庚学院依据本学院实际情况，特制定本实施细则。</w:t>
      </w:r>
    </w:p>
    <w:p>
      <w:r>
        <w:t>一、组织领导</w:t>
      </w:r>
    </w:p>
    <w:p>
      <w:r>
        <w:t>学院推免生遴选工作小组：由院长负责，成员为分管本科教学、本科学生工作和相关学科教授代表，负责本学院的选拔推免工作。</w:t>
      </w:r>
    </w:p>
    <w:p>
      <w:r>
        <w:t>学院推免生监督工作小组：由书记负责，成员为纪检委员和教师代表，负责监督本学院的选拔推免工作。</w:t>
      </w:r>
    </w:p>
    <w:p>
      <w:r>
        <w:t>学院推免生审核工作小组：成员具有相关学科副教授以上职称，对申请推免资格学生的竞赛获奖、科研论文、发明专利等进行审核鉴定，并组织相关学生在学校一定范围内进行公开答辩，排除抄袭、造假、冒名及有名无实等情况。</w:t>
      </w:r>
    </w:p>
    <w:p>
      <w:r>
        <w:t>二、推免对象及遴选条件</w:t>
      </w:r>
    </w:p>
    <w:p>
      <w:r>
        <w:t>推免对象为国家普通本科招生计划录取的我院2027届毕业生，并同时具备以下基本条件：</w:t>
      </w:r>
    </w:p>
    <w:p>
      <w:r>
        <w:t>（一）拥护中国共产党的领导，坚定社会主义信念，具有高尚的爱国主义情操和集体主义精神，社会责任感强，遵纪守法，积极向上，身心健康；</w:t>
      </w:r>
    </w:p>
    <w:p>
      <w:r>
        <w:t>（二）品行表现优良，无任何违法违纪受处分记录；</w:t>
      </w:r>
    </w:p>
    <w:p>
      <w:r>
        <w:t>（三）诚实守信，学风端正，无任何剽窃他人学术成果等学术不端记录；</w:t>
      </w:r>
    </w:p>
    <w:p>
      <w:r>
        <w:t>（四）学习成绩优秀，须通过专业培养方案第1-6学期全部应修的必修课，必修课初修成绩的加权平均学分绩点位于本专业大类（班级）排名前20%以内，且初修必修课中不及格课程不超过1门次；</w:t>
      </w:r>
    </w:p>
    <w:p>
      <w:r>
        <w:t>（五）英语CET4成绩425分及以上（或托福成绩80分及以上、雅思成绩5.5分及以上）；</w:t>
      </w:r>
    </w:p>
    <w:p>
      <w:r>
        <w:t>（六）综合能力强，具有从事科学研究、专业实践的能力和基础，以及较强的创新意识和潜质。</w:t>
      </w:r>
    </w:p>
    <w:p>
      <w:r>
        <w:t>三﹑推免名额分配及排序规则</w:t>
      </w:r>
    </w:p>
    <w:p>
      <w:r>
        <w:t>学院推荐名额共7个，候补名额2个。</w:t>
      </w:r>
    </w:p>
    <w:p>
      <w:r>
        <w:t>排序规则：各专业类（班级）符合推免条件的申请学生，统一按综合评价成绩排名。如果综合评价成绩相同，则依次比较平均学分绩点折算分﹑竞赛获奖分﹑科研论文分﹑发明专利分。</w:t>
      </w:r>
    </w:p>
    <w:p>
      <w:r>
        <w:t>四、综合评价成绩计算</w:t>
      </w:r>
    </w:p>
    <w:p>
      <w:r>
        <w:t>推免综合评价成绩参照学校推免办法的计算体系（详见《常州大学推荐应届本科毕业生免试攻读硕士研究生实施办法》常大〔2025〕47号）。</w:t>
      </w:r>
    </w:p>
    <w:p>
      <w:r>
        <w:t>五、遴选程序</w:t>
      </w:r>
    </w:p>
    <w:p>
      <w:r>
        <w:t>（一）公布推免细则。学院召开应届本科生动员大会，动员布置，公布推免细则。</w:t>
      </w:r>
    </w:p>
    <w:p>
      <w:r>
        <w:t>（二）个人申请。符合推荐条件的学生在“常州大学本科生推免申请系统”中自愿申请，将相关申请材料及相应证明材料复印件（包括申请表﹑成绩单﹑外语证明﹑竞赛获奖﹑科研论文﹑发明专利﹑参军入伍服兵役﹑参加有组织的志愿服务活动﹑参加有组织的国际组织实习﹑学生荣誉称号等）提交到学院</w:t>
      </w:r>
    </w:p>
    <w:p>
      <w:r>
        <w:t>（三）学院推荐。学院在校推免系统中完成对申请推免学生的资格初审，对发展素质评价材料进行审核鉴定，并根据综合评价指标体系得出申请学生的综合评价成绩，按照学校下达的名额进行排名后确定学院拟推荐名单（含候补推荐名单）进行公示，公示期不少于3天。公示无异议后，将相关名单及材料上报教务处。</w:t>
      </w:r>
    </w:p>
    <w:p>
      <w:r>
        <w:t>（四）学校审定。校推免委员会审核、确定学校推荐名单并进行公示7天。</w:t>
      </w:r>
    </w:p>
    <w:p>
      <w:r>
        <w:t>（五）推免生在教育部学籍学历信息平台上查询并核对本人学籍信息﹑确保信息准确﹑完整。正式的推免生名单由学校报送教育部“推免服务系统”。</w:t>
      </w:r>
    </w:p>
    <w:p>
      <w:r>
        <w:t>（六）接收推免生的阶段，推免生可通过“推免服务系统”查询招生单位信息﹑填报志愿﹑接收和确认复试和待录取通知。</w:t>
      </w:r>
    </w:p>
    <w:p>
      <w:r>
        <w:t>（七）推免生按报考单位要求提交推荐材料，收到接收函后，应及时与学院联系，学院做好相应的统计工作。</w:t>
      </w:r>
    </w:p>
    <w:p>
      <w:r>
        <w:t>（八）对推免工作中出现的特殊情况，须通过学院推免生遴选工作小组负责研究决定。</w:t>
      </w:r>
    </w:p>
    <w:p>
      <w:r>
        <w:t>六﹑其他事项</w:t>
      </w:r>
    </w:p>
    <w:p>
      <w:r>
        <w:t>1.推免申请学生须如实填写相关信息、提供有关材料，推免申请学生在推免工作环节至研究生入学前，出现下列情况之一的，学校将取消其推免生资格：</w:t>
      </w:r>
    </w:p>
    <w:p>
      <w:r>
        <w:t>（一）思想品德考核不合格的。</w:t>
      </w:r>
    </w:p>
    <w:p>
      <w:r>
        <w:t>（二）在申请推免过程中发现有弄虚作假行为的。</w:t>
      </w:r>
    </w:p>
    <w:p>
      <w:r>
        <w:t>（三）获得推免资格后违反校纪校规，受到学校纪律处分，或被追究法律责任的。</w:t>
      </w:r>
    </w:p>
    <w:p>
      <w:r>
        <w:t>（四）未获得学士学位的。</w:t>
      </w:r>
    </w:p>
    <w:p>
      <w:r>
        <w:t>（五）经校推免小组认定的其他情况。</w:t>
      </w:r>
    </w:p>
    <w:p>
      <w:r>
        <w:t>2.推免工作实行回避和报备制度。推免相关工作人员有直系亲属或利益相关人员报名参加本学院推免招生的应主动申请回避，有非直系亲属等报名参加推免招生的要主动报备。相关学生申请推免资格时也应主动向学院报备声明。</w:t>
      </w:r>
    </w:p>
    <w:p>
      <w:r>
        <w:t>3.经学校审定获得推免资格的学生，不应以其他方式自主择业或申请出国（境）留学等。</w:t>
      </w:r>
    </w:p>
    <w:p>
      <w:r>
        <w:t>七﹑学院推免时间工作安排</w:t>
      </w:r>
    </w:p>
    <w:p>
      <w:r>
        <w:t>1. 9月2日前，学院公布实施细则，召开毕业生推免工作动员会并进行政策解读；</w:t>
      </w:r>
    </w:p>
    <w:p>
      <w:r>
        <w:t>2. 9月4日，符合推免条件的学生预报名（填写附件2和附件3），学院对申报材料进行初审；</w:t>
      </w:r>
    </w:p>
    <w:p>
      <w:r>
        <w:t>3. 9月5日前，学院组织符合推免条件的学生在“常州大学本科生推免申请系统”中完成申请，上传电子材料，上交纸质材料；学院在校推免系统完成资格初审；</w:t>
      </w:r>
    </w:p>
    <w:p>
      <w:r>
        <w:t>4. 9月6日前，学院推免生审核工作小组对申请推免资格学生的竞赛获奖、科研论文、发明专利等进行审核鉴定，并组织公开答辩；</w:t>
      </w:r>
    </w:p>
    <w:p>
      <w:r>
        <w:t>5. 9月6日— 8日，学院形成拟推荐名单（含候补推荐名单）并在学院网站公布。公示无异议后，报校教务处审定。</w:t>
      </w:r>
    </w:p>
    <w:p>
      <w:r>
        <w:t>八、信息公开及投诉途径</w:t>
      </w:r>
    </w:p>
    <w:p>
      <w:r>
        <w:t>本实施细则由学院推免生遴选工作小组负责解释。由学院推免生监督工作小组对推免工作实行全程监督，充分保证学生反映问题以及申诉渠道畅通。</w:t>
      </w:r>
    </w:p>
    <w:p>
      <w:r>
        <w:t>师生对推免工作的意见和建议应在公示期内向学院推免工作监督小组实名反映。</w:t>
      </w:r>
    </w:p>
    <w:p>
      <w:r>
        <w:t>监督电话：0519-86334774</w:t>
      </w:r>
    </w:p>
    <w:p>
      <w:r>
        <w:t>监督邮箱：hlgxy@cczu.edu.cn</w:t>
      </w:r>
    </w:p>
    <w:p>
      <w:r>
        <w:t>华罗庚学院</w:t>
      </w:r>
    </w:p>
    <w:p>
      <w:r>
        <w:t>2026年9月1日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