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马克思主义学院拟推荐免试攻读硕士研究生初审名单公示</w:t>
      </w:r>
    </w:p>
    <w:p>
      <w:r>
        <w:t>来源：马克思主义学院发布时间：2018-09-17浏览次数：415</w:t>
      </w:r>
    </w:p>
    <w:p>
      <w:r>
        <w:t>马克思主义学院拟推荐免试攻读硕士研究生初审名单公示.docx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