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政治学院符合推荐免试研究生学生名单公示</w:t>
      </w:r>
    </w:p>
    <w:p>
      <w:r>
        <w:t>如有异议，请于2011年9月19日上午10点前向辅导员办公室反映，联系电话：85012531.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