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推荐免试攻读硕士学位研究生综合测评成绩排名公示</w:t>
      </w:r>
    </w:p>
    <w:p>
      <w:r>
        <w:t>来源：马克思主义学院发布时间：2017-09-14浏览次数：117</w:t>
      </w:r>
    </w:p>
    <w:p>
      <w:r>
        <w:t>推荐免试攻读硕士学位研究生综合测评成绩排名表.xls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