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2010年度纺织服装学院推免生工作实施细则</w:t>
      </w:r>
    </w:p>
    <w:p>
      <w:r>
        <w:t>根据《南通大学推荐优秀应届本科毕业生免试攻读硕士学位研究生工作实施办法（试行）》，为做好我院2010年度推荐免试攻读硕士学位研究生工作，结合本院实际情况，制定本实施细则。</w:t>
      </w:r>
    </w:p>
    <w:p>
      <w:r>
        <w:t>一、纺织工程专业接收免试攻读硕士学位研究生的研究方向、人数：</w:t>
      </w:r>
    </w:p>
    <w:tbl>
      <w:tblPr>
        <w:tblStyle w:val="TableGrid"/>
        <w:tblW w:type="auto" w:w="0"/>
        <w:tblLook w:firstColumn="1" w:firstRow="1" w:lastColumn="0" w:lastRow="0" w:noHBand="0" w:noVBand="1" w:val="04A0"/>
      </w:tblPr>
      <w:tblGrid>
        <w:gridCol w:w="2880"/>
        <w:gridCol w:w="2880"/>
        <w:gridCol w:w="2880"/>
      </w:tblGrid>
      <w:tr>
        <w:tc>
          <w:tcPr>
            <w:tcW w:type="dxa" w:w="2880"/>
          </w:tcPr>
          <w:p>
            <w:r>
              <w:t>研究方向</w:t>
            </w:r>
          </w:p>
        </w:tc>
        <w:tc>
          <w:tcPr>
            <w:tcW w:type="dxa" w:w="2880"/>
          </w:tcPr>
          <w:p>
            <w:r>
              <w:t>推免人数</w:t>
            </w:r>
          </w:p>
        </w:tc>
        <w:tc>
          <w:tcPr>
            <w:tcW w:type="dxa" w:w="2880"/>
          </w:tcPr>
          <w:p>
            <w:r>
              <w:t>备注</w:t>
            </w:r>
          </w:p>
        </w:tc>
      </w:tr>
      <w:tr>
        <w:tc>
          <w:tcPr>
            <w:tcW w:type="dxa" w:w="2880"/>
          </w:tcPr>
          <w:p>
            <w:r>
              <w:t>01高性能纤维及其制品02纺织新技术及新产品</w:t>
            </w:r>
          </w:p>
        </w:tc>
        <w:tc>
          <w:tcPr>
            <w:tcW w:type="dxa" w:w="2880"/>
          </w:tcPr>
          <w:p>
            <w:r>
              <w:t>3</w:t>
            </w:r>
          </w:p>
        </w:tc>
        <w:tc>
          <w:tcPr>
            <w:tcW w:type="dxa" w:w="2880"/>
          </w:tcPr>
          <w:p>
            <w:r/>
          </w:p>
        </w:tc>
      </w:tr>
      <w:tr>
        <w:tc>
          <w:tcPr>
            <w:tcW w:type="dxa" w:w="2880"/>
          </w:tcPr>
          <w:p>
            <w:r>
              <w:t>03纺织化学与染整技术</w:t>
            </w:r>
          </w:p>
        </w:tc>
        <w:tc>
          <w:tcPr>
            <w:tcW w:type="dxa" w:w="2880"/>
          </w:tcPr>
          <w:p>
            <w:r>
              <w:t>2</w:t>
            </w:r>
          </w:p>
        </w:tc>
        <w:tc>
          <w:tcPr>
            <w:tcW w:type="dxa" w:w="2880"/>
          </w:tcPr>
          <w:p>
            <w:r/>
          </w:p>
        </w:tc>
      </w:tr>
      <w:tr>
        <w:tc>
          <w:tcPr>
            <w:tcW w:type="dxa" w:w="2880"/>
          </w:tcPr>
          <w:p>
            <w:r>
              <w:t>合计</w:t>
            </w:r>
          </w:p>
        </w:tc>
        <w:tc>
          <w:tcPr>
            <w:tcW w:type="dxa" w:w="2880"/>
          </w:tcPr>
          <w:p>
            <w:r>
              <w:t>5</w:t>
            </w:r>
          </w:p>
        </w:tc>
        <w:tc>
          <w:tcPr>
            <w:tcW w:type="dxa" w:w="2880"/>
          </w:tcPr>
          <w:p>
            <w:r>
              <w:t>报名时须明确具体专业方向</w:t>
            </w:r>
          </w:p>
        </w:tc>
      </w:tr>
    </w:tbl>
    <w:p>
      <w:r>
        <w:t>二、接受推荐申请报名条件</w:t>
      </w:r>
    </w:p>
    <w:p>
      <w:r>
        <w:t>普通申请者在符合学校规定的申请推荐基本条件的基础上，须满足以下条件：</w:t>
      </w:r>
    </w:p>
    <w:p>
      <w:r>
        <w:t>1．三年综合测评成绩排名或智育考试分成绩排名位居本专业本年级学生前1/3；</w:t>
      </w:r>
    </w:p>
    <w:p>
      <w:r>
        <w:t>2．纺织工程、轻化工程等相关专业学生；</w:t>
      </w:r>
    </w:p>
    <w:p>
      <w:r>
        <w:t>3．英语水平必须通过大学英语四级（成绩达到425分）；</w:t>
      </w:r>
    </w:p>
    <w:p>
      <w:r>
        <w:t>4．可按时毕业获得学士学位。</w:t>
      </w:r>
    </w:p>
    <w:p>
      <w:r>
        <w:t>破格申请者除满足上述2、3、4条件外，还具备下述条件中的任一条：</w:t>
      </w:r>
    </w:p>
    <w:p>
      <w:r>
        <w:t>1．获省级以上大学生课外学术科技作品竞赛、创业计划大赛奖项；</w:t>
      </w:r>
    </w:p>
    <w:p>
      <w:r>
        <w:t>2．获省（厅）级以上高校大学生实践创新训练计划项目奖；</w:t>
      </w:r>
    </w:p>
    <w:p>
      <w:r>
        <w:t>3．以第一作者在核心期刊上公开发表本专业（学科）论文1篇以上；</w:t>
      </w:r>
    </w:p>
    <w:p>
      <w:r>
        <w:t>4.外语、计算机大赛等比赛获省级一等、全国二等以上奖项。</w:t>
      </w:r>
    </w:p>
    <w:p>
      <w:r>
        <w:t>三、初选</w:t>
      </w:r>
    </w:p>
    <w:p>
      <w:r>
        <w:t>1．根据《南通大学纺织服装学院2010年度免试攻读硕士学位研究生接受推荐申请报名条件》进行资格审查。</w:t>
      </w:r>
    </w:p>
    <w:p>
      <w:r>
        <w:t>2．通过资格审查后，应参加学院组织的水平测试。水平测试成绩由英语水平考试成绩和高等数学平时学习平均成绩两部分组成；权重分别为65%，、35%。（英语水平考试成绩以百分计）</w:t>
      </w:r>
    </w:p>
    <w:p>
      <w:r>
        <w:t>3．水平测试日程安排</w:t>
      </w:r>
    </w:p>
    <w:tbl>
      <w:tblPr>
        <w:tblStyle w:val="TableGrid"/>
        <w:tblW w:type="auto" w:w="0"/>
        <w:tblLook w:firstColumn="1" w:firstRow="1" w:lastColumn="0" w:lastRow="0" w:noHBand="0" w:noVBand="1" w:val="04A0"/>
      </w:tblPr>
      <w:tblGrid>
        <w:gridCol w:w="2880"/>
        <w:gridCol w:w="2880"/>
        <w:gridCol w:w="2880"/>
      </w:tblGrid>
      <w:tr>
        <w:tc>
          <w:tcPr>
            <w:tcW w:type="dxa" w:w="2880"/>
          </w:tcPr>
          <w:p>
            <w:r>
              <w:t>时间</w:t>
            </w:r>
          </w:p>
        </w:tc>
        <w:tc>
          <w:tcPr>
            <w:tcW w:type="dxa" w:w="2880"/>
          </w:tcPr>
          <w:p>
            <w:r>
              <w:t>地点</w:t>
            </w:r>
          </w:p>
        </w:tc>
        <w:tc>
          <w:tcPr>
            <w:tcW w:type="dxa" w:w="2880"/>
          </w:tcPr>
          <w:p>
            <w:r>
              <w:t>测试内容</w:t>
            </w:r>
          </w:p>
        </w:tc>
      </w:tr>
      <w:tr>
        <w:tc>
          <w:tcPr>
            <w:tcW w:type="dxa" w:w="2880"/>
          </w:tcPr>
          <w:p>
            <w:r>
              <w:t>10月9日8:30-11:30</w:t>
            </w:r>
          </w:p>
        </w:tc>
        <w:tc>
          <w:tcPr>
            <w:tcW w:type="dxa" w:w="2880"/>
          </w:tcPr>
          <w:p>
            <w:r>
              <w:t>文峰校区主206（W）</w:t>
            </w:r>
          </w:p>
        </w:tc>
        <w:tc>
          <w:tcPr>
            <w:tcW w:type="dxa" w:w="2880"/>
          </w:tcPr>
          <w:p>
            <w:r>
              <w:t>英语</w:t>
            </w:r>
          </w:p>
        </w:tc>
      </w:tr>
    </w:tbl>
    <w:p>
      <w:r>
        <w:t>4．复试学生名单产生办法</w:t>
      </w:r>
    </w:p>
    <w:p>
      <w:r>
        <w:t>根据初选成绩由高到低，志愿优先原则按拟接收人数与复试人数1:3比例产生各研究方向进入复试学生名单。</w:t>
      </w:r>
    </w:p>
    <w:p>
      <w:r>
        <w:t>5.初选成绩计算</w:t>
      </w:r>
    </w:p>
    <w:p>
      <w:r>
        <w:t>初选成绩由综合测评平均成绩（满分100分）和水平测试成绩（满分100分）两部分构成，权重分别为50%，、50%，初选成绩计算方法：</w:t>
      </w:r>
    </w:p>
    <w:p>
      <w:r>
        <w:t>初选成绩＝综合测评平均成绩×50 %＋水平测试成绩×50 %</w:t>
      </w:r>
    </w:p>
    <w:p>
      <w:r>
        <w:t>四、复试</w:t>
      </w:r>
    </w:p>
    <w:p>
      <w:r>
        <w:t>1．复试学生名单产生办法：根据初选成绩由高到低、志愿优先原则按拟接收人数与复试人数1:3比例产生各研究方向进入复试的学生名单。</w:t>
      </w:r>
    </w:p>
    <w:p>
      <w:r>
        <w:t>2.复试形式：面试。时间每人一般为20－25分钟。</w:t>
      </w:r>
    </w:p>
    <w:p>
      <w:r>
        <w:t>3．复试内容：申请者自我介绍（不超过3分钟，英语表述），专业英语阅读翻译，专业问题抽答。</w:t>
      </w:r>
    </w:p>
    <w:p>
      <w:r>
        <w:t>4．复试成绩计算方法：复试评分将按照考生的科研素质、专业知识、叙述表达、思维反应、行为举止、外语阅读等方面进行综合评定。复试总分为100分：行为举止：5分，叙述表达：10分，思维反应：10分，科研素质：15分，专业知识：40分，外语阅读：20分。</w:t>
      </w:r>
    </w:p>
    <w:p>
      <w:r>
        <w:t>5．复试时间：2009年10月14日上午8:30</w:t>
      </w:r>
    </w:p>
    <w:p>
      <w:r>
        <w:t>6．复试地点：文峰校区主楼811室</w:t>
      </w:r>
    </w:p>
    <w:p>
      <w:r>
        <w:t>五、拟接收推免生名单产生办法</w:t>
      </w:r>
    </w:p>
    <w:p>
      <w:r>
        <w:t>1.根据总成绩由高到低排定顺序，确定拟接收推免生名单。高性能纤维及其制品和纺织新技术及新产品方向取前3名，纺织化学与染整技术方向取前2名。</w:t>
      </w:r>
    </w:p>
    <w:p>
      <w:r>
        <w:t>2.总成绩由复试成绩和初选成绩按权重相加得出。复试成绩占总成绩的权重为50%，总成绩计算如下：</w:t>
      </w:r>
    </w:p>
    <w:p>
      <w:r>
        <w:t>总成绩＝初选成绩×50%＋复试成绩×50%（初选成绩、复试成绩满分均为100分）。</w:t>
      </w:r>
    </w:p>
    <w:p>
      <w:r>
        <w:t>3.复试成绩不合格者不予录取。</w:t>
      </w:r>
    </w:p>
    <w:p>
      <w:r>
        <w:t>六、体检</w:t>
      </w:r>
    </w:p>
    <w:p>
      <w:r>
        <w:t>时间：2009年10月21日7:30</w:t>
      </w:r>
    </w:p>
    <w:p>
      <w:r>
        <w:t>地点：启秀校区医务室，空腹，带体检费40元、照片1张</w:t>
      </w:r>
    </w:p>
    <w:p>
      <w:r>
        <w:t>七、拟接收推免生填表、网上报名</w:t>
      </w:r>
    </w:p>
    <w:p>
      <w:r>
        <w:t>时间：10月22日上午8：30－12：00</w:t>
      </w:r>
    </w:p>
    <w:p>
      <w:r>
        <w:t>地点：主805（W）室</w:t>
      </w:r>
    </w:p>
    <w:p>
      <w:r>
        <w:t>八、其他事项按照学校有关文件规定执行。</w:t>
      </w:r>
    </w:p>
    <w:p>
      <w:r>
        <w:t>附：工作日程</w:t>
      </w:r>
    </w:p>
    <w:p>
      <w:r>
        <w:t>工作日程</w:t>
      </w:r>
    </w:p>
    <w:tbl>
      <w:tblPr>
        <w:tblStyle w:val="TableGrid"/>
        <w:tblW w:type="auto" w:w="0"/>
        <w:tblLook w:firstColumn="1" w:firstRow="1" w:lastColumn="0" w:lastRow="0" w:noHBand="0" w:noVBand="1" w:val="04A0"/>
      </w:tblPr>
      <w:tblGrid>
        <w:gridCol w:w="4320"/>
        <w:gridCol w:w="4320"/>
      </w:tblGrid>
      <w:tr>
        <w:tc>
          <w:tcPr>
            <w:tcW w:type="dxa" w:w="4320"/>
          </w:tcPr>
          <w:p>
            <w:r>
              <w:t>时间</w:t>
            </w:r>
          </w:p>
        </w:tc>
        <w:tc>
          <w:tcPr>
            <w:tcW w:type="dxa" w:w="4320"/>
          </w:tcPr>
          <w:p>
            <w:r>
              <w:t>工作内容</w:t>
            </w:r>
          </w:p>
        </w:tc>
      </w:tr>
      <w:tr>
        <w:tc>
          <w:tcPr>
            <w:tcW w:type="dxa" w:w="4320"/>
          </w:tcPr>
          <w:p>
            <w:r>
              <w:t>9月23日~ 9月27日</w:t>
            </w:r>
          </w:p>
        </w:tc>
        <w:tc>
          <w:tcPr>
            <w:tcW w:type="dxa" w:w="4320"/>
          </w:tcPr>
          <w:p>
            <w:r>
              <w:t>网上申请报名，网址：http://yjs.ntu.edu.cn/，在用户登录栏登录“推免生申请”</w:t>
            </w:r>
          </w:p>
        </w:tc>
      </w:tr>
      <w:tr>
        <w:tc>
          <w:tcPr>
            <w:tcW w:type="dxa" w:w="4320"/>
          </w:tcPr>
          <w:p>
            <w:r>
              <w:t>9月26日~ 9月27日</w:t>
            </w:r>
          </w:p>
        </w:tc>
        <w:tc>
          <w:tcPr>
            <w:tcW w:type="dxa" w:w="4320"/>
          </w:tcPr>
          <w:p>
            <w:r>
              <w:t>1.报名确认。报名确认截止时间：.破格申请者：26日14:00，普通申请者：27日14:00。2.受理申请者报名材料。受理地点：主805（W）。受理截止时间：破格申请者：26日16:00，普通申请者：27日16:00，</w:t>
            </w:r>
          </w:p>
        </w:tc>
      </w:tr>
      <w:tr>
        <w:tc>
          <w:tcPr>
            <w:tcW w:type="dxa" w:w="4320"/>
          </w:tcPr>
          <w:p>
            <w:r>
              <w:t>10月7日</w:t>
            </w:r>
          </w:p>
        </w:tc>
        <w:tc>
          <w:tcPr>
            <w:tcW w:type="dxa" w:w="4320"/>
          </w:tcPr>
          <w:p>
            <w:r>
              <w:t>17:00前公布接受推荐申请报名学生名单</w:t>
            </w:r>
          </w:p>
        </w:tc>
      </w:tr>
      <w:tr>
        <w:tc>
          <w:tcPr>
            <w:tcW w:type="dxa" w:w="4320"/>
          </w:tcPr>
          <w:p>
            <w:r>
              <w:t>10月9日</w:t>
            </w:r>
          </w:p>
        </w:tc>
        <w:tc>
          <w:tcPr>
            <w:tcW w:type="dxa" w:w="4320"/>
          </w:tcPr>
          <w:p>
            <w:r>
              <w:t>水平测试：时间：上午8:30-11:30地点：文峰校区主206（W）、内容：英语水平测试</w:t>
            </w:r>
          </w:p>
        </w:tc>
      </w:tr>
      <w:tr>
        <w:tc>
          <w:tcPr>
            <w:tcW w:type="dxa" w:w="4320"/>
          </w:tcPr>
          <w:p>
            <w:r>
              <w:t>10月10日~ 10月12日</w:t>
            </w:r>
          </w:p>
        </w:tc>
        <w:tc>
          <w:tcPr>
            <w:tcW w:type="dxa" w:w="4320"/>
          </w:tcPr>
          <w:p>
            <w:r>
              <w:t>1.审核进入复试学生名单2.公布进入复试学生名单</w:t>
            </w:r>
          </w:p>
        </w:tc>
      </w:tr>
      <w:tr>
        <w:tc>
          <w:tcPr>
            <w:tcW w:type="dxa" w:w="4320"/>
          </w:tcPr>
          <w:p>
            <w:r>
              <w:t>10月13日</w:t>
            </w:r>
          </w:p>
        </w:tc>
        <w:tc>
          <w:tcPr>
            <w:tcW w:type="dxa" w:w="4320"/>
          </w:tcPr>
          <w:p>
            <w:r>
              <w:t>通知学生交纳复试费、参加复试</w:t>
            </w:r>
          </w:p>
        </w:tc>
      </w:tr>
      <w:tr>
        <w:tc>
          <w:tcPr>
            <w:tcW w:type="dxa" w:w="4320"/>
          </w:tcPr>
          <w:p>
            <w:r>
              <w:t>10月14日~ 10月16日</w:t>
            </w:r>
          </w:p>
        </w:tc>
        <w:tc>
          <w:tcPr>
            <w:tcW w:type="dxa" w:w="4320"/>
          </w:tcPr>
          <w:p>
            <w:r>
              <w:t>1.复试：时间：10月14日上午8:30地点：文峰校区主楼811室2.汇总综合成绩，形成拟接收推免生名单</w:t>
            </w:r>
          </w:p>
        </w:tc>
      </w:tr>
      <w:tr>
        <w:tc>
          <w:tcPr>
            <w:tcW w:type="dxa" w:w="4320"/>
          </w:tcPr>
          <w:p>
            <w:r>
              <w:t>10月21日</w:t>
            </w:r>
          </w:p>
        </w:tc>
        <w:tc>
          <w:tcPr>
            <w:tcW w:type="dxa" w:w="4320"/>
          </w:tcPr>
          <w:p>
            <w:r>
              <w:t>拟接收推免生体检：7：30到启秀校区医务室（空腹，带体检费40元、照片1张）</w:t>
            </w:r>
          </w:p>
        </w:tc>
      </w:tr>
      <w:tr>
        <w:tc>
          <w:tcPr>
            <w:tcW w:type="dxa" w:w="4320"/>
          </w:tcPr>
          <w:p>
            <w:r>
              <w:t>10月22日</w:t>
            </w:r>
          </w:p>
        </w:tc>
        <w:tc>
          <w:tcPr>
            <w:tcW w:type="dxa" w:w="4320"/>
          </w:tcPr>
          <w:p>
            <w:r>
              <w:t>拟接收推免生填表、网上报名。时间：10月22日上午8：30－12：00地点：主805（W）室</w:t>
            </w:r>
          </w:p>
        </w:tc>
      </w:tr>
      <w:tr>
        <w:tc>
          <w:tcPr>
            <w:tcW w:type="dxa" w:w="4320"/>
          </w:tcPr>
          <w:p>
            <w:r>
              <w:t>11月10日～11月12日</w:t>
            </w:r>
          </w:p>
        </w:tc>
        <w:tc>
          <w:tcPr>
            <w:tcW w:type="dxa" w:w="4320"/>
          </w:tcPr>
          <w:p>
            <w:r>
              <w:t>拟接收推免生前往南通市招办交费、照像、确认网报信息等，并将网报信息确认表交接收学院</w:t>
            </w:r>
          </w:p>
        </w:tc>
      </w:tr>
    </w:tbl>
    <w:p>
      <w:r>
        <w:t>2009年9月21日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