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纺织服装学院2022年推荐优秀应届本科毕业生免试攻读硕士学位研究生工作实施细则</w:t>
      </w:r>
    </w:p>
    <w:p>
      <w:r>
        <w:t>为做好我院推荐免试攻读硕士学位研究生工作，根据南通大学《关于做好推荐2022年优秀应届本科毕业生免试攻读硕士学位研究生工作的通知》和教育部最新文件精神，结合本院实际情况，制定本实施细则。</w:t>
      </w:r>
    </w:p>
    <w:p>
      <w:r>
        <w:t>一、推免名额</w:t>
      </w:r>
    </w:p>
    <w:p>
      <w:r>
        <w:t>总名额：14名</w:t>
      </w:r>
    </w:p>
    <w:p>
      <w:r>
        <w:t>各学科专业分配如下：</w:t>
      </w:r>
    </w:p>
    <w:p>
      <w:r>
        <w:t>纺织工程：4名；轻化工程：4名；非织造材料与工程：4名；服装设计与工程：2名。</w:t>
      </w:r>
    </w:p>
    <w:p>
      <w:r>
        <w:t>二、申请报名条件</w:t>
      </w:r>
    </w:p>
    <w:p>
      <w:r>
        <w:t>普通申请者在符合学校规定的申请推荐基本条件的基础上，须满足以下条件：</w:t>
      </w:r>
    </w:p>
    <w:p>
      <w:r>
        <w:t>1.思想品德考核作为推免生遴选和录取的重要依据，严格遵循实事求是的原则，思想品德考核不合格者不予推荐和录取；有学术行为不端及弄虚作假者，不予推荐和录取；</w:t>
      </w:r>
    </w:p>
    <w:p>
      <w:r>
        <w:t>2. 3年综合测评分排名位居本专业本年级学生前1/3；</w:t>
      </w:r>
    </w:p>
    <w:p>
      <w:r>
        <w:t>3.勤奋好学，刻苦钻研，在校学习期间，必修课和限选课成绩优良，冲抵前成绩不能有不及格学习成绩优良；</w:t>
      </w:r>
    </w:p>
    <w:p>
      <w:r>
        <w:t>4．英语CET4成绩425分（含）以上；</w:t>
      </w:r>
    </w:p>
    <w:p>
      <w:r>
        <w:t>5．纺织工程、轻化工程、非织造材料与工程、服装设计与工程专业等相近专业的纳入国家普通本科招生计划录取的在校大四学生；</w:t>
      </w:r>
    </w:p>
    <w:p>
      <w:r>
        <w:t>6．预计能正常毕业并获得学士学位；</w:t>
      </w:r>
    </w:p>
    <w:p>
      <w:r>
        <w:t>7.建议有本校本专业1名硕士生导师推荐信。</w:t>
      </w:r>
    </w:p>
    <w:p>
      <w:r>
        <w:t>三、申请受理时间</w:t>
      </w:r>
    </w:p>
    <w:p>
      <w:r>
        <w:t>1．学校网报系统（http://210.29.67.7/zsgl/tmzggl/）开放与关闭时间:</w:t>
      </w:r>
    </w:p>
    <w:p>
      <w:r>
        <w:t>9月13日18:00 —— 9月15日15:00</w:t>
      </w:r>
    </w:p>
    <w:p>
      <w:r>
        <w:t>2．报名材料受理时间</w:t>
      </w:r>
    </w:p>
    <w:p>
      <w:r>
        <w:t>截止时间：9月15日17:00之前</w:t>
      </w:r>
    </w:p>
    <w:p>
      <w:r>
        <w:t>受理材料邮箱：纺织工程：366965586@qq.com；非织造材料与工程：67841293@qq.com；轻化工程：847094020@qq.com；服装设计与工程：624875663@qq.com。</w:t>
      </w:r>
    </w:p>
    <w:p>
      <w:r>
        <w:t>四、推免生遴选办法</w:t>
      </w:r>
    </w:p>
    <w:p>
      <w:r>
        <w:t>根据本学院申请报名条件进行资格审查，通过者，按以下程序产生推免生名单：</w:t>
      </w:r>
    </w:p>
    <w:p>
      <w:r>
        <w:t>1.学生有参军入伍服兵役、参加志愿服务、到国际组织实习、科研成果、竞赛获奖等因素纳入学院推免生遴选指标体系。</w:t>
      </w:r>
    </w:p>
    <w:p>
      <w:r>
        <w:t>2.对原有综合测评加分中，凡涉及到学生特殊学术专长，学院将成立专家审核小组，对申请推免学生的科研创新成果、论文、竞赛获奖项及内容进行审核鉴定，并组织相关学生进行公开答辩，未通过审核鉴定或答辩的，不得计入申请学生的综合测评成绩。答辩全程录音录像，答辩结果进行公示，具体时间地点另行通知。</w:t>
      </w:r>
    </w:p>
    <w:p>
      <w:r>
        <w:t>2.学院推免生工作小组将在学校下达的限额内，对申请学生的前三年总综合测评成绩，排序确定推荐学生名单上报研究生院，并在学院网站公示。</w:t>
      </w:r>
    </w:p>
    <w:p>
      <w:r>
        <w:t>五、学院推免生工作领导小组</w:t>
      </w:r>
    </w:p>
    <w:p>
      <w:r>
        <w:t>咨询、申诉电话：0513-85012837、0513-85012831</w:t>
      </w:r>
    </w:p>
    <w:p>
      <w:r>
        <w:t>六、其他事项按照教育部和学校有关文件规定执行。</w:t>
      </w:r>
    </w:p>
    <w:p>
      <w:r>
        <w:t>2021年9月13日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