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机械工程学院2020年推免生工作实施细则</w:t>
      </w:r>
    </w:p>
    <w:p>
      <w:r>
        <w:t>为做好我院推荐免试攻读硕士学位研究生工作，根据南通大学《关于做好推荐20 20年优秀应届本科毕业生免试攻读硕士学位研究生工作的通知》精神，结合本院实际情况，制定本实施细则。</w:t>
      </w:r>
    </w:p>
    <w:p>
      <w:r>
        <w:t>一、推免名额</w:t>
      </w:r>
    </w:p>
    <w:p>
      <w:r>
        <w:t>总名额：1 1人</w:t>
      </w:r>
    </w:p>
    <w:p>
      <w:r>
        <w:t>涉及学科专业如下：机械工程专业，机械电子工程、机械设计制造及其自动化、测控技术与仪器</w:t>
      </w:r>
    </w:p>
    <w:p>
      <w:r>
        <w:t>二、申请报名条件</w:t>
      </w:r>
    </w:p>
    <w:p>
      <w:r>
        <w:t>普通申请者在符合学校规定的申请推荐基本条件的基础上，须满足以下条件：</w:t>
      </w:r>
    </w:p>
    <w:p>
      <w:r>
        <w:t>1．3年综合测评分排名位居本专业本年级学生前1/3，必修课和限选课成绩优良，冲抵前成绩不能有不及格；</w:t>
      </w:r>
    </w:p>
    <w:p>
      <w:r>
        <w:t>2．英语CET 4成绩425分（含）以上；</w:t>
      </w:r>
    </w:p>
    <w:p>
      <w:r>
        <w:t>3．机械类专业、测控技术与仪器等相关工科专业学生；</w:t>
      </w:r>
    </w:p>
    <w:p>
      <w:r>
        <w:t>4．预计能正常毕业并获得学士学位；</w:t>
      </w:r>
    </w:p>
    <w:p>
      <w:r>
        <w:t>三、申请受理时间、地点</w:t>
      </w:r>
    </w:p>
    <w:p>
      <w:r>
        <w:t>1．学校网报系统（http://yjs.ntu.edu.cn /，推免生申请）报名时间</w:t>
      </w:r>
    </w:p>
    <w:p>
      <w:r>
        <w:t>9月7日18 :00 ——9月1 2日9 :00</w:t>
      </w:r>
    </w:p>
    <w:p>
      <w:r>
        <w:t>2．书面申请受理时间、地点</w:t>
      </w:r>
    </w:p>
    <w:p>
      <w:r>
        <w:t>截止时间：9月1 2日15:00之前</w:t>
      </w:r>
    </w:p>
    <w:p>
      <w:r>
        <w:t>受理地点：主校区12楼725室</w:t>
      </w:r>
    </w:p>
    <w:p>
      <w:r>
        <w:t>四、推免生名单产生办法</w:t>
      </w:r>
    </w:p>
    <w:p>
      <w:r>
        <w:t>根据本学院申请报名条件进行资格审查，通过者，按以下程序产生推免生名单：</w:t>
      </w:r>
    </w:p>
    <w:p>
      <w:r>
        <w:t>1 .获“挑战杯”全国大学生课外学术科技作品竞赛特等奖前2名、一等奖第1名者；在部队荣立二等功及以上退役人员；可直接获得推荐资格。</w:t>
      </w:r>
    </w:p>
    <w:p>
      <w:r>
        <w:t>2 .其他申请者：</w:t>
      </w:r>
    </w:p>
    <w:p>
      <w:r>
        <w:t>根据总成绩由高到低排定顺序，确定拟推荐名单。</w:t>
      </w:r>
    </w:p>
    <w:p>
      <w:r>
        <w:t>总成绩由素质综合测评三年平均成绩（满分100分）和面试成绩（满分100分）两部分构成，权重分别为5 0 %、5 0 %。</w:t>
      </w:r>
    </w:p>
    <w:p>
      <w:r>
        <w:t>总成绩＝素质综合测评平均成绩× 5 0%＋面试成绩× 5 0%</w:t>
      </w:r>
    </w:p>
    <w:p>
      <w:r>
        <w:t>面试时间：9月17日8:00；地点：主校区12楼307室</w:t>
      </w:r>
    </w:p>
    <w:p>
      <w:r>
        <w:t>五、学院推免生工作领导小组成员</w:t>
      </w:r>
    </w:p>
    <w:p>
      <w:r>
        <w:t>组长：倪红军、徐晓艳</w:t>
      </w:r>
    </w:p>
    <w:p>
      <w:r>
        <w:t>成员：姚兴田、孙汉中、张福豹、邓勇</w:t>
      </w:r>
    </w:p>
    <w:p>
      <w:r>
        <w:t>咨询、申诉电话：85012550</w:t>
      </w:r>
    </w:p>
    <w:p>
      <w:r>
        <w:t>六、其他事项按照学校有关文件规定执行。</w:t>
      </w:r>
    </w:p>
    <w:p>
      <w:r>
        <w:t>201 9年9月10日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