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机械工程学院推荐2024年免试攻读硕士学位研究生综合测评成绩排名公示</w:t>
      </w:r>
    </w:p>
    <w:p>
      <w:r>
        <w:t>现将南通大学机械工程学院2024年免试攻读硕士学位研究生综合测评排名予以公示，公示时间2023年9月18日-2023年9月20日，公示期内如有异议，请于2023年9月20日19:00前反映。</w:t>
      </w:r>
    </w:p>
    <w:p>
      <w:r>
        <w:t>联系人：拜老师联系电话：0513-85012165、0513-85012184电子邮箱：xsglk@ntu.edu.cn、306432627@qq.com</w:t>
      </w:r>
    </w:p>
    <w:p>
      <w:r>
        <w:t>测仪-推荐免试攻读硕士学位研究生综合测评成绩排名公示表.xls</w:t>
      </w:r>
    </w:p>
    <w:p>
      <w:r>
        <w:t>机电-推荐免试攻读硕士学位研究生综合测评成绩排名公示表.xls</w:t>
      </w:r>
    </w:p>
    <w:p>
      <w:r>
        <w:t>机设-推荐免试攻读硕士学位研究生综合测评成绩排名公示表.xls</w:t>
      </w:r>
    </w:p>
    <w:p>
      <w:r>
        <w:t>机械-推荐免试攻读硕士学位研究生综合测评成绩排名公示表.xls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