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机械工程学院拟推荐免试攻读硕士研究生初审名单公示</w:t>
      </w:r>
    </w:p>
    <w:p>
      <w:r>
        <w:t>根据南通大学《关于做好推荐2020年优秀应届本科毕业生免试攻读硕士学位研究生工作的通知》及《南通大学机械工程学院2020年优秀应届本科毕业生免试攻读硕士学位研究生工作实施细则》的精神，经个人申请，学院审核、面试、学院推免生工作领导小组讨论决定，以下同学获得拟推荐免试攻读硕士研究生资格，现予以公示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序号</w:t>
            </w:r>
          </w:p>
        </w:tc>
        <w:tc>
          <w:tcPr>
            <w:tcW w:type="dxa" w:w="1728"/>
          </w:tcPr>
          <w:p>
            <w:r>
              <w:t>学号</w:t>
            </w:r>
          </w:p>
        </w:tc>
        <w:tc>
          <w:tcPr>
            <w:tcW w:type="dxa" w:w="1728"/>
          </w:tcPr>
          <w:p>
            <w:r>
              <w:t>专业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备注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1610042091</w:t>
            </w:r>
          </w:p>
        </w:tc>
        <w:tc>
          <w:tcPr>
            <w:tcW w:type="dxa" w:w="1728"/>
          </w:tcPr>
          <w:p>
            <w:r>
              <w:t>机械设计制造及其自动化</w:t>
            </w:r>
          </w:p>
        </w:tc>
        <w:tc>
          <w:tcPr>
            <w:tcW w:type="dxa" w:w="1728"/>
          </w:tcPr>
          <w:p>
            <w:r>
              <w:t>杨九铜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1610021005</w:t>
            </w:r>
          </w:p>
        </w:tc>
        <w:tc>
          <w:tcPr>
            <w:tcW w:type="dxa" w:w="1728"/>
          </w:tcPr>
          <w:p>
            <w:r>
              <w:t>机械电子工程</w:t>
            </w:r>
          </w:p>
        </w:tc>
        <w:tc>
          <w:tcPr>
            <w:tcW w:type="dxa" w:w="1728"/>
          </w:tcPr>
          <w:p>
            <w:r>
              <w:t>杨梅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1610042089</w:t>
            </w:r>
          </w:p>
        </w:tc>
        <w:tc>
          <w:tcPr>
            <w:tcW w:type="dxa" w:w="1728"/>
          </w:tcPr>
          <w:p>
            <w:r>
              <w:t>机械设计制造及其自动化</w:t>
            </w:r>
          </w:p>
        </w:tc>
        <w:tc>
          <w:tcPr>
            <w:tcW w:type="dxa" w:w="1728"/>
          </w:tcPr>
          <w:p>
            <w:r>
              <w:t>许海岩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1610011035</w:t>
            </w:r>
          </w:p>
        </w:tc>
        <w:tc>
          <w:tcPr>
            <w:tcW w:type="dxa" w:w="1728"/>
          </w:tcPr>
          <w:p>
            <w:r>
              <w:t>机械工程</w:t>
            </w:r>
          </w:p>
        </w:tc>
        <w:tc>
          <w:tcPr>
            <w:tcW w:type="dxa" w:w="1728"/>
          </w:tcPr>
          <w:p>
            <w:r>
              <w:t>宋家圳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1610042036</w:t>
            </w:r>
          </w:p>
        </w:tc>
        <w:tc>
          <w:tcPr>
            <w:tcW w:type="dxa" w:w="1728"/>
          </w:tcPr>
          <w:p>
            <w:r>
              <w:t>机械设计制造及其自动化</w:t>
            </w:r>
          </w:p>
        </w:tc>
        <w:tc>
          <w:tcPr>
            <w:tcW w:type="dxa" w:w="1728"/>
          </w:tcPr>
          <w:p>
            <w:r>
              <w:t>陈妍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1610032002</w:t>
            </w:r>
          </w:p>
        </w:tc>
        <w:tc>
          <w:tcPr>
            <w:tcW w:type="dxa" w:w="1728"/>
          </w:tcPr>
          <w:p>
            <w:r>
              <w:t>测控技术与仪器</w:t>
            </w:r>
          </w:p>
        </w:tc>
        <w:tc>
          <w:tcPr>
            <w:tcW w:type="dxa" w:w="1728"/>
          </w:tcPr>
          <w:p>
            <w:r>
              <w:t>郝壮壮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1610032044</w:t>
            </w:r>
          </w:p>
        </w:tc>
        <w:tc>
          <w:tcPr>
            <w:tcW w:type="dxa" w:w="1728"/>
          </w:tcPr>
          <w:p>
            <w:r>
              <w:t>测控技术与仪器</w:t>
            </w:r>
          </w:p>
        </w:tc>
        <w:tc>
          <w:tcPr>
            <w:tcW w:type="dxa" w:w="1728"/>
          </w:tcPr>
          <w:p>
            <w:r>
              <w:t>李斌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1610042019</w:t>
            </w:r>
          </w:p>
        </w:tc>
        <w:tc>
          <w:tcPr>
            <w:tcW w:type="dxa" w:w="1728"/>
          </w:tcPr>
          <w:p>
            <w:r>
              <w:t>机械设计制造及其自动化</w:t>
            </w:r>
          </w:p>
        </w:tc>
        <w:tc>
          <w:tcPr>
            <w:tcW w:type="dxa" w:w="1728"/>
          </w:tcPr>
          <w:p>
            <w:r>
              <w:t>徐康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1610042103</w:t>
            </w:r>
          </w:p>
        </w:tc>
        <w:tc>
          <w:tcPr>
            <w:tcW w:type="dxa" w:w="1728"/>
          </w:tcPr>
          <w:p>
            <w:r>
              <w:t>机械设计制造及其自动化</w:t>
            </w:r>
          </w:p>
        </w:tc>
        <w:tc>
          <w:tcPr>
            <w:tcW w:type="dxa" w:w="1728"/>
          </w:tcPr>
          <w:p>
            <w:r>
              <w:t>朱鹏飞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1610011004</w:t>
            </w:r>
          </w:p>
        </w:tc>
        <w:tc>
          <w:tcPr>
            <w:tcW w:type="dxa" w:w="1728"/>
          </w:tcPr>
          <w:p>
            <w:r>
              <w:t>机械工程</w:t>
            </w:r>
          </w:p>
        </w:tc>
        <w:tc>
          <w:tcPr>
            <w:tcW w:type="dxa" w:w="1728"/>
          </w:tcPr>
          <w:p>
            <w:r>
              <w:t>吴溦杨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11</w:t>
            </w:r>
          </w:p>
        </w:tc>
        <w:tc>
          <w:tcPr>
            <w:tcW w:type="dxa" w:w="1728"/>
          </w:tcPr>
          <w:p>
            <w:r>
              <w:t>1610021030</w:t>
            </w:r>
          </w:p>
        </w:tc>
        <w:tc>
          <w:tcPr>
            <w:tcW w:type="dxa" w:w="1728"/>
          </w:tcPr>
          <w:p>
            <w:r>
              <w:t>机械电子工程</w:t>
            </w:r>
          </w:p>
        </w:tc>
        <w:tc>
          <w:tcPr>
            <w:tcW w:type="dxa" w:w="1728"/>
          </w:tcPr>
          <w:p>
            <w:r>
              <w:t>王佳佳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12</w:t>
            </w:r>
          </w:p>
        </w:tc>
        <w:tc>
          <w:tcPr>
            <w:tcW w:type="dxa" w:w="1728"/>
          </w:tcPr>
          <w:p>
            <w:r>
              <w:t>161003 2 0 5 0</w:t>
            </w:r>
          </w:p>
        </w:tc>
        <w:tc>
          <w:tcPr>
            <w:tcW w:type="dxa" w:w="1728"/>
          </w:tcPr>
          <w:p>
            <w:r>
              <w:t>测控技术与仪器</w:t>
            </w:r>
          </w:p>
        </w:tc>
        <w:tc>
          <w:tcPr>
            <w:tcW w:type="dxa" w:w="1728"/>
          </w:tcPr>
          <w:p>
            <w:r>
              <w:t>张子恒</w:t>
            </w:r>
          </w:p>
        </w:tc>
        <w:tc>
          <w:tcPr>
            <w:tcW w:type="dxa" w:w="1728"/>
          </w:tcPr>
          <w:p>
            <w:r/>
          </w:p>
        </w:tc>
      </w:tr>
    </w:tbl>
    <w:p>
      <w:r>
        <w:t>若对上述公示名单有异议，请向机械工程学院研究生工作办公室反映。联系电话：85012550，联系人：张老师</w:t>
      </w:r>
    </w:p>
    <w:p>
      <w:r>
        <w:t>机械工程学院</w:t>
      </w:r>
    </w:p>
    <w:p>
      <w:r>
        <w:t>2019年9月19日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