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机械工程学院关于申请推免学生特殊学术专长通过审核鉴定和公开答辩的名单公示</w:t>
      </w:r>
    </w:p>
    <w:p>
      <w:r>
        <w:t>根据《南通大学2027年推荐优秀应届本科毕业生免试攻读研究生工作办法》，经学院推免生专家审核小组审核鉴定和组织学生公开答辩，现将通过审核鉴定和答辩的名单予以公示（排名不分先后）。</w:t>
      </w:r>
    </w:p>
    <w:p>
      <w:r>
        <w:t>测控技术与仪器专业:李欣雨、刘培、陈杰、薛莹莹、曹智嘉</w:t>
      </w:r>
    </w:p>
    <w:p>
      <w:r>
        <w:t>机械工程专业：吴绍尉、苗伟、张天雅、杜仁典、姚舜杰、孙欣逸</w:t>
      </w:r>
    </w:p>
    <w:p>
      <w:r>
        <w:t>机械电子工程专业：孙子昂、俞露、吴琼、孙婉如、薛祯、王梓少、仁义春、李智康、王国举、孙宇航、柳昊昊</w:t>
      </w:r>
    </w:p>
    <w:p>
      <w:r>
        <w:t>机械设计制造及其自动化专业：徐守伟、郁雨航、后娟、袁晨、柏徐慧、王占豪、赵艺、陈祺、李翔、段凯波、翁晟奕</w:t>
      </w:r>
    </w:p>
    <w:p>
      <w:r>
        <w:t>公示时间为9月9日至9月11日，如有异议，请在公示时间内向院学工办反映，电话：0513-85012672。</w:t>
      </w:r>
    </w:p>
    <w:p>
      <w:r>
        <w:t>特此公示。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