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南通大学机械工程学院推荐2023年优秀应届本科毕业生免试攻读硕士研究生名单</w:t>
      </w:r>
    </w:p>
    <w:p>
      <w:r>
        <w:t>根据教育部《2023年全国硕士研究生招生工作管理规定》、南通大学《关于做好推荐2023年优秀应届本科毕业生免试项读硕士学位研究生工作的通知》和《机械工程学院2023年推荐优秀应届本科毕业生免试攻读硕士学位研究生工作实施细则》等相关文件要求精神，经学生自主申报，学院审核，现将拟推荐2023年免试攻读硕士学位研究生名单公示如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专业名称</w:t>
            </w:r>
          </w:p>
        </w:tc>
        <w:tc>
          <w:tcPr>
            <w:tcW w:type="dxa" w:w="2880"/>
          </w:tcPr>
          <w:p>
            <w:r>
              <w:t>学号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测控技术与仪器</w:t>
            </w:r>
          </w:p>
        </w:tc>
        <w:tc>
          <w:tcPr>
            <w:tcW w:type="dxa" w:w="2880"/>
          </w:tcPr>
          <w:p>
            <w:r>
              <w:t>1910110104</w:t>
            </w:r>
          </w:p>
        </w:tc>
        <w:tc>
          <w:tcPr>
            <w:tcW w:type="dxa" w:w="2880"/>
          </w:tcPr>
          <w:p>
            <w:r>
              <w:t>赵飞</w:t>
            </w:r>
          </w:p>
        </w:tc>
      </w:tr>
      <w:tr>
        <w:tc>
          <w:tcPr>
            <w:tcW w:type="dxa" w:w="2880"/>
          </w:tcPr>
          <w:p>
            <w:r>
              <w:t>测控技术与仪器</w:t>
            </w:r>
          </w:p>
        </w:tc>
        <w:tc>
          <w:tcPr>
            <w:tcW w:type="dxa" w:w="2880"/>
          </w:tcPr>
          <w:p>
            <w:r>
              <w:t>1910110115</w:t>
            </w:r>
          </w:p>
        </w:tc>
        <w:tc>
          <w:tcPr>
            <w:tcW w:type="dxa" w:w="2880"/>
          </w:tcPr>
          <w:p>
            <w:r>
              <w:t>王越</w:t>
            </w:r>
          </w:p>
        </w:tc>
      </w:tr>
      <w:tr>
        <w:tc>
          <w:tcPr>
            <w:tcW w:type="dxa" w:w="2880"/>
          </w:tcPr>
          <w:p>
            <w:r>
              <w:t>机械设计制造及其自动化</w:t>
            </w:r>
          </w:p>
        </w:tc>
        <w:tc>
          <w:tcPr>
            <w:tcW w:type="dxa" w:w="2880"/>
          </w:tcPr>
          <w:p>
            <w:r>
              <w:t>1910110209</w:t>
            </w:r>
          </w:p>
        </w:tc>
        <w:tc>
          <w:tcPr>
            <w:tcW w:type="dxa" w:w="2880"/>
          </w:tcPr>
          <w:p>
            <w:r>
              <w:t>汪徐</w:t>
            </w:r>
          </w:p>
        </w:tc>
      </w:tr>
      <w:tr>
        <w:tc>
          <w:tcPr>
            <w:tcW w:type="dxa" w:w="2880"/>
          </w:tcPr>
          <w:p>
            <w:r>
              <w:t>机械设计制造及其自动化</w:t>
            </w:r>
          </w:p>
        </w:tc>
        <w:tc>
          <w:tcPr>
            <w:tcW w:type="dxa" w:w="2880"/>
          </w:tcPr>
          <w:p>
            <w:r>
              <w:t>1910110133</w:t>
            </w:r>
          </w:p>
        </w:tc>
        <w:tc>
          <w:tcPr>
            <w:tcW w:type="dxa" w:w="2880"/>
          </w:tcPr>
          <w:p>
            <w:r>
              <w:t>于嘉浩</w:t>
            </w:r>
          </w:p>
        </w:tc>
      </w:tr>
      <w:tr>
        <w:tc>
          <w:tcPr>
            <w:tcW w:type="dxa" w:w="2880"/>
          </w:tcPr>
          <w:p>
            <w:r>
              <w:t>机械设计制造及其自动化</w:t>
            </w:r>
          </w:p>
        </w:tc>
        <w:tc>
          <w:tcPr>
            <w:tcW w:type="dxa" w:w="2880"/>
          </w:tcPr>
          <w:p>
            <w:r>
              <w:t>1910110216</w:t>
            </w:r>
          </w:p>
        </w:tc>
        <w:tc>
          <w:tcPr>
            <w:tcW w:type="dxa" w:w="2880"/>
          </w:tcPr>
          <w:p>
            <w:r>
              <w:t>肖祥</w:t>
            </w:r>
          </w:p>
        </w:tc>
      </w:tr>
      <w:tr>
        <w:tc>
          <w:tcPr>
            <w:tcW w:type="dxa" w:w="2880"/>
          </w:tcPr>
          <w:p>
            <w:r>
              <w:t>机械设计制造及其自动化</w:t>
            </w:r>
          </w:p>
        </w:tc>
        <w:tc>
          <w:tcPr>
            <w:tcW w:type="dxa" w:w="2880"/>
          </w:tcPr>
          <w:p>
            <w:r>
              <w:t>1910110213</w:t>
            </w:r>
          </w:p>
        </w:tc>
        <w:tc>
          <w:tcPr>
            <w:tcW w:type="dxa" w:w="2880"/>
          </w:tcPr>
          <w:p>
            <w:r>
              <w:t>潘怡灵</w:t>
            </w:r>
          </w:p>
        </w:tc>
      </w:tr>
      <w:tr>
        <w:tc>
          <w:tcPr>
            <w:tcW w:type="dxa" w:w="2880"/>
          </w:tcPr>
          <w:p>
            <w:r>
              <w:t>机械电子工程</w:t>
            </w:r>
          </w:p>
        </w:tc>
        <w:tc>
          <w:tcPr>
            <w:tcW w:type="dxa" w:w="2880"/>
          </w:tcPr>
          <w:p>
            <w:r>
              <w:t>1910110003</w:t>
            </w:r>
          </w:p>
        </w:tc>
        <w:tc>
          <w:tcPr>
            <w:tcW w:type="dxa" w:w="2880"/>
          </w:tcPr>
          <w:p>
            <w:r>
              <w:t>严嘉雯</w:t>
            </w:r>
          </w:p>
        </w:tc>
      </w:tr>
      <w:tr>
        <w:tc>
          <w:tcPr>
            <w:tcW w:type="dxa" w:w="2880"/>
          </w:tcPr>
          <w:p>
            <w:r>
              <w:t>机械电子工程</w:t>
            </w:r>
          </w:p>
        </w:tc>
        <w:tc>
          <w:tcPr>
            <w:tcW w:type="dxa" w:w="2880"/>
          </w:tcPr>
          <w:p>
            <w:r>
              <w:t>1910110041</w:t>
            </w:r>
          </w:p>
        </w:tc>
        <w:tc>
          <w:tcPr>
            <w:tcW w:type="dxa" w:w="2880"/>
          </w:tcPr>
          <w:p>
            <w:r>
              <w:t>台环宇</w:t>
            </w:r>
          </w:p>
        </w:tc>
      </w:tr>
      <w:tr>
        <w:tc>
          <w:tcPr>
            <w:tcW w:type="dxa" w:w="2880"/>
          </w:tcPr>
          <w:p>
            <w:r>
              <w:t>机械电子工程</w:t>
            </w:r>
          </w:p>
        </w:tc>
        <w:tc>
          <w:tcPr>
            <w:tcW w:type="dxa" w:w="2880"/>
          </w:tcPr>
          <w:p>
            <w:r>
              <w:t>1910110043</w:t>
            </w:r>
          </w:p>
        </w:tc>
        <w:tc>
          <w:tcPr>
            <w:tcW w:type="dxa" w:w="2880"/>
          </w:tcPr>
          <w:p>
            <w:r>
              <w:t>李梓飞</w:t>
            </w:r>
          </w:p>
        </w:tc>
      </w:tr>
      <w:tr>
        <w:tc>
          <w:tcPr>
            <w:tcW w:type="dxa" w:w="2880"/>
          </w:tcPr>
          <w:p>
            <w:r>
              <w:t>机械工程</w:t>
            </w:r>
          </w:p>
        </w:tc>
        <w:tc>
          <w:tcPr>
            <w:tcW w:type="dxa" w:w="2880"/>
          </w:tcPr>
          <w:p>
            <w:r>
              <w:t>1910110270</w:t>
            </w:r>
          </w:p>
        </w:tc>
        <w:tc>
          <w:tcPr>
            <w:tcW w:type="dxa" w:w="2880"/>
          </w:tcPr>
          <w:p>
            <w:r>
              <w:t>马绪康</w:t>
            </w:r>
          </w:p>
        </w:tc>
      </w:tr>
      <w:tr>
        <w:tc>
          <w:tcPr>
            <w:tcW w:type="dxa" w:w="2880"/>
          </w:tcPr>
          <w:p>
            <w:r>
              <w:t>机械工程</w:t>
            </w:r>
          </w:p>
        </w:tc>
        <w:tc>
          <w:tcPr>
            <w:tcW w:type="dxa" w:w="2880"/>
          </w:tcPr>
          <w:p>
            <w:r>
              <w:t>1910110262</w:t>
            </w:r>
          </w:p>
        </w:tc>
        <w:tc>
          <w:tcPr>
            <w:tcW w:type="dxa" w:w="2880"/>
          </w:tcPr>
          <w:p>
            <w:r>
              <w:t>赵璐瑶</w:t>
            </w:r>
          </w:p>
        </w:tc>
      </w:tr>
      <w:tr>
        <w:tc>
          <w:tcPr>
            <w:tcW w:type="dxa" w:w="2880"/>
          </w:tcPr>
          <w:p>
            <w:r>
              <w:t>机械工程</w:t>
            </w:r>
          </w:p>
        </w:tc>
        <w:tc>
          <w:tcPr>
            <w:tcW w:type="dxa" w:w="2880"/>
          </w:tcPr>
          <w:p>
            <w:r>
              <w:t>1910110247</w:t>
            </w:r>
          </w:p>
        </w:tc>
        <w:tc>
          <w:tcPr>
            <w:tcW w:type="dxa" w:w="2880"/>
          </w:tcPr>
          <w:p>
            <w:r>
              <w:t>聂瑾瑶</w:t>
            </w:r>
          </w:p>
        </w:tc>
      </w:tr>
      <w:tr>
        <w:tc>
          <w:tcPr>
            <w:tcW w:type="dxa" w:w="2880"/>
          </w:tcPr>
          <w:p>
            <w:r>
              <w:t>机械工程</w:t>
            </w:r>
          </w:p>
        </w:tc>
        <w:tc>
          <w:tcPr>
            <w:tcW w:type="dxa" w:w="2880"/>
          </w:tcPr>
          <w:p>
            <w:r>
              <w:t>1910110245</w:t>
            </w:r>
          </w:p>
        </w:tc>
        <w:tc>
          <w:tcPr>
            <w:tcW w:type="dxa" w:w="2880"/>
          </w:tcPr>
          <w:p>
            <w:r>
              <w:t>朱冰鉴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