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文学院推荐2026年免试攻读研究生综合成绩排名表公示</w:t>
      </w:r>
    </w:p>
    <w:p>
      <w:r>
        <w:t>根据《关于做好2026年推荐优秀应届本科毕业生免试攻读研究生工作的通知》，现公示文学院2026届本科毕业生综合成绩排名表。</w:t>
      </w:r>
    </w:p>
    <w:p>
      <w:r>
        <w:t>如有疑问，请在公示时间内与学生工作办公室联系。</w:t>
      </w:r>
    </w:p>
    <w:p>
      <w:r>
        <w:t>公示时间:2025年9月5日-9月9日</w:t>
      </w:r>
    </w:p>
    <w:p>
      <w:r>
        <w:t>联系人:陈老师，电话:0513-85012502；电子邮箱：3396542197@qq.com</w:t>
      </w:r>
    </w:p>
    <w:p>
      <w:r>
        <w:t>南通大学学生工作处，电话：0513-85012166；电子邮箱：xsglk@ntu.edu.cn</w:t>
      </w:r>
    </w:p>
    <w:p>
      <w:r>
        <w:t>汉语国际教育专业2026年推荐免试攻读研究生综合成绩排名公示表.xls汉语言文学（师范）（农村定向）专业推荐免试攻读研究生综合成绩排名公示表.xls汉语言文学（师范）专业2026年推荐免试攻读研究生综合成绩排名公示表.xls秘书学专业2026年推荐免试攻读研究生综合成绩排名公示表.xlsx新闻学专业2026年推荐免试攻读研究生综合成绩排名公示表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