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文学院拟推荐2027年优秀应届本科毕业生免试攻读硕士学位研究生名单</w:t>
      </w:r>
    </w:p>
    <w:p>
      <w:r>
        <w:t>根据南通大学《关于做好2027年推荐优秀应届本科毕业生免试攻读研究生工作的通知》和《文学院推荐优秀应届本科毕业生202 7年免试攻读硕士研究生工作实施细则》等相关文件要求精神，经学生自主申报，学院审核，现将拟推荐202 7年免试攻读硕士学位研究生名单公示如下：</w:t>
      </w:r>
    </w:p>
    <w:p>
      <w:r>
        <w:t>公示时间：9月11日— 9月13日</w:t>
      </w:r>
    </w:p>
    <w:p>
      <w:r>
        <w:t>如有疑问，请联系学生工作办公室，联系电话0513-85012502。</w:t>
      </w:r>
    </w:p>
    <w:p>
      <w:r>
        <w:t>公示推荐2027年优秀应届本科毕业生免试攻读研究生名单（14人）.xls</w:t>
      </w:r>
    </w:p>
    <w:p>
      <w:r>
        <w:t>南通大学文学院学生工作办公室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