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文学院关于2025年推荐免试攻读硕士学位研究生综合测评成绩排名表的公示</w:t>
      </w:r>
    </w:p>
    <w:p>
      <w:r>
        <w:t>经学院评议，现将推荐免试攻读硕士学位研究生综合测评成绩排名表公示(见表格)，敬请班级同学监督，如有意见和建议请于9月10日前向文学院学工办（电话85012502，电子邮箱670677193 @qq.com）或者南通大学学生工作处（电话：85012165，电子邮箱：xsglk@ntu.edu.cn）反映。</w:t>
      </w:r>
    </w:p>
    <w:p>
      <w:r>
        <w:t>南通大学文学院学生工作办公室</w:t>
      </w:r>
    </w:p>
    <w:p>
      <w:r>
        <w:t>2024年9月9日</w:t>
      </w:r>
    </w:p>
    <w:p>
      <w:r>
        <w:t>文学院2025年推荐免试攻读硕士学位研究生综合成绩排名表.xlsx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