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【公示】2014年文学院推免复试名单公示</w:t>
      </w:r>
    </w:p>
    <w:p>
      <w:r>
        <w:t>李姝雯秦峰吴翔胡春花</w:t>
      </w:r>
    </w:p>
    <w:p>
      <w:r>
        <w:t>中国现当代文学：</w:t>
      </w:r>
    </w:p>
    <w:p>
      <w:r>
        <w:t>王瑾徐文君郝瑞娟</w:t>
      </w:r>
    </w:p>
    <w:p>
      <w:r>
        <w:t>比较文学与世界文学：</w:t>
      </w:r>
    </w:p>
    <w:p>
      <w:r>
        <w:t>贺聪张明月</w:t>
      </w:r>
    </w:p>
    <w:p>
      <w:r>
        <w:t>公示期：2013年9月30日至2013年10月2日</w:t>
      </w:r>
    </w:p>
    <w:p>
      <w:r>
        <w:t>信息反馈：文学院纪检委员刘建芳老师，13962972030。</w:t>
      </w:r>
    </w:p>
    <w:p>
      <w:r>
        <w:t>文学院</w:t>
      </w:r>
    </w:p>
    <w:p>
      <w:r>
        <w:t>2013年9月30日</w:t>
      </w:r>
    </w:p>
    <w:p>
      <w:r>
        <w:t>2014年推免复试安排表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