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【公示】2014年度文学院推免初试名单公示</w:t>
      </w:r>
    </w:p>
    <w:p>
      <w:r>
        <w:t>由学生本人报名，经文学院2014年推免工作小组及学校审核，符合推免条件的初试学生名单公示如下：</w:t>
      </w:r>
    </w:p>
    <w:p>
      <w:r>
        <w:t>吴翔秦峰胡春花王瑾徐文君</w:t>
      </w:r>
    </w:p>
    <w:p>
      <w:r>
        <w:t>郝瑞娟张明月</w:t>
      </w:r>
    </w:p>
    <w:p>
      <w:r>
        <w:t>公示期：2013年9月27日至2013年10月1日</w:t>
      </w:r>
    </w:p>
    <w:p>
      <w:r>
        <w:t>信息反馈：文学院纪检委员刘建芳老师，13962972030。</w:t>
      </w:r>
    </w:p>
    <w:p>
      <w:r>
        <w:t>（预免生直接取得复试资格，不在此名单中。）</w:t>
      </w:r>
    </w:p>
    <w:p>
      <w:r>
        <w:t>初试考试安排：（请考生带好证件及2B铅笔）</w:t>
      </w:r>
    </w:p>
    <w:p>
      <w:r>
        <w:t>英语：8:30—11:30 JX01-206</w:t>
      </w:r>
    </w:p>
    <w:p>
      <w:r>
        <w:t>专业：14:00—16:00 JX01-108</w:t>
      </w:r>
    </w:p>
    <w:p>
      <w:r>
        <w:t>文学院</w:t>
      </w:r>
    </w:p>
    <w:p>
      <w:r>
        <w:t>2013年9月27日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