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【公示】文学院2018级推荐免试攻读硕士学位研究生名单公示</w:t>
      </w:r>
    </w:p>
    <w:p>
      <w:r>
        <w:t>文学院按照推荐免试研究生条件和有关程序择优推荐我校“20 2 2年优秀应届本科毕业生免试攻读硕士学位研究生”学生名单公示如下，公示时间为2021年9月21日至9月2 4日，公示期内如有异议，请于9月2 4日前反馈，反馈电话850123 86。</w:t>
      </w:r>
    </w:p>
    <w:p>
      <w:r>
        <w:t>南通大学文学院推荐2022年优秀应届本科毕业生免试攻读硕士学位研究生名单.xls</w:t>
      </w:r>
    </w:p>
    <w:p>
      <w:r>
        <w:t>文学院推免工作小组</w:t>
      </w:r>
    </w:p>
    <w:p>
      <w:r>
        <w:t>2021年9月21日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