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教育科学学院拟推荐2027年优秀应届本科毕业生免试攻读硕士学位研究生（硕师计划）名单公示</w:t>
      </w:r>
    </w:p>
    <w:p>
      <w:r>
        <w:t>根据《关于做好我校2027年“农村学校教育硕士师资培养计划”实施工作》的通知和工作要求，现将教育科学学院拟推荐2027年优秀应届本科毕业生免试</w:t>
      </w:r>
    </w:p>
    <w:p>
      <w:r>
        <w:t>攻读硕士学位研究生（硕师计划）名单公示（见附件），公示期9月11日-9月13日，如有异议，请于公示期内向以下部门反映。</w:t>
      </w:r>
    </w:p>
    <w:p>
      <w:r>
        <w:t>学院联系电话：0513-55003213，电子邮箱：93328106@qq.com。</w:t>
      </w:r>
    </w:p>
    <w:p>
      <w:r>
        <w:t>附件3：推荐优秀应届本科毕业生2027年免试攻读硕士学位研究生名单（硕师计划）.xls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