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教育科学学院拟推荐2025年优秀应届本科毕业生免试攻读研究生综合成绩排名公示</w:t>
      </w:r>
    </w:p>
    <w:p>
      <w:r>
        <w:t>根据《关于做好2025年推荐优秀应届本科毕业生免试攻读研究生工作的通知》，现公示教育科学学院2025届本科毕业生综合成绩排名表，公示时间为2024年9月11日-9月13日，公示期为3个工作日。</w:t>
      </w:r>
    </w:p>
    <w:p>
      <w:r>
        <w:t>学院电话：0513-55003213，电子邮箱：1392834226@qq.com。</w:t>
      </w:r>
    </w:p>
    <w:p>
      <w:r>
        <w:t>学生工作处电话：85012165，电子邮箱：xsglk@ntu.edu.cn。</w:t>
      </w:r>
    </w:p>
    <w:p>
      <w:r>
        <w:t>教育技术学（师范）专业年级推荐2025年免试攻读研究生综合成绩排名表.xls.xls</w:t>
      </w:r>
    </w:p>
    <w:p>
      <w:r>
        <w:t>小学教育（师范）数学方向专业年级推荐2025年免试攻读研究生综合成绩排名表.xls.xls</w:t>
      </w:r>
    </w:p>
    <w:p>
      <w:r>
        <w:t>小学教育（师范）语文方向专业年级推荐2025年免试攻读研究生综合成绩排名表.xls.xls</w:t>
      </w:r>
    </w:p>
    <w:p>
      <w:r>
        <w:t>学前教育(师范)专业年级推荐2025年免试攻读研究生综合成绩排名表.xlsx.xls</w:t>
      </w:r>
    </w:p>
    <w:p>
      <w:r>
        <w:t>应用心理学专业年级推荐2025年免试攻读研究生综合成绩排名表.xls.xls</w:t>
      </w:r>
    </w:p>
    <w:p>
      <w:r>
        <w:t>2024年9月11日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