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教育科学学院拟推荐2024年优秀应届本科毕业生免试攻读“硕师计划”研究生名单</w:t>
      </w:r>
    </w:p>
    <w:p>
      <w:r>
        <w:t>根据省教育厅《关于做好202 4年农村学校教育硕士师资培养计划实施工作的通知》、《南通大学20 24年“农村学校教育硕士师资培养计划”实施工作的预通知》和《教育科学学院202 4年推荐优秀应届本科毕业生攻读“硕师计划”硕士学位研究生工作实施细则》等相关文件要求，经学生自主申报，学院审核，现将拟推荐2024年免试攻读“硕师计划”研究生名单公示如下：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序号</w:t>
            </w:r>
          </w:p>
        </w:tc>
        <w:tc>
          <w:tcPr>
            <w:tcW w:type="dxa" w:w="2160"/>
          </w:tcPr>
          <w:p>
            <w:r>
              <w:t>专业</w:t>
            </w:r>
          </w:p>
        </w:tc>
        <w:tc>
          <w:tcPr>
            <w:tcW w:type="dxa" w:w="2160"/>
          </w:tcPr>
          <w:p>
            <w:r>
              <w:t>学号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小学教育（师范）（农村定向）数学</w:t>
            </w:r>
          </w:p>
        </w:tc>
        <w:tc>
          <w:tcPr>
            <w:tcW w:type="dxa" w:w="2160"/>
          </w:tcPr>
          <w:p>
            <w:r>
              <w:t>2006110434D</w:t>
            </w:r>
          </w:p>
        </w:tc>
        <w:tc>
          <w:tcPr>
            <w:tcW w:type="dxa" w:w="2160"/>
          </w:tcPr>
          <w:p>
            <w:r>
              <w:t>王子越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小学教育（师范）（农村定向）数学</w:t>
            </w:r>
          </w:p>
        </w:tc>
        <w:tc>
          <w:tcPr>
            <w:tcW w:type="dxa" w:w="2160"/>
          </w:tcPr>
          <w:p>
            <w:r>
              <w:t>2006110418D</w:t>
            </w:r>
          </w:p>
        </w:tc>
        <w:tc>
          <w:tcPr>
            <w:tcW w:type="dxa" w:w="2160"/>
          </w:tcPr>
          <w:p>
            <w:r>
              <w:t>黄鹂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小学教育（师范）（农村定向）数学</w:t>
            </w:r>
          </w:p>
        </w:tc>
        <w:tc>
          <w:tcPr>
            <w:tcW w:type="dxa" w:w="2160"/>
          </w:tcPr>
          <w:p>
            <w:r>
              <w:t>2006110419D</w:t>
            </w:r>
          </w:p>
        </w:tc>
        <w:tc>
          <w:tcPr>
            <w:tcW w:type="dxa" w:w="2160"/>
          </w:tcPr>
          <w:p>
            <w:r>
              <w:t>黄薏蓉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小学教育（师范）（农村定向）数学</w:t>
            </w:r>
          </w:p>
        </w:tc>
        <w:tc>
          <w:tcPr>
            <w:tcW w:type="dxa" w:w="2160"/>
          </w:tcPr>
          <w:p>
            <w:r>
              <w:t>2006110447D</w:t>
            </w:r>
          </w:p>
        </w:tc>
        <w:tc>
          <w:tcPr>
            <w:tcW w:type="dxa" w:w="2160"/>
          </w:tcPr>
          <w:p>
            <w:r>
              <w:t>章韵晗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小学教育（师范）（农村定向）数学</w:t>
            </w:r>
          </w:p>
        </w:tc>
        <w:tc>
          <w:tcPr>
            <w:tcW w:type="dxa" w:w="2160"/>
          </w:tcPr>
          <w:p>
            <w:r>
              <w:t>2006110456D</w:t>
            </w:r>
          </w:p>
        </w:tc>
        <w:tc>
          <w:tcPr>
            <w:tcW w:type="dxa" w:w="2160"/>
          </w:tcPr>
          <w:p>
            <w:r>
              <w:t>施亮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小学教育（师范）（农村定向）数学</w:t>
            </w:r>
          </w:p>
        </w:tc>
        <w:tc>
          <w:tcPr>
            <w:tcW w:type="dxa" w:w="2160"/>
          </w:tcPr>
          <w:p>
            <w:r>
              <w:t>2006110416D</w:t>
            </w:r>
          </w:p>
        </w:tc>
        <w:tc>
          <w:tcPr>
            <w:tcW w:type="dxa" w:w="2160"/>
          </w:tcPr>
          <w:p>
            <w:r>
              <w:t>葛欣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小学教育（师范）（农村定向）数学</w:t>
            </w:r>
          </w:p>
        </w:tc>
        <w:tc>
          <w:tcPr>
            <w:tcW w:type="dxa" w:w="2160"/>
          </w:tcPr>
          <w:p>
            <w:r>
              <w:t>2006110433D</w:t>
            </w:r>
          </w:p>
        </w:tc>
        <w:tc>
          <w:tcPr>
            <w:tcW w:type="dxa" w:w="2160"/>
          </w:tcPr>
          <w:p>
            <w:r>
              <w:t>王周钰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小学教育（师范）（农村定向）数学</w:t>
            </w:r>
          </w:p>
        </w:tc>
        <w:tc>
          <w:tcPr>
            <w:tcW w:type="dxa" w:w="2160"/>
          </w:tcPr>
          <w:p>
            <w:r>
              <w:t>2006110383D</w:t>
            </w:r>
          </w:p>
        </w:tc>
        <w:tc>
          <w:tcPr>
            <w:tcW w:type="dxa" w:w="2160"/>
          </w:tcPr>
          <w:p>
            <w:r>
              <w:t>秦子舒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小学教育（师范）（农村定向）英语</w:t>
            </w:r>
          </w:p>
        </w:tc>
        <w:tc>
          <w:tcPr>
            <w:tcW w:type="dxa" w:w="2160"/>
          </w:tcPr>
          <w:p>
            <w:r>
              <w:t>2006110425D</w:t>
            </w:r>
          </w:p>
        </w:tc>
        <w:tc>
          <w:tcPr>
            <w:tcW w:type="dxa" w:w="2160"/>
          </w:tcPr>
          <w:p>
            <w:r>
              <w:t>马天羽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小学教育（师范）（农村定向）英语</w:t>
            </w:r>
          </w:p>
        </w:tc>
        <w:tc>
          <w:tcPr>
            <w:tcW w:type="dxa" w:w="2160"/>
          </w:tcPr>
          <w:p>
            <w:r>
              <w:t>2006110471D</w:t>
            </w:r>
          </w:p>
        </w:tc>
        <w:tc>
          <w:tcPr>
            <w:tcW w:type="dxa" w:w="2160"/>
          </w:tcPr>
          <w:p>
            <w:r>
              <w:t>蒋一凡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小学教育（师范）（农村定向）英语</w:t>
            </w:r>
          </w:p>
        </w:tc>
        <w:tc>
          <w:tcPr>
            <w:tcW w:type="dxa" w:w="2160"/>
          </w:tcPr>
          <w:p>
            <w:r>
              <w:t>2006110435D</w:t>
            </w:r>
          </w:p>
        </w:tc>
        <w:tc>
          <w:tcPr>
            <w:tcW w:type="dxa" w:w="2160"/>
          </w:tcPr>
          <w:p>
            <w:r>
              <w:t>邢舒迪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小学教育（师范）（农村定向）英语</w:t>
            </w:r>
          </w:p>
        </w:tc>
        <w:tc>
          <w:tcPr>
            <w:tcW w:type="dxa" w:w="2160"/>
          </w:tcPr>
          <w:p>
            <w:r>
              <w:t>2006110390D</w:t>
            </w:r>
          </w:p>
        </w:tc>
        <w:tc>
          <w:tcPr>
            <w:tcW w:type="dxa" w:w="2160"/>
          </w:tcPr>
          <w:p>
            <w:r>
              <w:t>吴书羽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小学教育（师范）（农村定向）英语</w:t>
            </w:r>
          </w:p>
        </w:tc>
        <w:tc>
          <w:tcPr>
            <w:tcW w:type="dxa" w:w="2160"/>
          </w:tcPr>
          <w:p>
            <w:r>
              <w:t>2006110460D</w:t>
            </w:r>
          </w:p>
        </w:tc>
        <w:tc>
          <w:tcPr>
            <w:tcW w:type="dxa" w:w="2160"/>
          </w:tcPr>
          <w:p>
            <w:r>
              <w:t>曹怿</w:t>
            </w:r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小学教育（师范）（农村定向）语文</w:t>
            </w:r>
          </w:p>
        </w:tc>
        <w:tc>
          <w:tcPr>
            <w:tcW w:type="dxa" w:w="2160"/>
          </w:tcPr>
          <w:p>
            <w:r>
              <w:t>2006110380D</w:t>
            </w:r>
          </w:p>
        </w:tc>
        <w:tc>
          <w:tcPr>
            <w:tcW w:type="dxa" w:w="2160"/>
          </w:tcPr>
          <w:p>
            <w:r>
              <w:t>陆李婧</w:t>
            </w:r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小学教育（师范）（农村定向）语文</w:t>
            </w:r>
          </w:p>
        </w:tc>
        <w:tc>
          <w:tcPr>
            <w:tcW w:type="dxa" w:w="2160"/>
          </w:tcPr>
          <w:p>
            <w:r>
              <w:t>2006110377D</w:t>
            </w:r>
          </w:p>
        </w:tc>
        <w:tc>
          <w:tcPr>
            <w:tcW w:type="dxa" w:w="2160"/>
          </w:tcPr>
          <w:p>
            <w:r>
              <w:t>黄宇彤</w:t>
            </w:r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小学教育（师范）（农村定向）语文</w:t>
            </w:r>
          </w:p>
        </w:tc>
        <w:tc>
          <w:tcPr>
            <w:tcW w:type="dxa" w:w="2160"/>
          </w:tcPr>
          <w:p>
            <w:r>
              <w:t>2006110382D</w:t>
            </w:r>
          </w:p>
        </w:tc>
        <w:tc>
          <w:tcPr>
            <w:tcW w:type="dxa" w:w="2160"/>
          </w:tcPr>
          <w:p>
            <w:r>
              <w:t>陆奕彤</w:t>
            </w:r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小学教育（师范）（农村定向）语文</w:t>
            </w:r>
          </w:p>
        </w:tc>
        <w:tc>
          <w:tcPr>
            <w:tcW w:type="dxa" w:w="2160"/>
          </w:tcPr>
          <w:p>
            <w:r>
              <w:t>2006110487D</w:t>
            </w:r>
          </w:p>
        </w:tc>
        <w:tc>
          <w:tcPr>
            <w:tcW w:type="dxa" w:w="2160"/>
          </w:tcPr>
          <w:p>
            <w:r>
              <w:t>许海林</w:t>
            </w:r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小学教育（师范）（农村定向）语文</w:t>
            </w:r>
          </w:p>
        </w:tc>
        <w:tc>
          <w:tcPr>
            <w:tcW w:type="dxa" w:w="2160"/>
          </w:tcPr>
          <w:p>
            <w:r>
              <w:t>2006110482D</w:t>
            </w:r>
          </w:p>
        </w:tc>
        <w:tc>
          <w:tcPr>
            <w:tcW w:type="dxa" w:w="2160"/>
          </w:tcPr>
          <w:p>
            <w:r>
              <w:t>孙铭璐</w:t>
            </w:r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小学教育（师范）（农村定向）语文</w:t>
            </w:r>
          </w:p>
        </w:tc>
        <w:tc>
          <w:tcPr>
            <w:tcW w:type="dxa" w:w="2160"/>
          </w:tcPr>
          <w:p>
            <w:r>
              <w:t>200110479D</w:t>
            </w:r>
          </w:p>
        </w:tc>
        <w:tc>
          <w:tcPr>
            <w:tcW w:type="dxa" w:w="2160"/>
          </w:tcPr>
          <w:p>
            <w:r>
              <w:t>施帅楠</w:t>
            </w:r>
          </w:p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小学教育（师范）（农村定向）语文</w:t>
            </w:r>
          </w:p>
        </w:tc>
        <w:tc>
          <w:tcPr>
            <w:tcW w:type="dxa" w:w="2160"/>
          </w:tcPr>
          <w:p>
            <w:r>
              <w:t>2006110470D</w:t>
            </w:r>
          </w:p>
        </w:tc>
        <w:tc>
          <w:tcPr>
            <w:tcW w:type="dxa" w:w="2160"/>
          </w:tcPr>
          <w:p>
            <w:r>
              <w:t>季雨晴</w:t>
            </w:r>
          </w:p>
        </w:tc>
      </w:tr>
    </w:tbl>
    <w:p>
      <w:r>
        <w:t>如有疑问，请联系学生工作办公室，联系电话：0513-55003213。</w:t>
      </w:r>
    </w:p>
    <w:p>
      <w:r>
        <w:t>南通大学教育科学学院</w:t>
      </w:r>
    </w:p>
    <w:p>
      <w:r>
        <w:t>2023年9月24日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