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微电子学院推荐优秀应届本科毕业生免试攻读硕士学位研究生实施细则</w:t>
      </w:r>
    </w:p>
    <w:p>
      <w:r>
        <w:t>为做好我院推荐免试攻读研究生工作，根据教育部最新文件精神和我校《关于做好2026年推荐优秀应届本科毕业生免试攻读研究生工作的通知》，结合实际，制订本实施细则。</w:t>
      </w:r>
    </w:p>
    <w:p>
      <w:r>
        <w:t>一、推免名额</w:t>
      </w:r>
    </w:p>
    <w:p>
      <w:r>
        <w:t>总名额：13人</w:t>
      </w:r>
    </w:p>
    <w:p>
      <w:r>
        <w:t>各学科专业计划分配如下（本科毕业专业）</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名额</w:t>
            </w:r>
          </w:p>
        </w:tc>
      </w:tr>
      <w:tr>
        <w:tc>
          <w:tcPr>
            <w:tcW w:type="dxa" w:w="4320"/>
          </w:tcPr>
          <w:p>
            <w:r>
              <w:t>电子科学与技术</w:t>
            </w:r>
          </w:p>
        </w:tc>
        <w:tc>
          <w:tcPr>
            <w:tcW w:type="dxa" w:w="4320"/>
          </w:tcPr>
          <w:p>
            <w:r>
              <w:t>6人</w:t>
            </w:r>
          </w:p>
        </w:tc>
      </w:tr>
      <w:tr>
        <w:tc>
          <w:tcPr>
            <w:tcW w:type="dxa" w:w="4320"/>
          </w:tcPr>
          <w:p>
            <w:r>
              <w:t>集成电路设计与集成系统</w:t>
            </w:r>
          </w:p>
        </w:tc>
        <w:tc>
          <w:tcPr>
            <w:tcW w:type="dxa" w:w="4320"/>
          </w:tcPr>
          <w:p>
            <w:r>
              <w:t>7人</w:t>
            </w:r>
          </w:p>
        </w:tc>
      </w:tr>
    </w:tbl>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 .学术研究兴趣浓厚，有较强的创新意识、创新能力和专业能力倾向，勤奋好学，刻苦钻研，在校学习期间，学习成绩优良。</w:t>
      </w:r>
    </w:p>
    <w:p>
      <w:r>
        <w:t>3．三年学业综合成绩排名位居本专业本年级学生前1/3，必修课和限选课成绩以第一次考试成绩为准，且无考试不及格（转专业前不及格课程不属于现专业教学计划规定的课程，可不予考虑）。</w:t>
      </w:r>
    </w:p>
    <w:p>
      <w:r>
        <w:t>4．修完并通过前三学年所学本科专业教学计划中规定的所有课程。</w:t>
      </w:r>
    </w:p>
    <w:p>
      <w:r>
        <w:t>5．CET- 4考试考试成绩达到425分及以上。</w:t>
      </w:r>
    </w:p>
    <w:p>
      <w:r>
        <w:t>6．预计能正常毕业并获得学士学位。</w:t>
      </w:r>
    </w:p>
    <w:p>
      <w:r>
        <w:t>三、申请受理时间</w:t>
      </w:r>
    </w:p>
    <w:p>
      <w:r>
        <w:t>1．南通大学推免生信息采集系统</w:t>
      </w:r>
    </w:p>
    <w:p>
      <w:r>
        <w:t>（网址：http://210.29.67.7/zsgl/tmzggl/），用户名为学号，初始密码为身份证号后六位。</w:t>
      </w:r>
    </w:p>
    <w:p>
      <w:r>
        <w:t>系统开放与关闭时间：9月2日9:00 — 9月6日15:00</w:t>
      </w:r>
    </w:p>
    <w:p>
      <w:r>
        <w:t>2．报名材料受理时间</w:t>
      </w:r>
    </w:p>
    <w:p>
      <w:r>
        <w:t>截止时间：9月6日17:00之前</w:t>
      </w:r>
    </w:p>
    <w:p>
      <w:r>
        <w:t>受理地点：啬园校区5号楼209西</w:t>
      </w:r>
    </w:p>
    <w:p>
      <w:r>
        <w:t>未在规定时间内进行网上申请、确认和提交材料至学院的学生视为放弃本次申请，所产生的后果自负。</w:t>
      </w:r>
    </w:p>
    <w:p>
      <w:r>
        <w:t>四、推免生遴选办法</w:t>
      </w:r>
    </w:p>
    <w:p>
      <w:r>
        <w:t>根据本学院实施细则，对申请者报名条件进行资格审查，审查通过者，按以下程序产生推免生名单：</w:t>
      </w:r>
    </w:p>
    <w:p>
      <w:r>
        <w:t>1．对照报名条件，对学校网报系统申请学生思想品德、学业成绩等情况进行审核。根据学生学业综合成绩前三年平均成绩按照由高到低进行排序，确定符合推免资格学生人选。</w:t>
      </w:r>
    </w:p>
    <w:p>
      <w:r>
        <w:t>2．学院成立专家审核小组，对符合推免资格学生综合成绩中申请加分的科研创新成果、论文、竞赛获奖奖项等内容进行审核鉴定，组织相关学生进行公开答辩，答辩全程录音录像，答辩结果在学院网站公示。未通过审核鉴定或答辩的，不得计入申请学生的综合成绩计算体系。</w:t>
      </w:r>
    </w:p>
    <w:p>
      <w:r>
        <w:t>3．根据教务处、学工处和专家审核小组的审核结果，学院在学校下达的推免名额内，按照综合得分由高到低排序，确定拟推荐学生名单。</w:t>
      </w:r>
    </w:p>
    <w:p>
      <w:r>
        <w:t>4．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5．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五、其他事项</w:t>
      </w:r>
    </w:p>
    <w:p>
      <w:r>
        <w:t>1．我院切实加强对推免工作的组织领导，实施细则、拟推荐名单等重要事项由本学院推免生遴选工作领导小组“集体研究、集体决策”。</w:t>
      </w:r>
    </w:p>
    <w:p>
      <w:r>
        <w:t>2．严格落实信息公开，主动接受社会监督。</w:t>
      </w:r>
    </w:p>
    <w:p>
      <w:r>
        <w:t>3．已被接收为推免生的学生，不得再报名参加当年硕士研究生考试招生，否则取消其推免录取资格；不得再申请出国留学、参加就业派遣等，否则违约责任自负。</w:t>
      </w:r>
    </w:p>
    <w:p>
      <w:r>
        <w:t>4．推免工作咨询、申诉电话：0513-55003292。</w:t>
      </w:r>
    </w:p>
    <w:p>
      <w:r>
        <w:t>5．推荐如有与上级文件冲突的条款，以教育部和学校有关通知执行为准。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