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2023年推免综合成绩汇总表</w:t>
      </w:r>
    </w:p>
    <w:p>
      <w:r>
        <w:t>发布时间：2022-09-19浏览次数：1229</w:t>
      </w:r>
    </w:p>
    <w:p>
      <w:r>
        <w:t>地科院2023年推免综合成绩汇总表.xlsx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