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地理科学学院2018年推免生工作实施细则</w:t>
      </w:r>
    </w:p>
    <w:p>
      <w:r>
        <w:t>为做好我院推荐免试攻读硕士学位研究生工作，根据南通大学《关于做好推荐2018年优秀应届本科毕业生免试攻读硕士学位研究生工作的通知》精神，结合本院实际情况，制定本实施细则。</w:t>
      </w:r>
    </w:p>
    <w:p>
      <w:r>
        <w:t>一、推免名额</w:t>
      </w:r>
    </w:p>
    <w:p>
      <w:r>
        <w:t>总名额：4名。</w:t>
      </w:r>
    </w:p>
    <w:p>
      <w:r>
        <w:t>各学科专业名额分配：从地理学相关专业中产生，共4名。</w:t>
      </w:r>
    </w:p>
    <w:p>
      <w:r>
        <w:t>二、申请报名条件</w:t>
      </w:r>
    </w:p>
    <w:p>
      <w:r>
        <w:t>普通申请者在符合学校规定的申请推荐基本条件的基础上，须满足以下条件：</w:t>
      </w:r>
    </w:p>
    <w:p>
      <w:r>
        <w:t>1．3年综合测评分排名位居本专业本年级学生前1/3；</w:t>
      </w:r>
    </w:p>
    <w:p>
      <w:r>
        <w:t>2．英语CET4成绩425分（含）以上；</w:t>
      </w:r>
    </w:p>
    <w:p>
      <w:r>
        <w:t>3．预计能正常毕业并获得学士学位；</w:t>
      </w:r>
    </w:p>
    <w:p>
      <w:r>
        <w:t>三、申请受理时间、地点</w:t>
      </w:r>
    </w:p>
    <w:p>
      <w:r>
        <w:t>1．学校网报系统（http://yjs.ntu.edu.cn/，推免生申请）报名时间</w:t>
      </w:r>
    </w:p>
    <w:p>
      <w:r>
        <w:t>9月9日15:00 ——9月12日15:00</w:t>
      </w:r>
    </w:p>
    <w:p>
      <w:r>
        <w:t>2．书面申请受理时间、地点</w:t>
      </w:r>
    </w:p>
    <w:p>
      <w:r>
        <w:t>截止时间：9月12日16:00之前</w:t>
      </w:r>
    </w:p>
    <w:p>
      <w:r>
        <w:t>受理地点：钟秀校区14号楼314室</w:t>
      </w:r>
    </w:p>
    <w:p>
      <w:r>
        <w:t>四、推免生名单产生办法</w:t>
      </w:r>
    </w:p>
    <w:p>
      <w:r>
        <w:t>根据本学院申请报名条件进行资格审查，对通过者进行面试后，按总成绩（含专家面试成绩）由高到低排定顺序，确定拟推荐名单。</w:t>
      </w:r>
    </w:p>
    <w:p>
      <w:r>
        <w:t>总成绩由素质综合测评三年平均成绩（满分100分）和面试成绩（满分100分）两部分构成，权重分别为70 %、30 %。</w:t>
      </w:r>
    </w:p>
    <w:p>
      <w:r>
        <w:t>总成绩＝素质综合测评平均成绩×70%＋面试成绩×30%</w:t>
      </w:r>
    </w:p>
    <w:p>
      <w:r>
        <w:t>面试时间：九月中旬，具体时间另行通知；地点：钟秀校区14号楼305室。</w:t>
      </w:r>
    </w:p>
    <w:p>
      <w:r>
        <w:t>五、学院推免生工作领导小组成员</w:t>
      </w:r>
    </w:p>
    <w:p>
      <w:r>
        <w:t>组长：王英利盛明</w:t>
      </w:r>
    </w:p>
    <w:p>
      <w:r>
        <w:t>成员：蒋庆丰陈为忠刘波闫德智张驰</w:t>
      </w:r>
    </w:p>
    <w:p>
      <w:r>
        <w:t>监督员：钱鹏</w:t>
      </w:r>
    </w:p>
    <w:p>
      <w:r>
        <w:t>咨询、申诉电话：85015880</w:t>
      </w:r>
    </w:p>
    <w:p>
      <w:r>
        <w:t>六、其他事项按照学校有关文件规定执行。</w:t>
      </w:r>
    </w:p>
    <w:p>
      <w:r>
        <w:t>2017年9月10日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