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2023年推荐免试攻读硕士学位研究生综合测评成绩排名公示</w:t>
      </w:r>
    </w:p>
    <w:p>
      <w:r>
        <w:t>为进一步做好推荐2023年优秀应届本科毕业生免试攻读硕士学位研究生工作，现将2023年推荐免试攻读硕士学位研究生综合测评成绩排名表予以公示。公示时间：2022年9月15日-17日。</w:t>
      </w:r>
    </w:p>
    <w:p>
      <w:r>
        <w:t>电子邮箱：cwd246@163.com（地理科学学院）</w:t>
      </w:r>
    </w:p>
    <w:p>
      <w:r>
        <w:t>南通大学地理科学学院</w:t>
      </w:r>
    </w:p>
    <w:p>
      <w:r>
        <w:t>2022年9月15日</w:t>
      </w:r>
    </w:p>
    <w:p>
      <w:r>
        <w:t>2023年推荐面试攻读硕士研究生综合测评成绩排名公示表.xlsx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