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地理科学学院2023届拟推荐免试攻读硕士研究生名单公示</w:t>
      </w:r>
    </w:p>
    <w:p>
      <w:r>
        <w:t>发布时间：2022-09-19浏览次数：1491</w:t>
      </w:r>
    </w:p>
    <w:p>
      <w:r>
        <w:t>地理科学学院拟推荐免试攻读硕士研究生名单公示.xlsx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