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地理科学学院推荐2027年免试攻读研究生综合成绩排名表公示</w:t>
      </w:r>
    </w:p>
    <w:p>
      <w:r>
        <w:t>现将地理科学学院推荐2027年免试攻读研究生综合成绩排名表进行公示，公示期自2026年9月5日至2026年9月9日，公示期间，如对排名有异议的，须署名向学院或学校反映并说明具体情况。</w:t>
      </w:r>
    </w:p>
    <w:p>
      <w:r>
        <w:t>学院办公室电话：0513-55003454</w:t>
      </w:r>
    </w:p>
    <w:p>
      <w:r>
        <w:t>学院邮箱：cwd246@163.com</w:t>
      </w:r>
    </w:p>
    <w:p>
      <w:r>
        <w:t>学生工作处电话：0513-85012166</w:t>
      </w:r>
    </w:p>
    <w:p>
      <w:r>
        <w:t>学工处邮箱：xsglk@ntu.edu.cn</w:t>
      </w:r>
    </w:p>
    <w:p>
      <w:r>
        <w:t>电话受理时间：工作日上午8:30-11:30，下午14:00-17:00</w:t>
      </w:r>
    </w:p>
    <w:p>
      <w:r>
        <w:t>地理科学学院推荐2027年免试攻读研究生综合成绩排名表公示.xls</w:t>
      </w:r>
    </w:p>
    <w:p>
      <w:r>
        <w:t>地理科学学院</w:t>
      </w:r>
    </w:p>
    <w:p>
      <w:r>
        <w:t>2026年9月5日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