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地理科学学院推荐2027年优秀应届本科毕业生免试攻读研究生名单公示</w:t>
      </w:r>
    </w:p>
    <w:p>
      <w:r>
        <w:t>现将地理科学学院推荐2027年优秀应届本科毕业生免试攻读研究生名单进行公示，公示期为2026年9月9日至2026年9月11日。公示期内，如有异议，可署名向学院反映并说明具体情况，逾期不予受理。电话：0513-85003454。</w:t>
      </w:r>
    </w:p>
    <w:p>
      <w:r>
        <w:t>地理科学学院</w:t>
      </w:r>
    </w:p>
    <w:p>
      <w:r>
        <w:t>2026年9月9日</w:t>
      </w:r>
    </w:p>
    <w:p>
      <w:r>
        <w:t>地理科学学院-推荐2027年优秀应届本科毕业生免试攻读研究生名单.xls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