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推荐学院2022年推免生工作实施细则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p>
      <w:r>
        <w:t>请点击下载：7-推荐学院2022年推免生工作实施细则.doc</w:t>
      </w:r>
    </w:p>
    <w:p>
      <w:r>
        <w:t>上一篇：“正大杯”第十二届全国大学生市场调查与分析大赛报名通知下一篇：经济与管理学院2022年推免生复试录取办法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