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申请推免学生学术专长答辩通过名单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p>
      <w:r>
        <w:t>申请推免学生学术专长答辩通过名单.xlsx</w:t>
      </w:r>
    </w:p>
    <w:p>
      <w:r>
        <w:t>上一篇：经济与管理学院推荐2023年优秀应届本科毕业生免试攻读硕士学位研究生名单下一篇：关于经济与管理学院2021—2022学年度校设奖学金和校级荣誉称号评选结果的公示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