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商学院（管理学院）2027年推荐优秀应届本科毕业生免试攻读研究生推荐环节答辩结果公示</w:t>
      </w:r>
    </w:p>
    <w:p>
      <w:r>
        <w:t>2026年9月10日上午，商学院（管理学院）推免生材料审核专家组对申请学生的在综合成绩中已经加分的科研创新成果、论文、竞赛获奖奖项等内容进行审核鉴定，现对审核鉴定情况予以公示：</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答辩顺序号</w:t>
            </w:r>
          </w:p>
        </w:tc>
        <w:tc>
          <w:tcPr>
            <w:tcW w:type="dxa" w:w="2160"/>
          </w:tcPr>
          <w:p>
            <w:r>
              <w:t>学号</w:t>
            </w:r>
          </w:p>
        </w:tc>
        <w:tc>
          <w:tcPr>
            <w:tcW w:type="dxa" w:w="2160"/>
          </w:tcPr>
          <w:p>
            <w:r>
              <w:t>姓名</w:t>
            </w:r>
          </w:p>
        </w:tc>
        <w:tc>
          <w:tcPr>
            <w:tcW w:type="dxa" w:w="2160"/>
          </w:tcPr>
          <w:p>
            <w:r>
              <w:t>材料审核鉴定结果</w:t>
            </w:r>
          </w:p>
        </w:tc>
      </w:tr>
      <w:tr>
        <w:tc>
          <w:tcPr>
            <w:tcW w:type="dxa" w:w="2160"/>
          </w:tcPr>
          <w:p>
            <w:r>
              <w:t>1</w:t>
            </w:r>
          </w:p>
        </w:tc>
        <w:tc>
          <w:tcPr>
            <w:tcW w:type="dxa" w:w="2160"/>
          </w:tcPr>
          <w:p>
            <w:r>
              <w:t>2334110373</w:t>
            </w:r>
          </w:p>
        </w:tc>
        <w:tc>
          <w:tcPr>
            <w:tcW w:type="dxa" w:w="2160"/>
          </w:tcPr>
          <w:p>
            <w:r>
              <w:t>马依然</w:t>
            </w:r>
          </w:p>
        </w:tc>
        <w:tc>
          <w:tcPr>
            <w:tcW w:type="dxa" w:w="2160"/>
          </w:tcPr>
          <w:p>
            <w:r>
              <w:t>审核鉴定通过</w:t>
            </w:r>
          </w:p>
        </w:tc>
      </w:tr>
      <w:tr>
        <w:tc>
          <w:tcPr>
            <w:tcW w:type="dxa" w:w="2160"/>
          </w:tcPr>
          <w:p>
            <w:r>
              <w:t>2</w:t>
            </w:r>
          </w:p>
        </w:tc>
        <w:tc>
          <w:tcPr>
            <w:tcW w:type="dxa" w:w="2160"/>
          </w:tcPr>
          <w:p>
            <w:r>
              <w:t>2334110368</w:t>
            </w:r>
          </w:p>
        </w:tc>
        <w:tc>
          <w:tcPr>
            <w:tcW w:type="dxa" w:w="2160"/>
          </w:tcPr>
          <w:p>
            <w:r>
              <w:t>戴奕洋</w:t>
            </w:r>
          </w:p>
        </w:tc>
        <w:tc>
          <w:tcPr>
            <w:tcW w:type="dxa" w:w="2160"/>
          </w:tcPr>
          <w:p>
            <w:r>
              <w:t>审核鉴定通过</w:t>
            </w:r>
          </w:p>
        </w:tc>
      </w:tr>
      <w:tr>
        <w:tc>
          <w:tcPr>
            <w:tcW w:type="dxa" w:w="2160"/>
          </w:tcPr>
          <w:p>
            <w:r>
              <w:t>3</w:t>
            </w:r>
          </w:p>
        </w:tc>
        <w:tc>
          <w:tcPr>
            <w:tcW w:type="dxa" w:w="2160"/>
          </w:tcPr>
          <w:p>
            <w:r>
              <w:t>2334110385</w:t>
            </w:r>
          </w:p>
        </w:tc>
        <w:tc>
          <w:tcPr>
            <w:tcW w:type="dxa" w:w="2160"/>
          </w:tcPr>
          <w:p>
            <w:r>
              <w:t>杨烨</w:t>
            </w:r>
          </w:p>
        </w:tc>
        <w:tc>
          <w:tcPr>
            <w:tcW w:type="dxa" w:w="2160"/>
          </w:tcPr>
          <w:p>
            <w:r>
              <w:t>审核鉴定通过</w:t>
            </w:r>
          </w:p>
        </w:tc>
      </w:tr>
      <w:tr>
        <w:tc>
          <w:tcPr>
            <w:tcW w:type="dxa" w:w="2160"/>
          </w:tcPr>
          <w:p>
            <w:r>
              <w:t>4</w:t>
            </w:r>
          </w:p>
        </w:tc>
        <w:tc>
          <w:tcPr>
            <w:tcW w:type="dxa" w:w="2160"/>
          </w:tcPr>
          <w:p>
            <w:r>
              <w:t>2334110364</w:t>
            </w:r>
          </w:p>
        </w:tc>
        <w:tc>
          <w:tcPr>
            <w:tcW w:type="dxa" w:w="2160"/>
          </w:tcPr>
          <w:p>
            <w:r>
              <w:t>夏子琪</w:t>
            </w:r>
          </w:p>
        </w:tc>
        <w:tc>
          <w:tcPr>
            <w:tcW w:type="dxa" w:w="2160"/>
          </w:tcPr>
          <w:p>
            <w:r>
              <w:t>审核鉴定通过</w:t>
            </w:r>
          </w:p>
        </w:tc>
      </w:tr>
      <w:tr>
        <w:tc>
          <w:tcPr>
            <w:tcW w:type="dxa" w:w="2160"/>
          </w:tcPr>
          <w:p>
            <w:r>
              <w:t>5</w:t>
            </w:r>
          </w:p>
        </w:tc>
        <w:tc>
          <w:tcPr>
            <w:tcW w:type="dxa" w:w="2160"/>
          </w:tcPr>
          <w:p>
            <w:r>
              <w:t>2334110311</w:t>
            </w:r>
          </w:p>
        </w:tc>
        <w:tc>
          <w:tcPr>
            <w:tcW w:type="dxa" w:w="2160"/>
          </w:tcPr>
          <w:p>
            <w:r>
              <w:t>刘徐艳</w:t>
            </w:r>
          </w:p>
        </w:tc>
        <w:tc>
          <w:tcPr>
            <w:tcW w:type="dxa" w:w="2160"/>
          </w:tcPr>
          <w:p>
            <w:r>
              <w:t>审核鉴定通过</w:t>
            </w:r>
          </w:p>
        </w:tc>
      </w:tr>
      <w:tr>
        <w:tc>
          <w:tcPr>
            <w:tcW w:type="dxa" w:w="2160"/>
          </w:tcPr>
          <w:p>
            <w:r>
              <w:t>6</w:t>
            </w:r>
          </w:p>
        </w:tc>
        <w:tc>
          <w:tcPr>
            <w:tcW w:type="dxa" w:w="2160"/>
          </w:tcPr>
          <w:p>
            <w:r>
              <w:t>2334110321</w:t>
            </w:r>
          </w:p>
        </w:tc>
        <w:tc>
          <w:tcPr>
            <w:tcW w:type="dxa" w:w="2160"/>
          </w:tcPr>
          <w:p>
            <w:r>
              <w:t>薛璐璐</w:t>
            </w:r>
          </w:p>
        </w:tc>
        <w:tc>
          <w:tcPr>
            <w:tcW w:type="dxa" w:w="2160"/>
          </w:tcPr>
          <w:p>
            <w:r>
              <w:t>审核鉴定通过</w:t>
            </w:r>
          </w:p>
        </w:tc>
      </w:tr>
      <w:tr>
        <w:tc>
          <w:tcPr>
            <w:tcW w:type="dxa" w:w="2160"/>
          </w:tcPr>
          <w:p>
            <w:r>
              <w:t>7</w:t>
            </w:r>
          </w:p>
        </w:tc>
        <w:tc>
          <w:tcPr>
            <w:tcW w:type="dxa" w:w="2160"/>
          </w:tcPr>
          <w:p>
            <w:r>
              <w:t>2334110319</w:t>
            </w:r>
          </w:p>
        </w:tc>
        <w:tc>
          <w:tcPr>
            <w:tcW w:type="dxa" w:w="2160"/>
          </w:tcPr>
          <w:p>
            <w:r>
              <w:t>王志洁</w:t>
            </w:r>
          </w:p>
        </w:tc>
        <w:tc>
          <w:tcPr>
            <w:tcW w:type="dxa" w:w="2160"/>
          </w:tcPr>
          <w:p>
            <w:r>
              <w:t>审核鉴定通过</w:t>
            </w:r>
          </w:p>
        </w:tc>
      </w:tr>
      <w:tr>
        <w:tc>
          <w:tcPr>
            <w:tcW w:type="dxa" w:w="2160"/>
          </w:tcPr>
          <w:p>
            <w:r>
              <w:t>8</w:t>
            </w:r>
          </w:p>
        </w:tc>
        <w:tc>
          <w:tcPr>
            <w:tcW w:type="dxa" w:w="2160"/>
          </w:tcPr>
          <w:p>
            <w:r>
              <w:t>2334110130</w:t>
            </w:r>
          </w:p>
        </w:tc>
        <w:tc>
          <w:tcPr>
            <w:tcW w:type="dxa" w:w="2160"/>
          </w:tcPr>
          <w:p>
            <w:r>
              <w:t>施宣均</w:t>
            </w:r>
          </w:p>
        </w:tc>
        <w:tc>
          <w:tcPr>
            <w:tcW w:type="dxa" w:w="2160"/>
          </w:tcPr>
          <w:p>
            <w:r>
              <w:t>审核鉴定通过</w:t>
            </w:r>
          </w:p>
        </w:tc>
      </w:tr>
      <w:tr>
        <w:tc>
          <w:tcPr>
            <w:tcW w:type="dxa" w:w="2160"/>
          </w:tcPr>
          <w:p>
            <w:r>
              <w:t>9</w:t>
            </w:r>
          </w:p>
        </w:tc>
        <w:tc>
          <w:tcPr>
            <w:tcW w:type="dxa" w:w="2160"/>
          </w:tcPr>
          <w:p>
            <w:r>
              <w:t>2334110219</w:t>
            </w:r>
          </w:p>
        </w:tc>
        <w:tc>
          <w:tcPr>
            <w:tcW w:type="dxa" w:w="2160"/>
          </w:tcPr>
          <w:p>
            <w:r>
              <w:t>陈颖</w:t>
            </w:r>
          </w:p>
        </w:tc>
        <w:tc>
          <w:tcPr>
            <w:tcW w:type="dxa" w:w="2160"/>
          </w:tcPr>
          <w:p>
            <w:r>
              <w:t>审核鉴定通过</w:t>
            </w:r>
          </w:p>
        </w:tc>
      </w:tr>
      <w:tr>
        <w:tc>
          <w:tcPr>
            <w:tcW w:type="dxa" w:w="2160"/>
          </w:tcPr>
          <w:p>
            <w:r>
              <w:t>10</w:t>
            </w:r>
          </w:p>
        </w:tc>
        <w:tc>
          <w:tcPr>
            <w:tcW w:type="dxa" w:w="2160"/>
          </w:tcPr>
          <w:p>
            <w:r>
              <w:t>2334110221</w:t>
            </w:r>
          </w:p>
        </w:tc>
        <w:tc>
          <w:tcPr>
            <w:tcW w:type="dxa" w:w="2160"/>
          </w:tcPr>
          <w:p>
            <w:r>
              <w:t>顾香</w:t>
            </w:r>
          </w:p>
        </w:tc>
        <w:tc>
          <w:tcPr>
            <w:tcW w:type="dxa" w:w="2160"/>
          </w:tcPr>
          <w:p>
            <w:r>
              <w:t>审核鉴定通过</w:t>
            </w:r>
          </w:p>
        </w:tc>
      </w:tr>
      <w:tr>
        <w:tc>
          <w:tcPr>
            <w:tcW w:type="dxa" w:w="2160"/>
          </w:tcPr>
          <w:p>
            <w:r>
              <w:t>11</w:t>
            </w:r>
          </w:p>
        </w:tc>
        <w:tc>
          <w:tcPr>
            <w:tcW w:type="dxa" w:w="2160"/>
          </w:tcPr>
          <w:p>
            <w:r>
              <w:t>2334110098</w:t>
            </w:r>
          </w:p>
        </w:tc>
        <w:tc>
          <w:tcPr>
            <w:tcW w:type="dxa" w:w="2160"/>
          </w:tcPr>
          <w:p>
            <w:r>
              <w:t>李其嘉</w:t>
            </w:r>
          </w:p>
        </w:tc>
        <w:tc>
          <w:tcPr>
            <w:tcW w:type="dxa" w:w="2160"/>
          </w:tcPr>
          <w:p>
            <w:r>
              <w:t>审核鉴定通过</w:t>
            </w:r>
          </w:p>
        </w:tc>
      </w:tr>
      <w:tr>
        <w:tc>
          <w:tcPr>
            <w:tcW w:type="dxa" w:w="2160"/>
          </w:tcPr>
          <w:p>
            <w:r>
              <w:t>12</w:t>
            </w:r>
          </w:p>
        </w:tc>
        <w:tc>
          <w:tcPr>
            <w:tcW w:type="dxa" w:w="2160"/>
          </w:tcPr>
          <w:p>
            <w:r>
              <w:t>2334110187</w:t>
            </w:r>
          </w:p>
        </w:tc>
        <w:tc>
          <w:tcPr>
            <w:tcW w:type="dxa" w:w="2160"/>
          </w:tcPr>
          <w:p>
            <w:r>
              <w:t>郝瑶霜</w:t>
            </w:r>
          </w:p>
        </w:tc>
        <w:tc>
          <w:tcPr>
            <w:tcW w:type="dxa" w:w="2160"/>
          </w:tcPr>
          <w:p>
            <w:r>
              <w:t>审核鉴定通过</w:t>
            </w:r>
          </w:p>
        </w:tc>
      </w:tr>
      <w:tr>
        <w:tc>
          <w:tcPr>
            <w:tcW w:type="dxa" w:w="2160"/>
          </w:tcPr>
          <w:p>
            <w:r>
              <w:t>13</w:t>
            </w:r>
          </w:p>
        </w:tc>
        <w:tc>
          <w:tcPr>
            <w:tcW w:type="dxa" w:w="2160"/>
          </w:tcPr>
          <w:p>
            <w:r>
              <w:t>2334110200</w:t>
            </w:r>
          </w:p>
        </w:tc>
        <w:tc>
          <w:tcPr>
            <w:tcW w:type="dxa" w:w="2160"/>
          </w:tcPr>
          <w:p>
            <w:r>
              <w:t>俞颖</w:t>
            </w:r>
          </w:p>
        </w:tc>
        <w:tc>
          <w:tcPr>
            <w:tcW w:type="dxa" w:w="2160"/>
          </w:tcPr>
          <w:p>
            <w:r>
              <w:t>审核鉴定通过</w:t>
            </w:r>
          </w:p>
        </w:tc>
      </w:tr>
      <w:tr>
        <w:tc>
          <w:tcPr>
            <w:tcW w:type="dxa" w:w="2160"/>
          </w:tcPr>
          <w:p>
            <w:r>
              <w:t>14</w:t>
            </w:r>
          </w:p>
        </w:tc>
        <w:tc>
          <w:tcPr>
            <w:tcW w:type="dxa" w:w="2160"/>
          </w:tcPr>
          <w:p>
            <w:r>
              <w:t>2334110133</w:t>
            </w:r>
          </w:p>
        </w:tc>
        <w:tc>
          <w:tcPr>
            <w:tcW w:type="dxa" w:w="2160"/>
          </w:tcPr>
          <w:p>
            <w:r>
              <w:t>谭圣洪</w:t>
            </w:r>
          </w:p>
        </w:tc>
        <w:tc>
          <w:tcPr>
            <w:tcW w:type="dxa" w:w="2160"/>
          </w:tcPr>
          <w:p>
            <w:r>
              <w:t>审核鉴定通过</w:t>
            </w:r>
          </w:p>
        </w:tc>
      </w:tr>
      <w:tr>
        <w:tc>
          <w:tcPr>
            <w:tcW w:type="dxa" w:w="2160"/>
          </w:tcPr>
          <w:p>
            <w:r>
              <w:t>15</w:t>
            </w:r>
          </w:p>
        </w:tc>
        <w:tc>
          <w:tcPr>
            <w:tcW w:type="dxa" w:w="2160"/>
          </w:tcPr>
          <w:p>
            <w:r>
              <w:t>2334110188</w:t>
            </w:r>
          </w:p>
        </w:tc>
        <w:tc>
          <w:tcPr>
            <w:tcW w:type="dxa" w:w="2160"/>
          </w:tcPr>
          <w:p>
            <w:r>
              <w:t>黄金凤</w:t>
            </w:r>
          </w:p>
        </w:tc>
        <w:tc>
          <w:tcPr>
            <w:tcW w:type="dxa" w:w="2160"/>
          </w:tcPr>
          <w:p>
            <w:r>
              <w:t>审核鉴定通过</w:t>
            </w:r>
          </w:p>
        </w:tc>
      </w:tr>
      <w:tr>
        <w:tc>
          <w:tcPr>
            <w:tcW w:type="dxa" w:w="2160"/>
          </w:tcPr>
          <w:p>
            <w:r>
              <w:t>16</w:t>
            </w:r>
          </w:p>
        </w:tc>
        <w:tc>
          <w:tcPr>
            <w:tcW w:type="dxa" w:w="2160"/>
          </w:tcPr>
          <w:p>
            <w:r>
              <w:t>2334110172</w:t>
            </w:r>
          </w:p>
        </w:tc>
        <w:tc>
          <w:tcPr>
            <w:tcW w:type="dxa" w:w="2160"/>
          </w:tcPr>
          <w:p>
            <w:r>
              <w:t>张璟阳</w:t>
            </w:r>
          </w:p>
        </w:tc>
        <w:tc>
          <w:tcPr>
            <w:tcW w:type="dxa" w:w="2160"/>
          </w:tcPr>
          <w:p>
            <w:r>
              <w:t>审核鉴定通过</w:t>
            </w:r>
          </w:p>
        </w:tc>
      </w:tr>
      <w:tr>
        <w:tc>
          <w:tcPr>
            <w:tcW w:type="dxa" w:w="2160"/>
          </w:tcPr>
          <w:p>
            <w:r>
              <w:t>17</w:t>
            </w:r>
          </w:p>
        </w:tc>
        <w:tc>
          <w:tcPr>
            <w:tcW w:type="dxa" w:w="2160"/>
          </w:tcPr>
          <w:p>
            <w:r>
              <w:t>2334110102</w:t>
            </w:r>
          </w:p>
        </w:tc>
        <w:tc>
          <w:tcPr>
            <w:tcW w:type="dxa" w:w="2160"/>
          </w:tcPr>
          <w:p>
            <w:r>
              <w:t>陆佳一</w:t>
            </w:r>
          </w:p>
        </w:tc>
        <w:tc>
          <w:tcPr>
            <w:tcW w:type="dxa" w:w="2160"/>
          </w:tcPr>
          <w:p>
            <w:r>
              <w:t>审核鉴定通过</w:t>
            </w:r>
          </w:p>
        </w:tc>
      </w:tr>
      <w:tr>
        <w:tc>
          <w:tcPr>
            <w:tcW w:type="dxa" w:w="2160"/>
          </w:tcPr>
          <w:p>
            <w:r>
              <w:t>18</w:t>
            </w:r>
          </w:p>
        </w:tc>
        <w:tc>
          <w:tcPr>
            <w:tcW w:type="dxa" w:w="2160"/>
          </w:tcPr>
          <w:p>
            <w:r>
              <w:t>2334110017</w:t>
            </w:r>
          </w:p>
        </w:tc>
        <w:tc>
          <w:tcPr>
            <w:tcW w:type="dxa" w:w="2160"/>
          </w:tcPr>
          <w:p>
            <w:r>
              <w:t>曾冰莹</w:t>
            </w:r>
          </w:p>
        </w:tc>
        <w:tc>
          <w:tcPr>
            <w:tcW w:type="dxa" w:w="2160"/>
          </w:tcPr>
          <w:p>
            <w:r>
              <w:t>审核鉴定通过</w:t>
            </w:r>
          </w:p>
        </w:tc>
      </w:tr>
      <w:tr>
        <w:tc>
          <w:tcPr>
            <w:tcW w:type="dxa" w:w="2160"/>
          </w:tcPr>
          <w:p>
            <w:r>
              <w:t>19</w:t>
            </w:r>
          </w:p>
        </w:tc>
        <w:tc>
          <w:tcPr>
            <w:tcW w:type="dxa" w:w="2160"/>
          </w:tcPr>
          <w:p>
            <w:r>
              <w:t>2334110229</w:t>
            </w:r>
          </w:p>
        </w:tc>
        <w:tc>
          <w:tcPr>
            <w:tcW w:type="dxa" w:w="2160"/>
          </w:tcPr>
          <w:p>
            <w:r>
              <w:t>浦祎驰</w:t>
            </w:r>
          </w:p>
        </w:tc>
        <w:tc>
          <w:tcPr>
            <w:tcW w:type="dxa" w:w="2160"/>
          </w:tcPr>
          <w:p>
            <w:r>
              <w:t>审核鉴定通过</w:t>
            </w:r>
          </w:p>
        </w:tc>
      </w:tr>
      <w:tr>
        <w:tc>
          <w:tcPr>
            <w:tcW w:type="dxa" w:w="2160"/>
          </w:tcPr>
          <w:p>
            <w:r>
              <w:t>20</w:t>
            </w:r>
          </w:p>
        </w:tc>
        <w:tc>
          <w:tcPr>
            <w:tcW w:type="dxa" w:w="2160"/>
          </w:tcPr>
          <w:p>
            <w:r>
              <w:t>2334110217</w:t>
            </w:r>
          </w:p>
        </w:tc>
        <w:tc>
          <w:tcPr>
            <w:tcW w:type="dxa" w:w="2160"/>
          </w:tcPr>
          <w:p>
            <w:r>
              <w:t>蔡晨</w:t>
            </w:r>
          </w:p>
        </w:tc>
        <w:tc>
          <w:tcPr>
            <w:tcW w:type="dxa" w:w="2160"/>
          </w:tcPr>
          <w:p>
            <w:r>
              <w:t>审核鉴定通过</w:t>
            </w:r>
          </w:p>
        </w:tc>
      </w:tr>
      <w:tr>
        <w:tc>
          <w:tcPr>
            <w:tcW w:type="dxa" w:w="2160"/>
          </w:tcPr>
          <w:p>
            <w:r>
              <w:t>21</w:t>
            </w:r>
          </w:p>
        </w:tc>
        <w:tc>
          <w:tcPr>
            <w:tcW w:type="dxa" w:w="2160"/>
          </w:tcPr>
          <w:p>
            <w:r>
              <w:t>2334110220</w:t>
            </w:r>
          </w:p>
        </w:tc>
        <w:tc>
          <w:tcPr>
            <w:tcW w:type="dxa" w:w="2160"/>
          </w:tcPr>
          <w:p>
            <w:r>
              <w:t>高文爽</w:t>
            </w:r>
          </w:p>
        </w:tc>
        <w:tc>
          <w:tcPr>
            <w:tcW w:type="dxa" w:w="2160"/>
          </w:tcPr>
          <w:p>
            <w:r>
              <w:t>审核鉴定通过</w:t>
            </w:r>
          </w:p>
        </w:tc>
      </w:tr>
      <w:tr>
        <w:tc>
          <w:tcPr>
            <w:tcW w:type="dxa" w:w="2160"/>
          </w:tcPr>
          <w:p>
            <w:r>
              <w:t>22</w:t>
            </w:r>
          </w:p>
        </w:tc>
        <w:tc>
          <w:tcPr>
            <w:tcW w:type="dxa" w:w="2160"/>
          </w:tcPr>
          <w:p>
            <w:r>
              <w:t>2334110270</w:t>
            </w:r>
          </w:p>
        </w:tc>
        <w:tc>
          <w:tcPr>
            <w:tcW w:type="dxa" w:w="2160"/>
          </w:tcPr>
          <w:p>
            <w:r>
              <w:t>陈旭</w:t>
            </w:r>
          </w:p>
        </w:tc>
        <w:tc>
          <w:tcPr>
            <w:tcW w:type="dxa" w:w="2160"/>
          </w:tcPr>
          <w:p>
            <w:r>
              <w:t>审核鉴定通过</w:t>
            </w:r>
          </w:p>
        </w:tc>
      </w:tr>
      <w:tr>
        <w:tc>
          <w:tcPr>
            <w:tcW w:type="dxa" w:w="2160"/>
          </w:tcPr>
          <w:p>
            <w:r>
              <w:t>23</w:t>
            </w:r>
          </w:p>
        </w:tc>
        <w:tc>
          <w:tcPr>
            <w:tcW w:type="dxa" w:w="2160"/>
          </w:tcPr>
          <w:p>
            <w:r>
              <w:t>2334110510</w:t>
            </w:r>
          </w:p>
        </w:tc>
        <w:tc>
          <w:tcPr>
            <w:tcW w:type="dxa" w:w="2160"/>
          </w:tcPr>
          <w:p>
            <w:r>
              <w:t>施垍凯</w:t>
            </w:r>
          </w:p>
        </w:tc>
        <w:tc>
          <w:tcPr>
            <w:tcW w:type="dxa" w:w="2160"/>
          </w:tcPr>
          <w:p>
            <w:r>
              <w:t>审核鉴定通过</w:t>
            </w:r>
          </w:p>
        </w:tc>
      </w:tr>
      <w:tr>
        <w:tc>
          <w:tcPr>
            <w:tcW w:type="dxa" w:w="2160"/>
          </w:tcPr>
          <w:p>
            <w:r>
              <w:t>24</w:t>
            </w:r>
          </w:p>
        </w:tc>
        <w:tc>
          <w:tcPr>
            <w:tcW w:type="dxa" w:w="2160"/>
          </w:tcPr>
          <w:p>
            <w:r>
              <w:t>2334110543</w:t>
            </w:r>
          </w:p>
        </w:tc>
        <w:tc>
          <w:tcPr>
            <w:tcW w:type="dxa" w:w="2160"/>
          </w:tcPr>
          <w:p>
            <w:r>
              <w:t>张友生</w:t>
            </w:r>
          </w:p>
        </w:tc>
        <w:tc>
          <w:tcPr>
            <w:tcW w:type="dxa" w:w="2160"/>
          </w:tcPr>
          <w:p>
            <w:r>
              <w:t>审核鉴定通过</w:t>
            </w:r>
          </w:p>
        </w:tc>
      </w:tr>
    </w:tbl>
    <w:p>
      <w:r>
        <w:t>如有异议，请于9月13日前联系学生工作办公室（电话：0513-85012596，电子邮箱：3808070969@qq.com)。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