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商学院（管理学院）拟推荐2027年优秀应届本科毕业生免试攻读研究生名单公示</w:t>
      </w:r>
    </w:p>
    <w:p>
      <w:r>
        <w:t>发布时间：2026-09-12浏览次数：1093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p>
      <w:r>
        <w:t>现将南通大学商学院（管理学院）拟推荐202 7年优秀应届本科毕业生免试攻读研究生名单予以公示。</w:t>
      </w:r>
    </w:p>
    <w:p>
      <w:r>
        <w:t>附件：南通大学商学院（管理学院）拟推荐2027年优秀应届本科毕业生免试攻读研究生名单.xls</w:t>
      </w:r>
    </w:p>
    <w:p>
      <w:r>
        <w:t>公示期自202 6年9月12日起至9月1 4日。如对公示内容有异议，请于9月1 4日前联系学院学生工作办公室</w:t>
      </w:r>
    </w:p>
    <w:p>
      <w:r>
        <w:t>（电话：0513-85012596，电子邮箱：3808070969@qq.com）。</w:t>
      </w:r>
    </w:p>
    <w:p>
      <w:r>
        <w:t>上一篇：关于商学院（管理学院）2025-2026学年度校设奖学金和校级荣誉称号评选结果的公示下一篇：商学院（管理学院）2027年推荐优秀应届本科毕业生免试攻读研究生推荐环节答辩结果公示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