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公共卫生院2023年推免特殊学术专长审核结果公示</w:t>
      </w:r>
    </w:p>
    <w:p>
      <w:r>
        <w:t>根据学院《关于做好推荐202 3年优秀应届本科毕业生免试攻读硕士学位研究生工作的通知》要求，学院对申请推免学生的科研创新成果、论文、竞赛获奖奖项等内容进行公开答辩，并组织专家小组审核鉴定。现将审核通过的成果公示如下：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学号</w:t>
            </w:r>
          </w:p>
        </w:tc>
        <w:tc>
          <w:tcPr>
            <w:tcW w:type="dxa" w:w="1728"/>
          </w:tcPr>
          <w:p>
            <w:r>
              <w:t>专业</w:t>
            </w:r>
          </w:p>
        </w:tc>
        <w:tc>
          <w:tcPr>
            <w:tcW w:type="dxa" w:w="1728"/>
          </w:tcPr>
          <w:p>
            <w:r>
              <w:t>姓名</w:t>
            </w:r>
          </w:p>
        </w:tc>
        <w:tc>
          <w:tcPr>
            <w:tcW w:type="dxa" w:w="1728"/>
          </w:tcPr>
          <w:p>
            <w:r>
              <w:t>审核通过</w:t>
            </w:r>
          </w:p>
        </w:tc>
      </w:tr>
      <w:tr>
        <w:tc>
          <w:tcPr>
            <w:tcW w:type="dxa" w:w="1728"/>
          </w:tcPr>
          <w:p>
            <w:r>
              <w:t>1</w:t>
            </w:r>
          </w:p>
        </w:tc>
        <w:tc>
          <w:tcPr>
            <w:tcW w:type="dxa" w:w="1728"/>
          </w:tcPr>
          <w:p>
            <w:r>
              <w:t>1808011064</w:t>
            </w:r>
          </w:p>
        </w:tc>
        <w:tc>
          <w:tcPr>
            <w:tcW w:type="dxa" w:w="1728"/>
          </w:tcPr>
          <w:p>
            <w:r>
              <w:t>预防医学</w:t>
            </w:r>
          </w:p>
        </w:tc>
        <w:tc>
          <w:tcPr>
            <w:tcW w:type="dxa" w:w="1728"/>
          </w:tcPr>
          <w:p>
            <w:r>
              <w:t>张文逸</w:t>
            </w:r>
          </w:p>
        </w:tc>
        <w:tc>
          <w:tcPr>
            <w:tcW w:type="dxa" w:w="1728"/>
          </w:tcPr>
          <w:p>
            <w:r>
              <w:t>1.南通大学第五届药理学知识竞赛团体赛三等奖2.第五届普译奖全国大学生翻译大赛三等奖（初赛）3.以第一作者发表SCI论文两篇</w:t>
            </w:r>
          </w:p>
        </w:tc>
      </w:tr>
      <w:tr>
        <w:tc>
          <w:tcPr>
            <w:tcW w:type="dxa" w:w="1728"/>
          </w:tcPr>
          <w:p>
            <w:r>
              <w:t>2</w:t>
            </w:r>
          </w:p>
        </w:tc>
        <w:tc>
          <w:tcPr>
            <w:tcW w:type="dxa" w:w="1728"/>
          </w:tcPr>
          <w:p>
            <w:r>
              <w:t>1818011014</w:t>
            </w:r>
          </w:p>
        </w:tc>
        <w:tc>
          <w:tcPr>
            <w:tcW w:type="dxa" w:w="1728"/>
          </w:tcPr>
          <w:p>
            <w:r>
              <w:t>预防医学</w:t>
            </w:r>
          </w:p>
        </w:tc>
        <w:tc>
          <w:tcPr>
            <w:tcW w:type="dxa" w:w="1728"/>
          </w:tcPr>
          <w:p>
            <w:r>
              <w:t>戚雅婷</w:t>
            </w:r>
          </w:p>
        </w:tc>
        <w:tc>
          <w:tcPr>
            <w:tcW w:type="dxa" w:w="1728"/>
          </w:tcPr>
          <w:p>
            <w:r>
              <w:t>1.南通大学“词达人”线上英语词汇竞赛三等奖— 2.大学生创新训练计划项目省级立项第一负责人3.第十二届“挑战杯”中国大学生创业计划竞赛全国决赛金奖—（排名8/10）4.第十七届江苏省大学生课外学术科技作品竞赛获得校赛特等奖奖推报省赛获省赛二等奖—（排名1/7）5. 2020“创青春”南通市青年创新创业大赛总决赛三等奖—（排名5/10）6.南通市第七届公益项目立项——（排名2/10）7.中国青年志愿服务公益创业赛国赛三等奖—（排名3/10）8.中国“互联网+”大学生创新创业大赛获校赛特等奖推报省赛获省级一等奖—（排名2/9）9. 2022年“创青春”江苏青年创新创业大赛二等奖—（排名2/5）10.江苏省人社厅大学生优秀创业项目立项——（排名5/10）</w:t>
            </w:r>
          </w:p>
        </w:tc>
      </w:tr>
      <w:tr>
        <w:tc>
          <w:tcPr>
            <w:tcW w:type="dxa" w:w="1728"/>
          </w:tcPr>
          <w:p>
            <w:r>
              <w:t>3</w:t>
            </w:r>
          </w:p>
        </w:tc>
        <w:tc>
          <w:tcPr>
            <w:tcW w:type="dxa" w:w="1728"/>
          </w:tcPr>
          <w:p>
            <w:r>
              <w:t>1818011026</w:t>
            </w:r>
          </w:p>
        </w:tc>
        <w:tc>
          <w:tcPr>
            <w:tcW w:type="dxa" w:w="1728"/>
          </w:tcPr>
          <w:p>
            <w:r>
              <w:t>预防医学</w:t>
            </w:r>
          </w:p>
        </w:tc>
        <w:tc>
          <w:tcPr>
            <w:tcW w:type="dxa" w:w="1728"/>
          </w:tcPr>
          <w:p>
            <w:r>
              <w:t>付晓宇</w:t>
            </w:r>
          </w:p>
        </w:tc>
        <w:tc>
          <w:tcPr>
            <w:tcW w:type="dxa" w:w="1728"/>
          </w:tcPr>
          <w:p>
            <w:r>
              <w:t>1.以第五作者发表SCI论文1篇2.校级大学生创新训练计划项目立项；项目名称：《影响miRNA结合的功能性遗传变异与肺癌易感性的关联研究》；作为项目成员3. 2020年南通大学“互联网+”创新创业大赛三等奖；参赛项目：《肺癌相关的外周血regQTLs生物标志物及其应用》；排名：第二4.以第六作者发表SCI论文1篇5.以第三作者发表中文核心1篇6.第十七届“挑战杯”全国大学生课外学术科技作品竞赛国家三等奖；参赛项目：《基于人群大数据解析新的调控型基因变异对肺癌发病风险的影响》；排名：第二；</w:t>
            </w:r>
          </w:p>
        </w:tc>
      </w:tr>
      <w:tr>
        <w:tc>
          <w:tcPr>
            <w:tcW w:type="dxa" w:w="1728"/>
          </w:tcPr>
          <w:p>
            <w:r>
              <w:t>4</w:t>
            </w:r>
          </w:p>
        </w:tc>
        <w:tc>
          <w:tcPr>
            <w:tcW w:type="dxa" w:w="1728"/>
          </w:tcPr>
          <w:p>
            <w:r>
              <w:t>1818011033</w:t>
            </w:r>
          </w:p>
        </w:tc>
        <w:tc>
          <w:tcPr>
            <w:tcW w:type="dxa" w:w="1728"/>
          </w:tcPr>
          <w:p>
            <w:r>
              <w:t>预防医学</w:t>
            </w:r>
          </w:p>
        </w:tc>
        <w:tc>
          <w:tcPr>
            <w:tcW w:type="dxa" w:w="1728"/>
          </w:tcPr>
          <w:p>
            <w:r>
              <w:t>张硕</w:t>
            </w:r>
          </w:p>
        </w:tc>
        <w:tc>
          <w:tcPr>
            <w:tcW w:type="dxa" w:w="1728"/>
          </w:tcPr>
          <w:p>
            <w:r>
              <w:t>1.校级大创《PFOS对大鼠肝脏脂代谢影响及机制研究》成员2.互联网+、大挑、小挑《HOPO app》参与奖负责人</w:t>
            </w:r>
          </w:p>
        </w:tc>
      </w:tr>
      <w:tr>
        <w:tc>
          <w:tcPr>
            <w:tcW w:type="dxa" w:w="1728"/>
          </w:tcPr>
          <w:p>
            <w:r>
              <w:t>5</w:t>
            </w:r>
          </w:p>
        </w:tc>
        <w:tc>
          <w:tcPr>
            <w:tcW w:type="dxa" w:w="1728"/>
          </w:tcPr>
          <w:p>
            <w:r>
              <w:t>1813071001</w:t>
            </w:r>
          </w:p>
        </w:tc>
        <w:tc>
          <w:tcPr>
            <w:tcW w:type="dxa" w:w="1728"/>
          </w:tcPr>
          <w:p>
            <w:r>
              <w:t>医学检验</w:t>
            </w:r>
          </w:p>
        </w:tc>
        <w:tc>
          <w:tcPr>
            <w:tcW w:type="dxa" w:w="1728"/>
          </w:tcPr>
          <w:p>
            <w:r>
              <w:t>季秦宇</w:t>
            </w:r>
          </w:p>
        </w:tc>
        <w:tc>
          <w:tcPr>
            <w:tcW w:type="dxa" w:w="1728"/>
          </w:tcPr>
          <w:p>
            <w:r>
              <w:t>大学生创新创业训练项目申请项目成员</w:t>
            </w:r>
          </w:p>
        </w:tc>
      </w:tr>
      <w:tr>
        <w:tc>
          <w:tcPr>
            <w:tcW w:type="dxa" w:w="1728"/>
          </w:tcPr>
          <w:p>
            <w:r>
              <w:t>6</w:t>
            </w:r>
          </w:p>
        </w:tc>
        <w:tc>
          <w:tcPr>
            <w:tcW w:type="dxa" w:w="1728"/>
          </w:tcPr>
          <w:p>
            <w:r>
              <w:t>1815051041</w:t>
            </w:r>
          </w:p>
        </w:tc>
        <w:tc>
          <w:tcPr>
            <w:tcW w:type="dxa" w:w="1728"/>
          </w:tcPr>
          <w:p>
            <w:r>
              <w:t>医学检验</w:t>
            </w:r>
          </w:p>
        </w:tc>
        <w:tc>
          <w:tcPr>
            <w:tcW w:type="dxa" w:w="1728"/>
          </w:tcPr>
          <w:p>
            <w:r>
              <w:t>丁睿</w:t>
            </w:r>
          </w:p>
        </w:tc>
        <w:tc>
          <w:tcPr>
            <w:tcW w:type="dxa" w:w="1728"/>
          </w:tcPr>
          <w:p>
            <w:r>
              <w:t>1.以第一作者发表中文核心论文一篇2.大学生实践创新训练计划项目校级立项第一负责人3. “挑战杯”创新训练计划项目校级立项第一负责人4. 2021年中国性病艾滋病预防协会（中艾协）资助项目负责人</w:t>
            </w:r>
          </w:p>
        </w:tc>
      </w:tr>
      <w:tr>
        <w:tc>
          <w:tcPr>
            <w:tcW w:type="dxa" w:w="1728"/>
          </w:tcPr>
          <w:p>
            <w:r>
              <w:t>7</w:t>
            </w:r>
          </w:p>
        </w:tc>
        <w:tc>
          <w:tcPr>
            <w:tcW w:type="dxa" w:w="1728"/>
          </w:tcPr>
          <w:p>
            <w:r>
              <w:t>1804031044</w:t>
            </w:r>
          </w:p>
        </w:tc>
        <w:tc>
          <w:tcPr>
            <w:tcW w:type="dxa" w:w="1728"/>
          </w:tcPr>
          <w:p>
            <w:r>
              <w:t>医学检验</w:t>
            </w:r>
          </w:p>
        </w:tc>
        <w:tc>
          <w:tcPr>
            <w:tcW w:type="dxa" w:w="1728"/>
          </w:tcPr>
          <w:p>
            <w:r>
              <w:t>徐静</w:t>
            </w:r>
          </w:p>
        </w:tc>
        <w:tc>
          <w:tcPr>
            <w:tcW w:type="dxa" w:w="1728"/>
          </w:tcPr>
          <w:p>
            <w:r>
              <w:t>1.校级大学生创新训练计划项目成员（新型纳米镁铝复合生物吸附剂同时除氟除铅研究）课题组成员2.作为第一负责人主持省级大学生创新训练计划项目一项，（m6A修饰hsa_circ_0058493促进肝细胞癌进展的分子机制与临床研究）3.以第四作者发表SCI论文一篇4. “互联网+”大学生创新创业大赛校赛成功参赛奖（口袋医院互联网+一线救治）5. “第十三届‘挑战杯’南通大学大学生创业计划竞赛校内选拔赛”获金奖并推报省赛6.作为主持人获得南通市第七届公益大赛立项一项</w:t>
            </w:r>
          </w:p>
        </w:tc>
      </w:tr>
      <w:tr>
        <w:tc>
          <w:tcPr>
            <w:tcW w:type="dxa" w:w="1728"/>
          </w:tcPr>
          <w:p>
            <w:r>
              <w:t>8</w:t>
            </w:r>
          </w:p>
        </w:tc>
        <w:tc>
          <w:tcPr>
            <w:tcW w:type="dxa" w:w="1728"/>
          </w:tcPr>
          <w:p>
            <w:r>
              <w:t>1808041059</w:t>
            </w:r>
          </w:p>
        </w:tc>
        <w:tc>
          <w:tcPr>
            <w:tcW w:type="dxa" w:w="1728"/>
          </w:tcPr>
          <w:p>
            <w:r>
              <w:t>医学检验</w:t>
            </w:r>
          </w:p>
        </w:tc>
        <w:tc>
          <w:tcPr>
            <w:tcW w:type="dxa" w:w="1728"/>
          </w:tcPr>
          <w:p>
            <w:r>
              <w:t>李佳伟</w:t>
            </w:r>
          </w:p>
        </w:tc>
        <w:tc>
          <w:tcPr>
            <w:tcW w:type="dxa" w:w="1728"/>
          </w:tcPr>
          <w:p>
            <w:r>
              <w:t>临床感染革兰氏阳性菌的分离鉴定及耐药性分析项目成员，校级大学生科技实践创新训练计划项目成员</w:t>
            </w:r>
          </w:p>
        </w:tc>
      </w:tr>
      <w:tr>
        <w:tc>
          <w:tcPr>
            <w:tcW w:type="dxa" w:w="1728"/>
          </w:tcPr>
          <w:p>
            <w:r>
              <w:t>9</w:t>
            </w:r>
          </w:p>
        </w:tc>
        <w:tc>
          <w:tcPr>
            <w:tcW w:type="dxa" w:w="1728"/>
          </w:tcPr>
          <w:p>
            <w:r>
              <w:t>1819011111</w:t>
            </w:r>
          </w:p>
        </w:tc>
        <w:tc>
          <w:tcPr>
            <w:tcW w:type="dxa" w:w="1728"/>
          </w:tcPr>
          <w:p>
            <w:r>
              <w:t>医学检验</w:t>
            </w:r>
          </w:p>
        </w:tc>
        <w:tc>
          <w:tcPr>
            <w:tcW w:type="dxa" w:w="1728"/>
          </w:tcPr>
          <w:p>
            <w:r>
              <w:t>陈静茹</w:t>
            </w:r>
          </w:p>
        </w:tc>
        <w:tc>
          <w:tcPr>
            <w:tcW w:type="dxa" w:w="1728"/>
          </w:tcPr>
          <w:p>
            <w:r>
              <w:t>1.第十七届“挑战杯”全国大学生课外学术科技作品竞赛江苏省选拔赛“黑科技”专项赛二等奖；2.无痛胰岛素控制释放体系构建及高血糖控制研究。第二负责人3.江苏省大学生生物医学工程创新设计竞赛决赛三等奖</w:t>
            </w:r>
          </w:p>
        </w:tc>
      </w:tr>
      <w:tr>
        <w:tc>
          <w:tcPr>
            <w:tcW w:type="dxa" w:w="1728"/>
          </w:tcPr>
          <w:p>
            <w:r>
              <w:t>10</w:t>
            </w:r>
          </w:p>
        </w:tc>
        <w:tc>
          <w:tcPr>
            <w:tcW w:type="dxa" w:w="1728"/>
          </w:tcPr>
          <w:p>
            <w:r>
              <w:t>1915110081</w:t>
            </w:r>
          </w:p>
        </w:tc>
        <w:tc>
          <w:tcPr>
            <w:tcW w:type="dxa" w:w="1728"/>
          </w:tcPr>
          <w:p>
            <w:r>
              <w:t>医学检验</w:t>
            </w:r>
          </w:p>
        </w:tc>
        <w:tc>
          <w:tcPr>
            <w:tcW w:type="dxa" w:w="1728"/>
          </w:tcPr>
          <w:p>
            <w:r>
              <w:t>柳少钧</w:t>
            </w:r>
          </w:p>
        </w:tc>
        <w:tc>
          <w:tcPr>
            <w:tcW w:type="dxa" w:w="1728"/>
          </w:tcPr>
          <w:p>
            <w:r>
              <w:t>大创项目第一负责人—基于机器学习算法的胃癌DNA甲基化预后标志物筛选</w:t>
            </w:r>
          </w:p>
        </w:tc>
      </w:tr>
      <w:tr>
        <w:tc>
          <w:tcPr>
            <w:tcW w:type="dxa" w:w="1728"/>
          </w:tcPr>
          <w:p>
            <w:r>
              <w:t>11</w:t>
            </w:r>
          </w:p>
        </w:tc>
        <w:tc>
          <w:tcPr>
            <w:tcW w:type="dxa" w:w="1728"/>
          </w:tcPr>
          <w:p>
            <w:r>
              <w:t>1917110095</w:t>
            </w:r>
          </w:p>
        </w:tc>
        <w:tc>
          <w:tcPr>
            <w:tcW w:type="dxa" w:w="1728"/>
          </w:tcPr>
          <w:p>
            <w:r>
              <w:t>医学检验</w:t>
            </w:r>
          </w:p>
        </w:tc>
        <w:tc>
          <w:tcPr>
            <w:tcW w:type="dxa" w:w="1728"/>
          </w:tcPr>
          <w:p>
            <w:r>
              <w:t>褚修余</w:t>
            </w:r>
          </w:p>
        </w:tc>
        <w:tc>
          <w:tcPr>
            <w:tcW w:type="dxa" w:w="1728"/>
          </w:tcPr>
          <w:p>
            <w:r>
              <w:t>1.南通大学外国语学院“词达人杯”二等奖2.医学专业类论文中文核心其他作者发表一篇3.校级立项课题《亲代微塑料颗粒物暴露对子代肝脏脂质蓄积的影响》第一负责人4.作为其他发明人参与专利发明《一种吲哚类过氧化氢荧光探针及其制备方法》</w:t>
            </w:r>
          </w:p>
        </w:tc>
      </w:tr>
      <w:tr>
        <w:tc>
          <w:tcPr>
            <w:tcW w:type="dxa" w:w="1728"/>
          </w:tcPr>
          <w:p>
            <w:r>
              <w:t>12</w:t>
            </w:r>
          </w:p>
        </w:tc>
        <w:tc>
          <w:tcPr>
            <w:tcW w:type="dxa" w:w="1728"/>
          </w:tcPr>
          <w:p>
            <w:r>
              <w:t>1917110109</w:t>
            </w:r>
          </w:p>
        </w:tc>
        <w:tc>
          <w:tcPr>
            <w:tcW w:type="dxa" w:w="1728"/>
          </w:tcPr>
          <w:p>
            <w:r>
              <w:t>医学检验</w:t>
            </w:r>
          </w:p>
        </w:tc>
        <w:tc>
          <w:tcPr>
            <w:tcW w:type="dxa" w:w="1728"/>
          </w:tcPr>
          <w:p>
            <w:r>
              <w:t>江晓丹</w:t>
            </w:r>
          </w:p>
        </w:tc>
        <w:tc>
          <w:tcPr>
            <w:tcW w:type="dxa" w:w="1728"/>
          </w:tcPr>
          <w:p>
            <w:r>
              <w:t>1.省级一般大学生创新创业训练计划项目“基于肠道微生态探索熟地黄-山茱萸配伍干预慢性肾病的生物学机理研究”第一主持人2.第24届“外研社·国才杯”全国英语辩论赛校园选拔赛三等奖</w:t>
            </w:r>
          </w:p>
        </w:tc>
      </w:tr>
      <w:tr>
        <w:tc>
          <w:tcPr>
            <w:tcW w:type="dxa" w:w="1728"/>
          </w:tcPr>
          <w:p>
            <w:r>
              <w:t>13</w:t>
            </w:r>
          </w:p>
        </w:tc>
        <w:tc>
          <w:tcPr>
            <w:tcW w:type="dxa" w:w="1728"/>
          </w:tcPr>
          <w:p>
            <w:r>
              <w:t>1917110114</w:t>
            </w:r>
          </w:p>
        </w:tc>
        <w:tc>
          <w:tcPr>
            <w:tcW w:type="dxa" w:w="1728"/>
          </w:tcPr>
          <w:p>
            <w:r>
              <w:t>医学检验</w:t>
            </w:r>
          </w:p>
        </w:tc>
        <w:tc>
          <w:tcPr>
            <w:tcW w:type="dxa" w:w="1728"/>
          </w:tcPr>
          <w:p>
            <w:r>
              <w:t>周雅秋</w:t>
            </w:r>
          </w:p>
        </w:tc>
        <w:tc>
          <w:tcPr>
            <w:tcW w:type="dxa" w:w="1728"/>
          </w:tcPr>
          <w:p>
            <w:r>
              <w:t>作为主持人参加大学生创新创业校级项目《临床感染革兰氏阴性菌的流行病学调查及毒力分析》</w:t>
            </w:r>
          </w:p>
        </w:tc>
      </w:tr>
      <w:tr>
        <w:tc>
          <w:tcPr>
            <w:tcW w:type="dxa" w:w="1728"/>
          </w:tcPr>
          <w:p>
            <w:r>
              <w:t>14</w:t>
            </w:r>
          </w:p>
        </w:tc>
        <w:tc>
          <w:tcPr>
            <w:tcW w:type="dxa" w:w="1728"/>
          </w:tcPr>
          <w:p>
            <w:r>
              <w:t>1917110117</w:t>
            </w:r>
          </w:p>
        </w:tc>
        <w:tc>
          <w:tcPr>
            <w:tcW w:type="dxa" w:w="1728"/>
          </w:tcPr>
          <w:p>
            <w:r>
              <w:t>医学检验</w:t>
            </w:r>
          </w:p>
        </w:tc>
        <w:tc>
          <w:tcPr>
            <w:tcW w:type="dxa" w:w="1728"/>
          </w:tcPr>
          <w:p>
            <w:r>
              <w:t>潘婧</w:t>
            </w:r>
          </w:p>
        </w:tc>
        <w:tc>
          <w:tcPr>
            <w:tcW w:type="dxa" w:w="1728"/>
          </w:tcPr>
          <w:p>
            <w:r>
              <w:t>1.《基于乙酰胆碱酯酶的一次性可抛纸基酶传感器应用于杀螟硫磷的检测研究》2.《面向现场的智能农残检测仪的商品化开发》①南通大学大学生创新创业计划项目主持人、3. 2022挑战杯成员</w:t>
            </w:r>
          </w:p>
        </w:tc>
      </w:tr>
      <w:tr>
        <w:tc>
          <w:tcPr>
            <w:tcW w:type="dxa" w:w="1728"/>
          </w:tcPr>
          <w:p>
            <w:r>
              <w:t>15</w:t>
            </w:r>
          </w:p>
        </w:tc>
        <w:tc>
          <w:tcPr>
            <w:tcW w:type="dxa" w:w="1728"/>
          </w:tcPr>
          <w:p>
            <w:r>
              <w:t>1917110127</w:t>
            </w:r>
          </w:p>
        </w:tc>
        <w:tc>
          <w:tcPr>
            <w:tcW w:type="dxa" w:w="1728"/>
          </w:tcPr>
          <w:p>
            <w:r>
              <w:t>医学检验</w:t>
            </w:r>
          </w:p>
        </w:tc>
        <w:tc>
          <w:tcPr>
            <w:tcW w:type="dxa" w:w="1728"/>
          </w:tcPr>
          <w:p>
            <w:r>
              <w:t>赵凌锋</w:t>
            </w:r>
          </w:p>
        </w:tc>
        <w:tc>
          <w:tcPr>
            <w:tcW w:type="dxa" w:w="1728"/>
          </w:tcPr>
          <w:p>
            <w:r>
              <w:t>1.校级大创立项2.江第十七届“挑战杯”竞赛校内选拔赛三等奖3.以第一负责人申请校级“互联网+”大学生创新创业大赛4.以第一作者发表医学专业类SCI收录论文一篇5.以其他作者发表医学专业类SCI收录论文两篇（一篇研究型、一篇综述）6.以第一负责人申请校级“挑战杯”全国大学生创业计划大赛7.江苏省大学生生物医学工程创新设计竞赛省赛三等奖</w:t>
            </w:r>
          </w:p>
        </w:tc>
      </w:tr>
      <w:tr>
        <w:tc>
          <w:tcPr>
            <w:tcW w:type="dxa" w:w="1728"/>
          </w:tcPr>
          <w:p>
            <w:r>
              <w:t>16</w:t>
            </w:r>
          </w:p>
        </w:tc>
        <w:tc>
          <w:tcPr>
            <w:tcW w:type="dxa" w:w="1728"/>
          </w:tcPr>
          <w:p>
            <w:r>
              <w:t>1902110053</w:t>
            </w:r>
          </w:p>
        </w:tc>
        <w:tc>
          <w:tcPr>
            <w:tcW w:type="dxa" w:w="1728"/>
          </w:tcPr>
          <w:p>
            <w:r>
              <w:t>医学检验</w:t>
            </w:r>
          </w:p>
        </w:tc>
        <w:tc>
          <w:tcPr>
            <w:tcW w:type="dxa" w:w="1728"/>
          </w:tcPr>
          <w:p>
            <w:r>
              <w:t>张乐萱</w:t>
            </w:r>
          </w:p>
        </w:tc>
        <w:tc>
          <w:tcPr>
            <w:tcW w:type="dxa" w:w="1728"/>
          </w:tcPr>
          <w:p>
            <w:r>
              <w:t>1.第一作者发表SCI论文一篇2.第二作者发表SCI论文二篇</w:t>
            </w:r>
          </w:p>
        </w:tc>
      </w:tr>
    </w:tbl>
    <w:p>
      <w:r>
        <w:t>公示时间：202 2年9月21日-9月24日。如有异议，请与学院综合办公室联系，联系电话：85012906。</w:t>
      </w:r>
    </w:p>
    <w:p>
      <w:r>
        <w:t>公共卫生学院</w:t>
      </w:r>
    </w:p>
    <w:p>
      <w:r>
        <w:t>2022年9月21日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