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公共卫生院拟推荐免试攻读硕士研究生名单公示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1618012078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曹璐姚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1618012017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缪俊艳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1618012054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薛惠欣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1618012088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仲芳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1708041052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秦欣悦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1608022082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张玉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1718021017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周舟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1718021062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董卿宇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公示时间：2020年9月30日- 10月9日，如有异议，请联系电话：85012919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