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公共卫生学院2026年推免特殊学术专长审核结果公示</w:t>
      </w:r>
    </w:p>
    <w:p>
      <w:r>
        <w:t>根据教育部最新文件精神，我校《关于做好202 6年推荐优秀应届本科毕业生免试攻读研究生工作的通知》和《公共卫生学院202 6年推荐优秀应届本科毕业生免试攻读硕士学位研究生工作实施细则》，学院对申请推免学生的科研创新成果、论文、竞赛获奖奖项等内容进行公开答辩，并组织专家小组审核鉴定。现将审核通过的成果公示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专业</w:t>
            </w:r>
          </w:p>
        </w:tc>
        <w:tc>
          <w:tcPr>
            <w:tcW w:type="dxa" w:w="1728"/>
          </w:tcPr>
          <w:p>
            <w:r>
              <w:t>学号</w:t>
            </w:r>
          </w:p>
        </w:tc>
        <w:tc>
          <w:tcPr>
            <w:tcW w:type="dxa" w:w="1728"/>
          </w:tcPr>
          <w:p>
            <w:r>
              <w:t>姓名</w:t>
            </w:r>
          </w:p>
        </w:tc>
        <w:tc>
          <w:tcPr>
            <w:tcW w:type="dxa" w:w="1728"/>
          </w:tcPr>
          <w:p>
            <w:r>
              <w:t>审核通过</w:t>
            </w:r>
          </w:p>
        </w:tc>
      </w:tr>
      <w:tr>
        <w:tc>
          <w:tcPr>
            <w:tcW w:type="dxa" w:w="1728"/>
          </w:tcPr>
          <w:p>
            <w:r>
              <w:t>1</w:t>
            </w:r>
          </w:p>
        </w:tc>
        <w:tc>
          <w:tcPr>
            <w:tcW w:type="dxa" w:w="1728"/>
          </w:tcPr>
          <w:p>
            <w:r>
              <w:t>预防213</w:t>
            </w:r>
          </w:p>
        </w:tc>
        <w:tc>
          <w:tcPr>
            <w:tcW w:type="dxa" w:w="1728"/>
          </w:tcPr>
          <w:p>
            <w:r>
              <w:t>2117110108</w:t>
            </w:r>
          </w:p>
        </w:tc>
        <w:tc>
          <w:tcPr>
            <w:tcW w:type="dxa" w:w="1728"/>
          </w:tcPr>
          <w:p>
            <w:r>
              <w:t>陈开泰</w:t>
            </w:r>
          </w:p>
        </w:tc>
        <w:tc>
          <w:tcPr>
            <w:tcW w:type="dxa" w:w="1728"/>
          </w:tcPr>
          <w:p>
            <w:r>
              <w:t>第十三届“挑战杯”中国大学生创业计划竞赛银奖</w:t>
            </w:r>
          </w:p>
        </w:tc>
      </w:tr>
      <w:tr>
        <w:tc>
          <w:tcPr>
            <w:tcW w:type="dxa" w:w="1728"/>
          </w:tcPr>
          <w:p>
            <w:r>
              <w:t>第十二届“挑战杯”江苏省大学生创业计划竞赛银奖</w:t>
            </w:r>
          </w:p>
        </w:tc>
        <w:tc>
          <w:tcPr>
            <w:tcW w:type="dxa" w:w="1728"/>
          </w:tcPr>
          <w:p/>
        </w:tc>
        <w:tc>
          <w:tcPr>
            <w:tcW w:type="dxa" w:w="1728"/>
          </w:tcPr>
          <w:p/>
        </w:tc>
        <w:tc>
          <w:tcPr>
            <w:tcW w:type="dxa" w:w="1728"/>
          </w:tcPr>
          <w:p/>
        </w:tc>
        <w:tc>
          <w:tcPr>
            <w:tcW w:type="dxa" w:w="1728"/>
          </w:tcPr>
          <w:p/>
        </w:tc>
      </w:tr>
      <w:tr>
        <w:tc>
          <w:tcPr>
            <w:tcW w:type="dxa" w:w="1728"/>
          </w:tcPr>
          <w:p>
            <w:r>
              <w:t>第八届中国国际“互联网+”大学生创新创业大赛江苏省选拔赛二等奖</w:t>
            </w:r>
          </w:p>
        </w:tc>
        <w:tc>
          <w:tcPr>
            <w:tcW w:type="dxa" w:w="1728"/>
          </w:tcPr>
          <w:p/>
        </w:tc>
        <w:tc>
          <w:tcPr>
            <w:tcW w:type="dxa" w:w="1728"/>
          </w:tcPr>
          <w:p/>
        </w:tc>
        <w:tc>
          <w:tcPr>
            <w:tcW w:type="dxa" w:w="1728"/>
          </w:tcPr>
          <w:p/>
        </w:tc>
        <w:tc>
          <w:tcPr>
            <w:tcW w:type="dxa" w:w="1728"/>
          </w:tcPr>
          <w:p/>
        </w:tc>
      </w:tr>
      <w:tr>
        <w:tc>
          <w:tcPr>
            <w:tcW w:type="dxa" w:w="1728"/>
          </w:tcPr>
          <w:p>
            <w:r>
              <w:t>第九届中国国际“互联网+”大学生创新创业大赛江苏省选拔赛二等奖</w:t>
            </w:r>
          </w:p>
        </w:tc>
        <w:tc>
          <w:tcPr>
            <w:tcW w:type="dxa" w:w="1728"/>
          </w:tcPr>
          <w:p/>
        </w:tc>
        <w:tc>
          <w:tcPr>
            <w:tcW w:type="dxa" w:w="1728"/>
          </w:tcPr>
          <w:p/>
        </w:tc>
        <w:tc>
          <w:tcPr>
            <w:tcW w:type="dxa" w:w="1728"/>
          </w:tcPr>
          <w:p/>
        </w:tc>
        <w:tc>
          <w:tcPr>
            <w:tcW w:type="dxa" w:w="1728"/>
          </w:tcPr>
          <w:p/>
        </w:tc>
      </w:tr>
      <w:tr>
        <w:tc>
          <w:tcPr>
            <w:tcW w:type="dxa" w:w="1728"/>
          </w:tcPr>
          <w:p>
            <w:r>
              <w:t>第十四届“挑战杯”中国大学生创业计划竞赛江苏省选拔赛铜奖</w:t>
            </w:r>
          </w:p>
        </w:tc>
        <w:tc>
          <w:tcPr>
            <w:tcW w:type="dxa" w:w="1728"/>
          </w:tcPr>
          <w:p/>
        </w:tc>
        <w:tc>
          <w:tcPr>
            <w:tcW w:type="dxa" w:w="1728"/>
          </w:tcPr>
          <w:p/>
        </w:tc>
        <w:tc>
          <w:tcPr>
            <w:tcW w:type="dxa" w:w="1728"/>
          </w:tcPr>
          <w:p/>
        </w:tc>
        <w:tc>
          <w:tcPr>
            <w:tcW w:type="dxa" w:w="1728"/>
          </w:tcPr>
          <w:p/>
        </w:tc>
      </w:tr>
      <w:tr>
        <w:tc>
          <w:tcPr>
            <w:tcW w:type="dxa" w:w="1728"/>
          </w:tcPr>
          <w:p>
            <w:r>
              <w:t>2023年南通大学大学生创新创业训练计划项目：健康“饮”路者——功能奶茶精准赋能主持人</w:t>
            </w:r>
          </w:p>
        </w:tc>
        <w:tc>
          <w:tcPr>
            <w:tcW w:type="dxa" w:w="1728"/>
          </w:tcPr>
          <w:p/>
        </w:tc>
        <w:tc>
          <w:tcPr>
            <w:tcW w:type="dxa" w:w="1728"/>
          </w:tcPr>
          <w:p/>
        </w:tc>
        <w:tc>
          <w:tcPr>
            <w:tcW w:type="dxa" w:w="1728"/>
          </w:tcPr>
          <w:p/>
        </w:tc>
        <w:tc>
          <w:tcPr>
            <w:tcW w:type="dxa" w:w="1728"/>
          </w:tcPr>
          <w:p/>
        </w:tc>
      </w:tr>
      <w:tr>
        <w:tc>
          <w:tcPr>
            <w:tcW w:type="dxa" w:w="1728"/>
          </w:tcPr>
          <w:p>
            <w:r>
              <w:t>第十八届“挑战杯”全国大学生课外学术科技作品竞赛“黑科技”专项赛南通大学选拔赛一等奖</w:t>
            </w:r>
          </w:p>
        </w:tc>
        <w:tc>
          <w:tcPr>
            <w:tcW w:type="dxa" w:w="1728"/>
          </w:tcPr>
          <w:p/>
        </w:tc>
        <w:tc>
          <w:tcPr>
            <w:tcW w:type="dxa" w:w="1728"/>
          </w:tcPr>
          <w:p/>
        </w:tc>
        <w:tc>
          <w:tcPr>
            <w:tcW w:type="dxa" w:w="1728"/>
          </w:tcPr>
          <w:p/>
        </w:tc>
        <w:tc>
          <w:tcPr>
            <w:tcW w:type="dxa" w:w="1728"/>
          </w:tcPr>
          <w:p/>
        </w:tc>
      </w:tr>
      <w:tr>
        <w:tc>
          <w:tcPr>
            <w:tcW w:type="dxa" w:w="1728"/>
          </w:tcPr>
          <w:p>
            <w:r>
              <w:t>2023年南通大学“互联网+”大学生创新创业大赛一等奖</w:t>
            </w:r>
          </w:p>
        </w:tc>
        <w:tc>
          <w:tcPr>
            <w:tcW w:type="dxa" w:w="1728"/>
          </w:tcPr>
          <w:p/>
        </w:tc>
        <w:tc>
          <w:tcPr>
            <w:tcW w:type="dxa" w:w="1728"/>
          </w:tcPr>
          <w:p/>
        </w:tc>
        <w:tc>
          <w:tcPr>
            <w:tcW w:type="dxa" w:w="1728"/>
          </w:tcPr>
          <w:p/>
        </w:tc>
        <w:tc>
          <w:tcPr>
            <w:tcW w:type="dxa" w:w="1728"/>
          </w:tcPr>
          <w:p/>
        </w:tc>
      </w:tr>
      <w:tr>
        <w:tc>
          <w:tcPr>
            <w:tcW w:type="dxa" w:w="1728"/>
          </w:tcPr>
          <w:p>
            <w:r>
              <w:t>2022年南通大学“互联网+”大学生创新创业大赛二等奖</w:t>
            </w:r>
          </w:p>
        </w:tc>
        <w:tc>
          <w:tcPr>
            <w:tcW w:type="dxa" w:w="1728"/>
          </w:tcPr>
          <w:p/>
        </w:tc>
        <w:tc>
          <w:tcPr>
            <w:tcW w:type="dxa" w:w="1728"/>
          </w:tcPr>
          <w:p/>
        </w:tc>
        <w:tc>
          <w:tcPr>
            <w:tcW w:type="dxa" w:w="1728"/>
          </w:tcPr>
          <w:p/>
        </w:tc>
        <w:tc>
          <w:tcPr>
            <w:tcW w:type="dxa" w:w="1728"/>
          </w:tcPr>
          <w:p/>
        </w:tc>
      </w:tr>
      <w:tr>
        <w:tc>
          <w:tcPr>
            <w:tcW w:type="dxa" w:w="1728"/>
          </w:tcPr>
          <w:p>
            <w:r>
              <w:t>南通大学第六届药理学知识竞赛二等奖</w:t>
            </w:r>
          </w:p>
        </w:tc>
        <w:tc>
          <w:tcPr>
            <w:tcW w:type="dxa" w:w="1728"/>
          </w:tcPr>
          <w:p/>
        </w:tc>
        <w:tc>
          <w:tcPr>
            <w:tcW w:type="dxa" w:w="1728"/>
          </w:tcPr>
          <w:p/>
        </w:tc>
        <w:tc>
          <w:tcPr>
            <w:tcW w:type="dxa" w:w="1728"/>
          </w:tcPr>
          <w:p/>
        </w:tc>
        <w:tc>
          <w:tcPr>
            <w:tcW w:type="dxa" w:w="1728"/>
          </w:tcPr>
          <w:p/>
        </w:tc>
      </w:tr>
      <w:tr>
        <w:tc>
          <w:tcPr>
            <w:tcW w:type="dxa" w:w="1728"/>
          </w:tcPr>
          <w:p>
            <w:r>
              <w:t>南通大学大学生课外学术科技作品竞赛暨第十八届“挑战杯”竞赛校内选拔赛三等奖</w:t>
            </w:r>
          </w:p>
        </w:tc>
        <w:tc>
          <w:tcPr>
            <w:tcW w:type="dxa" w:w="1728"/>
          </w:tcPr>
          <w:p/>
        </w:tc>
        <w:tc>
          <w:tcPr>
            <w:tcW w:type="dxa" w:w="1728"/>
          </w:tcPr>
          <w:p/>
        </w:tc>
        <w:tc>
          <w:tcPr>
            <w:tcW w:type="dxa" w:w="1728"/>
          </w:tcPr>
          <w:p/>
        </w:tc>
        <w:tc>
          <w:tcPr>
            <w:tcW w:type="dxa" w:w="1728"/>
          </w:tcPr>
          <w:p/>
        </w:tc>
      </w:tr>
      <w:tr>
        <w:tc>
          <w:tcPr>
            <w:tcW w:type="dxa" w:w="1728"/>
          </w:tcPr>
          <w:p>
            <w:r>
              <w:t>2024年南通大学大学生创新大赛三等奖</w:t>
            </w:r>
          </w:p>
        </w:tc>
        <w:tc>
          <w:tcPr>
            <w:tcW w:type="dxa" w:w="1728"/>
          </w:tcPr>
          <w:p/>
        </w:tc>
        <w:tc>
          <w:tcPr>
            <w:tcW w:type="dxa" w:w="1728"/>
          </w:tcPr>
          <w:p/>
        </w:tc>
        <w:tc>
          <w:tcPr>
            <w:tcW w:type="dxa" w:w="1728"/>
          </w:tcPr>
          <w:p/>
        </w:tc>
        <w:tc>
          <w:tcPr>
            <w:tcW w:type="dxa" w:w="1728"/>
          </w:tcPr>
          <w:p/>
        </w:tc>
      </w:tr>
      <w:tr>
        <w:tc>
          <w:tcPr>
            <w:tcW w:type="dxa" w:w="1728"/>
          </w:tcPr>
          <w:p>
            <w:r>
              <w:t>2022年全国大学生英语竞赛参与奖</w:t>
            </w:r>
          </w:p>
        </w:tc>
        <w:tc>
          <w:tcPr>
            <w:tcW w:type="dxa" w:w="1728"/>
          </w:tcPr>
          <w:p/>
        </w:tc>
        <w:tc>
          <w:tcPr>
            <w:tcW w:type="dxa" w:w="1728"/>
          </w:tcPr>
          <w:p/>
        </w:tc>
        <w:tc>
          <w:tcPr>
            <w:tcW w:type="dxa" w:w="1728"/>
          </w:tcPr>
          <w:p/>
        </w:tc>
        <w:tc>
          <w:tcPr>
            <w:tcW w:type="dxa" w:w="1728"/>
          </w:tcPr>
          <w:p/>
        </w:tc>
      </w:tr>
      <w:tr>
        <w:tc>
          <w:tcPr>
            <w:tcW w:type="dxa" w:w="1728"/>
          </w:tcPr>
          <w:p>
            <w:r>
              <w:t>2</w:t>
            </w:r>
          </w:p>
        </w:tc>
        <w:tc>
          <w:tcPr>
            <w:tcW w:type="dxa" w:w="1728"/>
          </w:tcPr>
          <w:p>
            <w:r>
              <w:t>预防212</w:t>
            </w:r>
          </w:p>
        </w:tc>
        <w:tc>
          <w:tcPr>
            <w:tcW w:type="dxa" w:w="1728"/>
          </w:tcPr>
          <w:p>
            <w:r>
              <w:t>2117110032</w:t>
            </w:r>
          </w:p>
        </w:tc>
        <w:tc>
          <w:tcPr>
            <w:tcW w:type="dxa" w:w="1728"/>
          </w:tcPr>
          <w:p>
            <w:r>
              <w:t>戴京京</w:t>
            </w:r>
          </w:p>
        </w:tc>
        <w:tc>
          <w:tcPr>
            <w:tcW w:type="dxa" w:w="1728"/>
          </w:tcPr>
          <w:p>
            <w:r>
              <w:t>2023年南通大学“互联网+”大学生创新创业大赛中荣获二等奖</w:t>
            </w:r>
          </w:p>
        </w:tc>
      </w:tr>
      <w:tr>
        <w:tc>
          <w:tcPr>
            <w:tcW w:type="dxa" w:w="1728"/>
          </w:tcPr>
          <w:p>
            <w:r>
              <w:t>南通大学大学生课外学术科技作品竞赛暨第十九届“挑战杯”竞赛校内选拔赛一等奖。</w:t>
            </w:r>
          </w:p>
        </w:tc>
        <w:tc>
          <w:tcPr>
            <w:tcW w:type="dxa" w:w="1728"/>
          </w:tcPr>
          <w:p/>
        </w:tc>
        <w:tc>
          <w:tcPr>
            <w:tcW w:type="dxa" w:w="1728"/>
          </w:tcPr>
          <w:p/>
        </w:tc>
        <w:tc>
          <w:tcPr>
            <w:tcW w:type="dxa" w:w="1728"/>
          </w:tcPr>
          <w:p/>
        </w:tc>
        <w:tc>
          <w:tcPr>
            <w:tcW w:type="dxa" w:w="1728"/>
          </w:tcPr>
          <w:p/>
        </w:tc>
      </w:tr>
      <w:tr>
        <w:tc>
          <w:tcPr>
            <w:tcW w:type="dxa" w:w="1728"/>
          </w:tcPr>
          <w:p>
            <w:r>
              <w:t>3</w:t>
            </w:r>
          </w:p>
        </w:tc>
        <w:tc>
          <w:tcPr>
            <w:tcW w:type="dxa" w:w="1728"/>
          </w:tcPr>
          <w:p>
            <w:r>
              <w:t>预防213</w:t>
            </w:r>
          </w:p>
        </w:tc>
        <w:tc>
          <w:tcPr>
            <w:tcW w:type="dxa" w:w="1728"/>
          </w:tcPr>
          <w:p>
            <w:r>
              <w:t>2117110063</w:t>
            </w:r>
          </w:p>
        </w:tc>
        <w:tc>
          <w:tcPr>
            <w:tcW w:type="dxa" w:w="1728"/>
          </w:tcPr>
          <w:p>
            <w:r>
              <w:t>方玉</w:t>
            </w:r>
          </w:p>
        </w:tc>
        <w:tc>
          <w:tcPr>
            <w:tcW w:type="dxa" w:w="1728"/>
          </w:tcPr>
          <w:p>
            <w:r>
              <w:t>2022年全国大学生英语竞赛初赛参赛奖</w:t>
            </w:r>
          </w:p>
        </w:tc>
      </w:tr>
      <w:tr>
        <w:tc>
          <w:tcPr>
            <w:tcW w:type="dxa" w:w="1728"/>
          </w:tcPr>
          <w:p>
            <w:r>
              <w:t>2022年江苏省大学生创新训练项目，三羧酸循环中间载体SLC25A10重编程调控ESR1甲基化促结直肠癌发生发展的机制成员</w:t>
            </w:r>
          </w:p>
        </w:tc>
        <w:tc>
          <w:tcPr>
            <w:tcW w:type="dxa" w:w="1728"/>
          </w:tcPr>
          <w:p/>
        </w:tc>
        <w:tc>
          <w:tcPr>
            <w:tcW w:type="dxa" w:w="1728"/>
          </w:tcPr>
          <w:p/>
        </w:tc>
        <w:tc>
          <w:tcPr>
            <w:tcW w:type="dxa" w:w="1728"/>
          </w:tcPr>
          <w:p/>
        </w:tc>
        <w:tc>
          <w:tcPr>
            <w:tcW w:type="dxa" w:w="1728"/>
          </w:tcPr>
          <w:p/>
        </w:tc>
      </w:tr>
      <w:tr>
        <w:tc>
          <w:tcPr>
            <w:tcW w:type="dxa" w:w="1728"/>
          </w:tcPr>
          <w:p>
            <w:r>
              <w:t>线粒体二羧酸盐载体SLC25A10:肿瘤防治的新靶点.现代肿瘤医学，2024.文章排名第1</w:t>
            </w:r>
          </w:p>
        </w:tc>
        <w:tc>
          <w:tcPr>
            <w:tcW w:type="dxa" w:w="1728"/>
          </w:tcPr>
          <w:p/>
        </w:tc>
        <w:tc>
          <w:tcPr>
            <w:tcW w:type="dxa" w:w="1728"/>
          </w:tcPr>
          <w:p/>
        </w:tc>
        <w:tc>
          <w:tcPr>
            <w:tcW w:type="dxa" w:w="1728"/>
          </w:tcPr>
          <w:p/>
        </w:tc>
        <w:tc>
          <w:tcPr>
            <w:tcW w:type="dxa" w:w="1728"/>
          </w:tcPr>
          <w:p/>
        </w:tc>
      </w:tr>
      <w:tr>
        <w:tc>
          <w:tcPr>
            <w:tcW w:type="dxa" w:w="1728"/>
          </w:tcPr>
          <w:p>
            <w:r>
              <w:t>2024年第十届全国大学生统计建模大赛江苏赛区赛区选拔赛本科生组二等奖</w:t>
            </w:r>
          </w:p>
        </w:tc>
        <w:tc>
          <w:tcPr>
            <w:tcW w:type="dxa" w:w="1728"/>
          </w:tcPr>
          <w:p/>
        </w:tc>
        <w:tc>
          <w:tcPr>
            <w:tcW w:type="dxa" w:w="1728"/>
          </w:tcPr>
          <w:p/>
        </w:tc>
        <w:tc>
          <w:tcPr>
            <w:tcW w:type="dxa" w:w="1728"/>
          </w:tcPr>
          <w:p/>
        </w:tc>
        <w:tc>
          <w:tcPr>
            <w:tcW w:type="dxa" w:w="1728"/>
          </w:tcPr>
          <w:p/>
        </w:tc>
      </w:tr>
      <w:tr>
        <w:tc>
          <w:tcPr>
            <w:tcW w:type="dxa" w:w="1728"/>
          </w:tcPr>
          <w:p>
            <w:r>
              <w:t>2024高教社杯全国大学生数学建模竞赛本科组江苏赛区二等奖</w:t>
            </w:r>
          </w:p>
        </w:tc>
        <w:tc>
          <w:tcPr>
            <w:tcW w:type="dxa" w:w="1728"/>
          </w:tcPr>
          <w:p/>
        </w:tc>
        <w:tc>
          <w:tcPr>
            <w:tcW w:type="dxa" w:w="1728"/>
          </w:tcPr>
          <w:p/>
        </w:tc>
        <w:tc>
          <w:tcPr>
            <w:tcW w:type="dxa" w:w="1728"/>
          </w:tcPr>
          <w:p/>
        </w:tc>
        <w:tc>
          <w:tcPr>
            <w:tcW w:type="dxa" w:w="1728"/>
          </w:tcPr>
          <w:p/>
        </w:tc>
      </w:tr>
      <w:tr>
        <w:tc>
          <w:tcPr>
            <w:tcW w:type="dxa" w:w="1728"/>
          </w:tcPr>
          <w:p>
            <w:r>
              <w:t>2025年全国大学生统计建模大赛校内选拔赛本科生组二等奖</w:t>
            </w:r>
          </w:p>
        </w:tc>
        <w:tc>
          <w:tcPr>
            <w:tcW w:type="dxa" w:w="1728"/>
          </w:tcPr>
          <w:p/>
        </w:tc>
        <w:tc>
          <w:tcPr>
            <w:tcW w:type="dxa" w:w="1728"/>
          </w:tcPr>
          <w:p/>
        </w:tc>
        <w:tc>
          <w:tcPr>
            <w:tcW w:type="dxa" w:w="1728"/>
          </w:tcPr>
          <w:p/>
        </w:tc>
        <w:tc>
          <w:tcPr>
            <w:tcW w:type="dxa" w:w="1728"/>
          </w:tcPr>
          <w:p/>
        </w:tc>
      </w:tr>
      <w:tr>
        <w:tc>
          <w:tcPr>
            <w:tcW w:type="dxa" w:w="1728"/>
          </w:tcPr>
          <w:p>
            <w:r>
              <w:t>血肿周围水肿的发生及进展分析.今日健康，2025.文章排名第1</w:t>
            </w:r>
          </w:p>
        </w:tc>
        <w:tc>
          <w:tcPr>
            <w:tcW w:type="dxa" w:w="1728"/>
          </w:tcPr>
          <w:p/>
        </w:tc>
        <w:tc>
          <w:tcPr>
            <w:tcW w:type="dxa" w:w="1728"/>
          </w:tcPr>
          <w:p/>
        </w:tc>
        <w:tc>
          <w:tcPr>
            <w:tcW w:type="dxa" w:w="1728"/>
          </w:tcPr>
          <w:p/>
        </w:tc>
        <w:tc>
          <w:tcPr>
            <w:tcW w:type="dxa" w:w="1728"/>
          </w:tcPr>
          <w:p/>
        </w:tc>
      </w:tr>
      <w:tr>
        <w:tc>
          <w:tcPr>
            <w:tcW w:type="dxa" w:w="1728"/>
          </w:tcPr>
          <w:p>
            <w:r>
              <w:t>出血性脑卒中血肿扩展风险因素建模分析.大健康，2024.文章排名第1</w:t>
            </w:r>
          </w:p>
        </w:tc>
        <w:tc>
          <w:tcPr>
            <w:tcW w:type="dxa" w:w="1728"/>
          </w:tcPr>
          <w:p/>
        </w:tc>
        <w:tc>
          <w:tcPr>
            <w:tcW w:type="dxa" w:w="1728"/>
          </w:tcPr>
          <w:p/>
        </w:tc>
        <w:tc>
          <w:tcPr>
            <w:tcW w:type="dxa" w:w="1728"/>
          </w:tcPr>
          <w:p/>
        </w:tc>
        <w:tc>
          <w:tcPr>
            <w:tcW w:type="dxa" w:w="1728"/>
          </w:tcPr>
          <w:p/>
        </w:tc>
      </w:tr>
      <w:tr>
        <w:tc>
          <w:tcPr>
            <w:tcW w:type="dxa" w:w="1728"/>
          </w:tcPr>
          <w:p>
            <w:r>
              <w:t>4</w:t>
            </w:r>
          </w:p>
        </w:tc>
        <w:tc>
          <w:tcPr>
            <w:tcW w:type="dxa" w:w="1728"/>
          </w:tcPr>
          <w:p>
            <w:r>
              <w:t>预防211</w:t>
            </w:r>
          </w:p>
        </w:tc>
        <w:tc>
          <w:tcPr>
            <w:tcW w:type="dxa" w:w="1728"/>
          </w:tcPr>
          <w:p>
            <w:r>
              <w:t>2031110442</w:t>
            </w:r>
          </w:p>
        </w:tc>
        <w:tc>
          <w:tcPr>
            <w:tcW w:type="dxa" w:w="1728"/>
          </w:tcPr>
          <w:p>
            <w:r>
              <w:t>蒋梦娜</w:t>
            </w:r>
          </w:p>
        </w:tc>
        <w:tc>
          <w:tcPr>
            <w:tcW w:type="dxa" w:w="1728"/>
          </w:tcPr>
          <w:p>
            <w:r>
              <w:t>第十八届“挑战杯”全国大学生课外学术科技作品竞赛一等奖</w:t>
            </w:r>
          </w:p>
        </w:tc>
      </w:tr>
      <w:tr>
        <w:tc>
          <w:tcPr>
            <w:tcW w:type="dxa" w:w="1728"/>
          </w:tcPr>
          <w:p>
            <w:r>
              <w:t>第十三届“挑战杯”中国大学生创业计划竞赛银奖</w:t>
            </w:r>
          </w:p>
        </w:tc>
        <w:tc>
          <w:tcPr>
            <w:tcW w:type="dxa" w:w="1728"/>
          </w:tcPr>
          <w:p/>
        </w:tc>
        <w:tc>
          <w:tcPr>
            <w:tcW w:type="dxa" w:w="1728"/>
          </w:tcPr>
          <w:p/>
        </w:tc>
        <w:tc>
          <w:tcPr>
            <w:tcW w:type="dxa" w:w="1728"/>
          </w:tcPr>
          <w:p/>
        </w:tc>
        <w:tc>
          <w:tcPr>
            <w:tcW w:type="dxa" w:w="1728"/>
          </w:tcPr>
          <w:p/>
        </w:tc>
      </w:tr>
      <w:tr>
        <w:tc>
          <w:tcPr>
            <w:tcW w:type="dxa" w:w="1728"/>
          </w:tcPr>
          <w:p>
            <w:r>
              <w:t>中国国际大学生创新大赛（2024）国赛铜奖</w:t>
            </w:r>
          </w:p>
        </w:tc>
        <w:tc>
          <w:tcPr>
            <w:tcW w:type="dxa" w:w="1728"/>
          </w:tcPr>
          <w:p/>
        </w:tc>
        <w:tc>
          <w:tcPr>
            <w:tcW w:type="dxa" w:w="1728"/>
          </w:tcPr>
          <w:p/>
        </w:tc>
        <w:tc>
          <w:tcPr>
            <w:tcW w:type="dxa" w:w="1728"/>
          </w:tcPr>
          <w:p/>
        </w:tc>
        <w:tc>
          <w:tcPr>
            <w:tcW w:type="dxa" w:w="1728"/>
          </w:tcPr>
          <w:p/>
        </w:tc>
      </w:tr>
      <w:tr>
        <w:tc>
          <w:tcPr>
            <w:tcW w:type="dxa" w:w="1728"/>
          </w:tcPr>
          <w:p>
            <w:r>
              <w:t>2023年大学生创新创业训练计划项目：SIRT1在短链氯化石蜡诱导神经毒性中的作用（项目编号：202310304049Z，项目级别：国家级）结题，第一负责人</w:t>
            </w:r>
          </w:p>
        </w:tc>
        <w:tc>
          <w:tcPr>
            <w:tcW w:type="dxa" w:w="1728"/>
          </w:tcPr>
          <w:p/>
        </w:tc>
        <w:tc>
          <w:tcPr>
            <w:tcW w:type="dxa" w:w="1728"/>
          </w:tcPr>
          <w:p/>
        </w:tc>
        <w:tc>
          <w:tcPr>
            <w:tcW w:type="dxa" w:w="1728"/>
          </w:tcPr>
          <w:p/>
        </w:tc>
        <w:tc>
          <w:tcPr>
            <w:tcW w:type="dxa" w:w="1728"/>
          </w:tcPr>
          <w:p/>
        </w:tc>
      </w:tr>
      <w:tr>
        <w:tc>
          <w:tcPr>
            <w:tcW w:type="dxa" w:w="1728"/>
          </w:tcPr>
          <w:p>
            <w:r>
              <w:t>“建行杯”江苏大学生创新大赛（2024）高教主赛道一等奖</w:t>
            </w:r>
          </w:p>
        </w:tc>
        <w:tc>
          <w:tcPr>
            <w:tcW w:type="dxa" w:w="1728"/>
          </w:tcPr>
          <w:p/>
        </w:tc>
        <w:tc>
          <w:tcPr>
            <w:tcW w:type="dxa" w:w="1728"/>
          </w:tcPr>
          <w:p/>
        </w:tc>
        <w:tc>
          <w:tcPr>
            <w:tcW w:type="dxa" w:w="1728"/>
          </w:tcPr>
          <w:p/>
        </w:tc>
        <w:tc>
          <w:tcPr>
            <w:tcW w:type="dxa" w:w="1728"/>
          </w:tcPr>
          <w:p/>
        </w:tc>
      </w:tr>
      <w:tr>
        <w:tc>
          <w:tcPr>
            <w:tcW w:type="dxa" w:w="1728"/>
          </w:tcPr>
          <w:p>
            <w:r>
              <w:t>“建行杯”第八届中国国际“互联网+”大学生创新创业大赛江苏省选拔赛暨第十一届江苏省大学生创新创业大赛高教主赛道二等奖</w:t>
            </w:r>
          </w:p>
        </w:tc>
        <w:tc>
          <w:tcPr>
            <w:tcW w:type="dxa" w:w="1728"/>
          </w:tcPr>
          <w:p/>
        </w:tc>
        <w:tc>
          <w:tcPr>
            <w:tcW w:type="dxa" w:w="1728"/>
          </w:tcPr>
          <w:p/>
        </w:tc>
        <w:tc>
          <w:tcPr>
            <w:tcW w:type="dxa" w:w="1728"/>
          </w:tcPr>
          <w:p/>
        </w:tc>
        <w:tc>
          <w:tcPr>
            <w:tcW w:type="dxa" w:w="1728"/>
          </w:tcPr>
          <w:p/>
        </w:tc>
      </w:tr>
      <w:tr>
        <w:tc>
          <w:tcPr>
            <w:tcW w:type="dxa" w:w="1728"/>
          </w:tcPr>
          <w:p>
            <w:r>
              <w:t>“建行杯”第九届中国国际“互联网+”大学生创新创业大赛江苏省选拔赛暨第十二届江苏省大学生创新创业大赛高教主赛道二等奖</w:t>
            </w:r>
          </w:p>
        </w:tc>
        <w:tc>
          <w:tcPr>
            <w:tcW w:type="dxa" w:w="1728"/>
          </w:tcPr>
          <w:p/>
        </w:tc>
        <w:tc>
          <w:tcPr>
            <w:tcW w:type="dxa" w:w="1728"/>
          </w:tcPr>
          <w:p/>
        </w:tc>
        <w:tc>
          <w:tcPr>
            <w:tcW w:type="dxa" w:w="1728"/>
          </w:tcPr>
          <w:p/>
        </w:tc>
        <w:tc>
          <w:tcPr>
            <w:tcW w:type="dxa" w:w="1728"/>
          </w:tcPr>
          <w:p/>
        </w:tc>
      </w:tr>
      <w:tr>
        <w:tc>
          <w:tcPr>
            <w:tcW w:type="dxa" w:w="1728"/>
          </w:tcPr>
          <w:p>
            <w:r>
              <w:t>第十二届“挑战杯”江苏省大学生创业计划竞赛银奖</w:t>
            </w:r>
          </w:p>
        </w:tc>
        <w:tc>
          <w:tcPr>
            <w:tcW w:type="dxa" w:w="1728"/>
          </w:tcPr>
          <w:p/>
        </w:tc>
        <w:tc>
          <w:tcPr>
            <w:tcW w:type="dxa" w:w="1728"/>
          </w:tcPr>
          <w:p/>
        </w:tc>
        <w:tc>
          <w:tcPr>
            <w:tcW w:type="dxa" w:w="1728"/>
          </w:tcPr>
          <w:p/>
        </w:tc>
        <w:tc>
          <w:tcPr>
            <w:tcW w:type="dxa" w:w="1728"/>
          </w:tcPr>
          <w:p/>
        </w:tc>
      </w:tr>
      <w:tr>
        <w:tc>
          <w:tcPr>
            <w:tcW w:type="dxa" w:w="1728"/>
          </w:tcPr>
          <w:p>
            <w:r>
              <w:t>南通大学大学生课外学术科技作品竞赛暨第十九届“挑战杯”竞赛校内选拔赛特等奖</w:t>
            </w:r>
          </w:p>
        </w:tc>
        <w:tc>
          <w:tcPr>
            <w:tcW w:type="dxa" w:w="1728"/>
          </w:tcPr>
          <w:p/>
        </w:tc>
        <w:tc>
          <w:tcPr>
            <w:tcW w:type="dxa" w:w="1728"/>
          </w:tcPr>
          <w:p/>
        </w:tc>
        <w:tc>
          <w:tcPr>
            <w:tcW w:type="dxa" w:w="1728"/>
          </w:tcPr>
          <w:p/>
        </w:tc>
        <w:tc>
          <w:tcPr>
            <w:tcW w:type="dxa" w:w="1728"/>
          </w:tcPr>
          <w:p/>
        </w:tc>
      </w:tr>
      <w:tr>
        <w:tc>
          <w:tcPr>
            <w:tcW w:type="dxa" w:w="1728"/>
          </w:tcPr>
          <w:p>
            <w:r>
              <w:t>第十八届“挑战杯”全国大学生课外学术科技作品竞赛“黑科技”专项赛南通大学选拔赛一等奖</w:t>
            </w:r>
          </w:p>
        </w:tc>
        <w:tc>
          <w:tcPr>
            <w:tcW w:type="dxa" w:w="1728"/>
          </w:tcPr>
          <w:p/>
        </w:tc>
        <w:tc>
          <w:tcPr>
            <w:tcW w:type="dxa" w:w="1728"/>
          </w:tcPr>
          <w:p/>
        </w:tc>
        <w:tc>
          <w:tcPr>
            <w:tcW w:type="dxa" w:w="1728"/>
          </w:tcPr>
          <w:p/>
        </w:tc>
        <w:tc>
          <w:tcPr>
            <w:tcW w:type="dxa" w:w="1728"/>
          </w:tcPr>
          <w:p/>
        </w:tc>
      </w:tr>
      <w:tr>
        <w:tc>
          <w:tcPr>
            <w:tcW w:type="dxa" w:w="1728"/>
          </w:tcPr>
          <w:p>
            <w:r>
              <w:t>2023年南通大学“互联网＋”大学生创新创业大赛一等奖</w:t>
            </w:r>
          </w:p>
        </w:tc>
        <w:tc>
          <w:tcPr>
            <w:tcW w:type="dxa" w:w="1728"/>
          </w:tcPr>
          <w:p/>
        </w:tc>
        <w:tc>
          <w:tcPr>
            <w:tcW w:type="dxa" w:w="1728"/>
          </w:tcPr>
          <w:p/>
        </w:tc>
        <w:tc>
          <w:tcPr>
            <w:tcW w:type="dxa" w:w="1728"/>
          </w:tcPr>
          <w:p/>
        </w:tc>
        <w:tc>
          <w:tcPr>
            <w:tcW w:type="dxa" w:w="1728"/>
          </w:tcPr>
          <w:p/>
        </w:tc>
      </w:tr>
      <w:tr>
        <w:tc>
          <w:tcPr>
            <w:tcW w:type="dxa" w:w="1728"/>
          </w:tcPr>
          <w:p>
            <w:r>
              <w:t>2024年南通大学大学生创新大赛一等奖</w:t>
            </w:r>
          </w:p>
        </w:tc>
        <w:tc>
          <w:tcPr>
            <w:tcW w:type="dxa" w:w="1728"/>
          </w:tcPr>
          <w:p/>
        </w:tc>
        <w:tc>
          <w:tcPr>
            <w:tcW w:type="dxa" w:w="1728"/>
          </w:tcPr>
          <w:p/>
        </w:tc>
        <w:tc>
          <w:tcPr>
            <w:tcW w:type="dxa" w:w="1728"/>
          </w:tcPr>
          <w:p/>
        </w:tc>
        <w:tc>
          <w:tcPr>
            <w:tcW w:type="dxa" w:w="1728"/>
          </w:tcPr>
          <w:p/>
        </w:tc>
      </w:tr>
      <w:tr>
        <w:tc>
          <w:tcPr>
            <w:tcW w:type="dxa" w:w="1728"/>
          </w:tcPr>
          <w:p>
            <w:r>
              <w:t>2022年南通大学“互联网+”大学生创新创业大赛二等奖（产业赛道）</w:t>
            </w:r>
          </w:p>
        </w:tc>
        <w:tc>
          <w:tcPr>
            <w:tcW w:type="dxa" w:w="1728"/>
          </w:tcPr>
          <w:p/>
        </w:tc>
        <w:tc>
          <w:tcPr>
            <w:tcW w:type="dxa" w:w="1728"/>
          </w:tcPr>
          <w:p/>
        </w:tc>
        <w:tc>
          <w:tcPr>
            <w:tcW w:type="dxa" w:w="1728"/>
          </w:tcPr>
          <w:p/>
        </w:tc>
        <w:tc>
          <w:tcPr>
            <w:tcW w:type="dxa" w:w="1728"/>
          </w:tcPr>
          <w:p/>
        </w:tc>
      </w:tr>
      <w:tr>
        <w:tc>
          <w:tcPr>
            <w:tcW w:type="dxa" w:w="1728"/>
          </w:tcPr>
          <w:p>
            <w:r>
              <w:t>2023年南通大学“互联网+”大学生创新创业大赛二等奖（产业赛道）</w:t>
            </w:r>
          </w:p>
        </w:tc>
        <w:tc>
          <w:tcPr>
            <w:tcW w:type="dxa" w:w="1728"/>
          </w:tcPr>
          <w:p/>
        </w:tc>
        <w:tc>
          <w:tcPr>
            <w:tcW w:type="dxa" w:w="1728"/>
          </w:tcPr>
          <w:p/>
        </w:tc>
        <w:tc>
          <w:tcPr>
            <w:tcW w:type="dxa" w:w="1728"/>
          </w:tcPr>
          <w:p/>
        </w:tc>
        <w:tc>
          <w:tcPr>
            <w:tcW w:type="dxa" w:w="1728"/>
          </w:tcPr>
          <w:p/>
        </w:tc>
      </w:tr>
      <w:tr>
        <w:tc>
          <w:tcPr>
            <w:tcW w:type="dxa" w:w="1728"/>
          </w:tcPr>
          <w:p>
            <w:r>
              <w:t>2023年南通大学“互联网+”大学生创新创业大赛三等奖（产业赛道）</w:t>
            </w:r>
          </w:p>
        </w:tc>
        <w:tc>
          <w:tcPr>
            <w:tcW w:type="dxa" w:w="1728"/>
          </w:tcPr>
          <w:p/>
        </w:tc>
        <w:tc>
          <w:tcPr>
            <w:tcW w:type="dxa" w:w="1728"/>
          </w:tcPr>
          <w:p/>
        </w:tc>
        <w:tc>
          <w:tcPr>
            <w:tcW w:type="dxa" w:w="1728"/>
          </w:tcPr>
          <w:p/>
        </w:tc>
        <w:tc>
          <w:tcPr>
            <w:tcW w:type="dxa" w:w="1728"/>
          </w:tcPr>
          <w:p/>
        </w:tc>
      </w:tr>
      <w:tr>
        <w:tc>
          <w:tcPr>
            <w:tcW w:type="dxa" w:w="1728"/>
          </w:tcPr>
          <w:p>
            <w:r>
              <w:t>2024年南通大学大学生创新大赛二等奖（产业赛道：《多组学肿瘤早筛/辅助诊断模型创新实践》）</w:t>
            </w:r>
          </w:p>
        </w:tc>
        <w:tc>
          <w:tcPr>
            <w:tcW w:type="dxa" w:w="1728"/>
          </w:tcPr>
          <w:p/>
        </w:tc>
        <w:tc>
          <w:tcPr>
            <w:tcW w:type="dxa" w:w="1728"/>
          </w:tcPr>
          <w:p/>
        </w:tc>
        <w:tc>
          <w:tcPr>
            <w:tcW w:type="dxa" w:w="1728"/>
          </w:tcPr>
          <w:p/>
        </w:tc>
        <w:tc>
          <w:tcPr>
            <w:tcW w:type="dxa" w:w="1728"/>
          </w:tcPr>
          <w:p/>
        </w:tc>
      </w:tr>
      <w:tr>
        <w:tc>
          <w:tcPr>
            <w:tcW w:type="dxa" w:w="1728"/>
          </w:tcPr>
          <w:p>
            <w:r>
              <w:t>2024年南通大学大学生创新大赛二等奖（产业赛道：《大数据驱动的精准医疗与健康管理》）</w:t>
            </w:r>
          </w:p>
        </w:tc>
        <w:tc>
          <w:tcPr>
            <w:tcW w:type="dxa" w:w="1728"/>
          </w:tcPr>
          <w:p/>
        </w:tc>
        <w:tc>
          <w:tcPr>
            <w:tcW w:type="dxa" w:w="1728"/>
          </w:tcPr>
          <w:p/>
        </w:tc>
        <w:tc>
          <w:tcPr>
            <w:tcW w:type="dxa" w:w="1728"/>
          </w:tcPr>
          <w:p/>
        </w:tc>
        <w:tc>
          <w:tcPr>
            <w:tcW w:type="dxa" w:w="1728"/>
          </w:tcPr>
          <w:p/>
        </w:tc>
      </w:tr>
      <w:tr>
        <w:tc>
          <w:tcPr>
            <w:tcW w:type="dxa" w:w="1728"/>
          </w:tcPr>
          <w:p>
            <w:r>
              <w:t>南通大学大学生课外学术科技作品竞赛暨第十八届“挑战杯”竞赛校内选拔赛三等奖</w:t>
            </w:r>
          </w:p>
        </w:tc>
        <w:tc>
          <w:tcPr>
            <w:tcW w:type="dxa" w:w="1728"/>
          </w:tcPr>
          <w:p/>
        </w:tc>
        <w:tc>
          <w:tcPr>
            <w:tcW w:type="dxa" w:w="1728"/>
          </w:tcPr>
          <w:p/>
        </w:tc>
        <w:tc>
          <w:tcPr>
            <w:tcW w:type="dxa" w:w="1728"/>
          </w:tcPr>
          <w:p/>
        </w:tc>
        <w:tc>
          <w:tcPr>
            <w:tcW w:type="dxa" w:w="1728"/>
          </w:tcPr>
          <w:p/>
        </w:tc>
      </w:tr>
      <w:tr>
        <w:tc>
          <w:tcPr>
            <w:tcW w:type="dxa" w:w="1728"/>
          </w:tcPr>
          <w:p>
            <w:r>
              <w:t>Pulmonary fibrosis: from mechanisms to therapies，Journal of Translational Medicine (2025) 23:515，文章排名第1</w:t>
            </w:r>
          </w:p>
        </w:tc>
        <w:tc>
          <w:tcPr>
            <w:tcW w:type="dxa" w:w="1728"/>
          </w:tcPr>
          <w:p/>
        </w:tc>
        <w:tc>
          <w:tcPr>
            <w:tcW w:type="dxa" w:w="1728"/>
          </w:tcPr>
          <w:p/>
        </w:tc>
        <w:tc>
          <w:tcPr>
            <w:tcW w:type="dxa" w:w="1728"/>
          </w:tcPr>
          <w:p/>
        </w:tc>
        <w:tc>
          <w:tcPr>
            <w:tcW w:type="dxa" w:w="1728"/>
          </w:tcPr>
          <w:p/>
        </w:tc>
      </w:tr>
      <w:tr>
        <w:tc>
          <w:tcPr>
            <w:tcW w:type="dxa" w:w="1728"/>
          </w:tcPr>
          <w:p>
            <w:r>
              <w:t>The role and regulation of SIRT1 in pulmonary fibrosis，Molecular Biology Reports (2024) 51:338，文章排名第2</w:t>
            </w:r>
          </w:p>
        </w:tc>
        <w:tc>
          <w:tcPr>
            <w:tcW w:type="dxa" w:w="1728"/>
          </w:tcPr>
          <w:p/>
        </w:tc>
        <w:tc>
          <w:tcPr>
            <w:tcW w:type="dxa" w:w="1728"/>
          </w:tcPr>
          <w:p/>
        </w:tc>
        <w:tc>
          <w:tcPr>
            <w:tcW w:type="dxa" w:w="1728"/>
          </w:tcPr>
          <w:p/>
        </w:tc>
        <w:tc>
          <w:tcPr>
            <w:tcW w:type="dxa" w:w="1728"/>
          </w:tcPr>
          <w:p/>
        </w:tc>
      </w:tr>
      <w:tr>
        <w:tc>
          <w:tcPr>
            <w:tcW w:type="dxa" w:w="1728"/>
          </w:tcPr>
          <w:p>
            <w:r>
              <w:t>Anoikis-related CTNND1 is associated with immuno-suppressive tumor microenvironment and predicts unfavorable immunotherapeutic outcome in non-small cell lung cancer，Journal of Cancer 2024, Vol. 15，文章排名第2</w:t>
            </w:r>
          </w:p>
        </w:tc>
        <w:tc>
          <w:tcPr>
            <w:tcW w:type="dxa" w:w="1728"/>
          </w:tcPr>
          <w:p/>
        </w:tc>
        <w:tc>
          <w:tcPr>
            <w:tcW w:type="dxa" w:w="1728"/>
          </w:tcPr>
          <w:p/>
        </w:tc>
        <w:tc>
          <w:tcPr>
            <w:tcW w:type="dxa" w:w="1728"/>
          </w:tcPr>
          <w:p/>
        </w:tc>
        <w:tc>
          <w:tcPr>
            <w:tcW w:type="dxa" w:w="1728"/>
          </w:tcPr>
          <w:p/>
        </w:tc>
      </w:tr>
      <w:tr>
        <w:tc>
          <w:tcPr>
            <w:tcW w:type="dxa" w:w="1728"/>
          </w:tcPr>
          <w:p>
            <w:r>
              <w:t>Cuproptosis is involved in small intestinal toxicity in the paraffins during pregnancy，Toxicology Letters 412 (2025) 85–94，文章排名第3</w:t>
            </w:r>
          </w:p>
        </w:tc>
        <w:tc>
          <w:tcPr>
            <w:tcW w:type="dxa" w:w="1728"/>
          </w:tcPr>
          <w:p/>
        </w:tc>
        <w:tc>
          <w:tcPr>
            <w:tcW w:type="dxa" w:w="1728"/>
          </w:tcPr>
          <w:p/>
        </w:tc>
        <w:tc>
          <w:tcPr>
            <w:tcW w:type="dxa" w:w="1728"/>
          </w:tcPr>
          <w:p/>
        </w:tc>
        <w:tc>
          <w:tcPr>
            <w:tcW w:type="dxa" w:w="1728"/>
          </w:tcPr>
          <w:p/>
        </w:tc>
      </w:tr>
      <w:tr>
        <w:tc>
          <w:tcPr>
            <w:tcW w:type="dxa" w:w="1728"/>
          </w:tcPr>
          <w:p>
            <w:r>
              <w:t>Connecting Cryptococcal Meningitis and Gut Microbiome，International Journal of Molecular Sciences 2023, 24, 13515，文章排名第3</w:t>
            </w:r>
          </w:p>
        </w:tc>
        <w:tc>
          <w:tcPr>
            <w:tcW w:type="dxa" w:w="1728"/>
          </w:tcPr>
          <w:p/>
        </w:tc>
        <w:tc>
          <w:tcPr>
            <w:tcW w:type="dxa" w:w="1728"/>
          </w:tcPr>
          <w:p/>
        </w:tc>
        <w:tc>
          <w:tcPr>
            <w:tcW w:type="dxa" w:w="1728"/>
          </w:tcPr>
          <w:p/>
        </w:tc>
        <w:tc>
          <w:tcPr>
            <w:tcW w:type="dxa" w:w="1728"/>
          </w:tcPr>
          <w:p/>
        </w:tc>
      </w:tr>
      <w:tr>
        <w:tc>
          <w:tcPr>
            <w:tcW w:type="dxa" w:w="1728"/>
          </w:tcPr>
          <w:p>
            <w:r>
              <w:t>“建行杯”江苏大学生创新大赛（2025）高教主赛道一等奖</w:t>
            </w:r>
          </w:p>
        </w:tc>
        <w:tc>
          <w:tcPr>
            <w:tcW w:type="dxa" w:w="1728"/>
          </w:tcPr>
          <w:p/>
        </w:tc>
        <w:tc>
          <w:tcPr>
            <w:tcW w:type="dxa" w:w="1728"/>
          </w:tcPr>
          <w:p/>
        </w:tc>
        <w:tc>
          <w:tcPr>
            <w:tcW w:type="dxa" w:w="1728"/>
          </w:tcPr>
          <w:p/>
        </w:tc>
        <w:tc>
          <w:tcPr>
            <w:tcW w:type="dxa" w:w="1728"/>
          </w:tcPr>
          <w:p/>
        </w:tc>
      </w:tr>
      <w:tr>
        <w:tc>
          <w:tcPr>
            <w:tcW w:type="dxa" w:w="1728"/>
          </w:tcPr>
          <w:p>
            <w:r>
              <w:t>一种脱镁叶绿酸乙酯的用途，发明专利授权，排名第2</w:t>
            </w:r>
          </w:p>
        </w:tc>
        <w:tc>
          <w:tcPr>
            <w:tcW w:type="dxa" w:w="1728"/>
          </w:tcPr>
          <w:p/>
        </w:tc>
        <w:tc>
          <w:tcPr>
            <w:tcW w:type="dxa" w:w="1728"/>
          </w:tcPr>
          <w:p/>
        </w:tc>
        <w:tc>
          <w:tcPr>
            <w:tcW w:type="dxa" w:w="1728"/>
          </w:tcPr>
          <w:p/>
        </w:tc>
        <w:tc>
          <w:tcPr>
            <w:tcW w:type="dxa" w:w="1728"/>
          </w:tcPr>
          <w:p/>
        </w:tc>
      </w:tr>
      <w:tr>
        <w:tc>
          <w:tcPr>
            <w:tcW w:type="dxa" w:w="1728"/>
          </w:tcPr>
          <w:p>
            <w:r>
              <w:t>一种8-吡咯烷酮基取代的黄烷醇类天然产物的应用，发明专利授权，ZL202410613296.8，排名第3</w:t>
            </w:r>
          </w:p>
        </w:tc>
        <w:tc>
          <w:tcPr>
            <w:tcW w:type="dxa" w:w="1728"/>
          </w:tcPr>
          <w:p/>
        </w:tc>
        <w:tc>
          <w:tcPr>
            <w:tcW w:type="dxa" w:w="1728"/>
          </w:tcPr>
          <w:p/>
        </w:tc>
        <w:tc>
          <w:tcPr>
            <w:tcW w:type="dxa" w:w="1728"/>
          </w:tcPr>
          <w:p/>
        </w:tc>
        <w:tc>
          <w:tcPr>
            <w:tcW w:type="dxa" w:w="1728"/>
          </w:tcPr>
          <w:p/>
        </w:tc>
      </w:tr>
      <w:tr>
        <w:tc>
          <w:tcPr>
            <w:tcW w:type="dxa" w:w="1728"/>
          </w:tcPr>
          <w:p>
            <w:r>
              <w:t>一种山荷叶素在制备预防或者治疗酒精性脂肪肝炎药物中的用途，发明专利授权，ZL202410679476.6，排名第6</w:t>
            </w:r>
          </w:p>
        </w:tc>
        <w:tc>
          <w:tcPr>
            <w:tcW w:type="dxa" w:w="1728"/>
          </w:tcPr>
          <w:p/>
        </w:tc>
        <w:tc>
          <w:tcPr>
            <w:tcW w:type="dxa" w:w="1728"/>
          </w:tcPr>
          <w:p/>
        </w:tc>
        <w:tc>
          <w:tcPr>
            <w:tcW w:type="dxa" w:w="1728"/>
          </w:tcPr>
          <w:p/>
        </w:tc>
        <w:tc>
          <w:tcPr>
            <w:tcW w:type="dxa" w:w="1728"/>
          </w:tcPr>
          <w:p/>
        </w:tc>
      </w:tr>
      <w:tr>
        <w:tc>
          <w:tcPr>
            <w:tcW w:type="dxa" w:w="1728"/>
          </w:tcPr>
          <w:p>
            <w:r>
              <w:t>5</w:t>
            </w:r>
          </w:p>
        </w:tc>
        <w:tc>
          <w:tcPr>
            <w:tcW w:type="dxa" w:w="1728"/>
          </w:tcPr>
          <w:p>
            <w:r>
              <w:t>预防213</w:t>
            </w:r>
          </w:p>
        </w:tc>
        <w:tc>
          <w:tcPr>
            <w:tcW w:type="dxa" w:w="1728"/>
          </w:tcPr>
          <w:p>
            <w:r>
              <w:t>2117110067</w:t>
            </w:r>
          </w:p>
        </w:tc>
        <w:tc>
          <w:tcPr>
            <w:tcW w:type="dxa" w:w="1728"/>
          </w:tcPr>
          <w:p>
            <w:r>
              <w:t>李佳悦</w:t>
            </w:r>
          </w:p>
        </w:tc>
        <w:tc>
          <w:tcPr>
            <w:tcW w:type="dxa" w:w="1728"/>
          </w:tcPr>
          <w:p>
            <w:r>
              <w:t>2022年江苏省大学生创新创业训练计划项目：南通市0-3岁婴幼儿托育服务供给现状及推进策略研究</w:t>
            </w:r>
          </w:p>
        </w:tc>
      </w:tr>
      <w:tr>
        <w:tc>
          <w:tcPr>
            <w:tcW w:type="dxa" w:w="1728"/>
          </w:tcPr>
          <w:p>
            <w:r>
              <w:t>2023年南通大学大学生创新创业训练计划项目：神经酰胺与缺血性脑卒中的关系和机制研究</w:t>
            </w:r>
          </w:p>
        </w:tc>
        <w:tc>
          <w:tcPr>
            <w:tcW w:type="dxa" w:w="1728"/>
          </w:tcPr>
          <w:p/>
        </w:tc>
        <w:tc>
          <w:tcPr>
            <w:tcW w:type="dxa" w:w="1728"/>
          </w:tcPr>
          <w:p/>
        </w:tc>
        <w:tc>
          <w:tcPr>
            <w:tcW w:type="dxa" w:w="1728"/>
          </w:tcPr>
          <w:p/>
        </w:tc>
        <w:tc>
          <w:tcPr>
            <w:tcW w:type="dxa" w:w="1728"/>
          </w:tcPr>
          <w:p/>
        </w:tc>
      </w:tr>
      <w:tr>
        <w:tc>
          <w:tcPr>
            <w:tcW w:type="dxa" w:w="1728"/>
          </w:tcPr>
          <w:p>
            <w:r>
              <w:t>第十四届“挑战杯”秦创原中国大学生创业计划竞赛“一带一路”国际邀请赛全国总决赛银奖</w:t>
            </w:r>
          </w:p>
        </w:tc>
        <w:tc>
          <w:tcPr>
            <w:tcW w:type="dxa" w:w="1728"/>
          </w:tcPr>
          <w:p/>
        </w:tc>
        <w:tc>
          <w:tcPr>
            <w:tcW w:type="dxa" w:w="1728"/>
          </w:tcPr>
          <w:p/>
        </w:tc>
        <w:tc>
          <w:tcPr>
            <w:tcW w:type="dxa" w:w="1728"/>
          </w:tcPr>
          <w:p/>
        </w:tc>
        <w:tc>
          <w:tcPr>
            <w:tcW w:type="dxa" w:w="1728"/>
          </w:tcPr>
          <w:p/>
        </w:tc>
      </w:tr>
      <w:tr>
        <w:tc>
          <w:tcPr>
            <w:tcW w:type="dxa" w:w="1728"/>
          </w:tcPr>
          <w:p>
            <w:r>
              <w:t>“建行杯”江苏大学生创新大赛（2025）“青年红色筑梦之旅”赛道一等奖</w:t>
            </w:r>
          </w:p>
        </w:tc>
        <w:tc>
          <w:tcPr>
            <w:tcW w:type="dxa" w:w="1728"/>
          </w:tcPr>
          <w:p/>
        </w:tc>
        <w:tc>
          <w:tcPr>
            <w:tcW w:type="dxa" w:w="1728"/>
          </w:tcPr>
          <w:p/>
        </w:tc>
        <w:tc>
          <w:tcPr>
            <w:tcW w:type="dxa" w:w="1728"/>
          </w:tcPr>
          <w:p/>
        </w:tc>
        <w:tc>
          <w:tcPr>
            <w:tcW w:type="dxa" w:w="1728"/>
          </w:tcPr>
          <w:p/>
        </w:tc>
      </w:tr>
      <w:tr>
        <w:tc>
          <w:tcPr>
            <w:tcW w:type="dxa" w:w="1728"/>
          </w:tcPr>
          <w:p>
            <w:r>
              <w:t>“建行杯”江苏大学生创新大赛（2024）“青年红色筑梦之旅”赛道二等奖</w:t>
            </w:r>
          </w:p>
        </w:tc>
        <w:tc>
          <w:tcPr>
            <w:tcW w:type="dxa" w:w="1728"/>
          </w:tcPr>
          <w:p/>
        </w:tc>
        <w:tc>
          <w:tcPr>
            <w:tcW w:type="dxa" w:w="1728"/>
          </w:tcPr>
          <w:p/>
        </w:tc>
        <w:tc>
          <w:tcPr>
            <w:tcW w:type="dxa" w:w="1728"/>
          </w:tcPr>
          <w:p/>
        </w:tc>
        <w:tc>
          <w:tcPr>
            <w:tcW w:type="dxa" w:w="1728"/>
          </w:tcPr>
          <w:p/>
        </w:tc>
      </w:tr>
      <w:tr>
        <w:tc>
          <w:tcPr>
            <w:tcW w:type="dxa" w:w="1728"/>
          </w:tcPr>
          <w:p>
            <w:r>
              <w:t>第十四届“挑战杯”中国大学生创业计划竞赛江苏省选拔赛银奖</w:t>
            </w:r>
          </w:p>
        </w:tc>
        <w:tc>
          <w:tcPr>
            <w:tcW w:type="dxa" w:w="1728"/>
          </w:tcPr>
          <w:p/>
        </w:tc>
        <w:tc>
          <w:tcPr>
            <w:tcW w:type="dxa" w:w="1728"/>
          </w:tcPr>
          <w:p/>
        </w:tc>
        <w:tc>
          <w:tcPr>
            <w:tcW w:type="dxa" w:w="1728"/>
          </w:tcPr>
          <w:p/>
        </w:tc>
        <w:tc>
          <w:tcPr>
            <w:tcW w:type="dxa" w:w="1728"/>
          </w:tcPr>
          <w:p/>
        </w:tc>
      </w:tr>
      <w:tr>
        <w:tc>
          <w:tcPr>
            <w:tcW w:type="dxa" w:w="1728"/>
          </w:tcPr>
          <w:p>
            <w:r>
              <w:t>2023年江苏省高校青年志愿服务项目大赛金奖</w:t>
            </w:r>
          </w:p>
        </w:tc>
        <w:tc>
          <w:tcPr>
            <w:tcW w:type="dxa" w:w="1728"/>
          </w:tcPr>
          <w:p/>
        </w:tc>
        <w:tc>
          <w:tcPr>
            <w:tcW w:type="dxa" w:w="1728"/>
          </w:tcPr>
          <w:p/>
        </w:tc>
        <w:tc>
          <w:tcPr>
            <w:tcW w:type="dxa" w:w="1728"/>
          </w:tcPr>
          <w:p/>
        </w:tc>
        <w:tc>
          <w:tcPr>
            <w:tcW w:type="dxa" w:w="1728"/>
          </w:tcPr>
          <w:p/>
        </w:tc>
      </w:tr>
      <w:tr>
        <w:tc>
          <w:tcPr>
            <w:tcW w:type="dxa" w:w="1728"/>
          </w:tcPr>
          <w:p>
            <w:r>
              <w:t>2024年江苏省高校青年志愿服务公益创业赛一等奖</w:t>
            </w:r>
          </w:p>
        </w:tc>
        <w:tc>
          <w:tcPr>
            <w:tcW w:type="dxa" w:w="1728"/>
          </w:tcPr>
          <w:p/>
        </w:tc>
        <w:tc>
          <w:tcPr>
            <w:tcW w:type="dxa" w:w="1728"/>
          </w:tcPr>
          <w:p/>
        </w:tc>
        <w:tc>
          <w:tcPr>
            <w:tcW w:type="dxa" w:w="1728"/>
          </w:tcPr>
          <w:p/>
        </w:tc>
        <w:tc>
          <w:tcPr>
            <w:tcW w:type="dxa" w:w="1728"/>
          </w:tcPr>
          <w:p/>
        </w:tc>
      </w:tr>
      <w:tr>
        <w:tc>
          <w:tcPr>
            <w:tcW w:type="dxa" w:w="1728"/>
          </w:tcPr>
          <w:p>
            <w:r>
              <w:t>2024年江苏青年“创青春”大赛三等奖</w:t>
            </w:r>
          </w:p>
        </w:tc>
        <w:tc>
          <w:tcPr>
            <w:tcW w:type="dxa" w:w="1728"/>
          </w:tcPr>
          <w:p/>
        </w:tc>
        <w:tc>
          <w:tcPr>
            <w:tcW w:type="dxa" w:w="1728"/>
          </w:tcPr>
          <w:p/>
        </w:tc>
        <w:tc>
          <w:tcPr>
            <w:tcW w:type="dxa" w:w="1728"/>
          </w:tcPr>
          <w:p/>
        </w:tc>
        <w:tc>
          <w:tcPr>
            <w:tcW w:type="dxa" w:w="1728"/>
          </w:tcPr>
          <w:p/>
        </w:tc>
      </w:tr>
      <w:tr>
        <w:tc>
          <w:tcPr>
            <w:tcW w:type="dxa" w:w="1728"/>
          </w:tcPr>
          <w:p>
            <w:r>
              <w:t>2023年南通大学“互联网+”大学生创新创业大赛一等奖</w:t>
            </w:r>
          </w:p>
        </w:tc>
        <w:tc>
          <w:tcPr>
            <w:tcW w:type="dxa" w:w="1728"/>
          </w:tcPr>
          <w:p/>
        </w:tc>
        <w:tc>
          <w:tcPr>
            <w:tcW w:type="dxa" w:w="1728"/>
          </w:tcPr>
          <w:p/>
        </w:tc>
        <w:tc>
          <w:tcPr>
            <w:tcW w:type="dxa" w:w="1728"/>
          </w:tcPr>
          <w:p/>
        </w:tc>
        <w:tc>
          <w:tcPr>
            <w:tcW w:type="dxa" w:w="1728"/>
          </w:tcPr>
          <w:p/>
        </w:tc>
      </w:tr>
      <w:tr>
        <w:tc>
          <w:tcPr>
            <w:tcW w:type="dxa" w:w="1728"/>
          </w:tcPr>
          <w:p>
            <w:r>
              <w:t>南通大学第十四届“挑战杯”中国大学生创业计划竞赛“一带一路”国际邀请赛校内选拔赛银奖</w:t>
            </w:r>
          </w:p>
        </w:tc>
        <w:tc>
          <w:tcPr>
            <w:tcW w:type="dxa" w:w="1728"/>
          </w:tcPr>
          <w:p/>
        </w:tc>
        <w:tc>
          <w:tcPr>
            <w:tcW w:type="dxa" w:w="1728"/>
          </w:tcPr>
          <w:p/>
        </w:tc>
        <w:tc>
          <w:tcPr>
            <w:tcW w:type="dxa" w:w="1728"/>
          </w:tcPr>
          <w:p/>
        </w:tc>
        <w:tc>
          <w:tcPr>
            <w:tcW w:type="dxa" w:w="1728"/>
          </w:tcPr>
          <w:p/>
        </w:tc>
      </w:tr>
      <w:tr>
        <w:tc>
          <w:tcPr>
            <w:tcW w:type="dxa" w:w="1728"/>
          </w:tcPr>
          <w:p>
            <w:r>
              <w:t>第五届“外教社词达人杯”全国大学生英语词汇能力大赛南通大学本科非英语类专业组校赛二等奖</w:t>
            </w:r>
          </w:p>
        </w:tc>
        <w:tc>
          <w:tcPr>
            <w:tcW w:type="dxa" w:w="1728"/>
          </w:tcPr>
          <w:p/>
        </w:tc>
        <w:tc>
          <w:tcPr>
            <w:tcW w:type="dxa" w:w="1728"/>
          </w:tcPr>
          <w:p/>
        </w:tc>
        <w:tc>
          <w:tcPr>
            <w:tcW w:type="dxa" w:w="1728"/>
          </w:tcPr>
          <w:p/>
        </w:tc>
        <w:tc>
          <w:tcPr>
            <w:tcW w:type="dxa" w:w="1728"/>
          </w:tcPr>
          <w:p/>
        </w:tc>
      </w:tr>
      <w:tr>
        <w:tc>
          <w:tcPr>
            <w:tcW w:type="dxa" w:w="1728"/>
          </w:tcPr>
          <w:p>
            <w:r>
              <w:t>6</w:t>
            </w:r>
          </w:p>
        </w:tc>
        <w:tc>
          <w:tcPr>
            <w:tcW w:type="dxa" w:w="1728"/>
          </w:tcPr>
          <w:p>
            <w:r>
              <w:t>预防212</w:t>
            </w:r>
          </w:p>
        </w:tc>
        <w:tc>
          <w:tcPr>
            <w:tcW w:type="dxa" w:w="1728"/>
          </w:tcPr>
          <w:p>
            <w:r>
              <w:t>2117110034</w:t>
            </w:r>
          </w:p>
        </w:tc>
        <w:tc>
          <w:tcPr>
            <w:tcW w:type="dxa" w:w="1728"/>
          </w:tcPr>
          <w:p>
            <w:r>
              <w:t>刘安华</w:t>
            </w:r>
          </w:p>
        </w:tc>
        <w:tc>
          <w:tcPr>
            <w:tcW w:type="dxa" w:w="1728"/>
          </w:tcPr>
          <w:p>
            <w:r>
              <w:t>《肿瘤免疫新型标志物鉴定与靶向药物开发》项目2023年南通大学“互联网＋”大学生创新创业大赛二等奖</w:t>
            </w:r>
          </w:p>
        </w:tc>
      </w:tr>
      <w:tr>
        <w:tc>
          <w:tcPr>
            <w:tcW w:type="dxa" w:w="1728"/>
          </w:tcPr>
          <w:p>
            <w:r>
              <w:t>《金属可解释评分系统（TSAP）的构建及应用》第十九届“挑战杯”竞赛校内选拔赛一等奖</w:t>
            </w:r>
          </w:p>
        </w:tc>
        <w:tc>
          <w:tcPr>
            <w:tcW w:type="dxa" w:w="1728"/>
          </w:tcPr>
          <w:p/>
        </w:tc>
        <w:tc>
          <w:tcPr>
            <w:tcW w:type="dxa" w:w="1728"/>
          </w:tcPr>
          <w:p/>
        </w:tc>
        <w:tc>
          <w:tcPr>
            <w:tcW w:type="dxa" w:w="1728"/>
          </w:tcPr>
          <w:p/>
        </w:tc>
        <w:tc>
          <w:tcPr>
            <w:tcW w:type="dxa" w:w="1728"/>
          </w:tcPr>
          <w:p/>
        </w:tc>
      </w:tr>
      <w:tr>
        <w:tc>
          <w:tcPr>
            <w:tcW w:type="dxa" w:w="1728"/>
          </w:tcPr>
          <w:p>
            <w:r>
              <w:t>7</w:t>
            </w:r>
          </w:p>
        </w:tc>
        <w:tc>
          <w:tcPr>
            <w:tcW w:type="dxa" w:w="1728"/>
          </w:tcPr>
          <w:p>
            <w:r>
              <w:t>预防212</w:t>
            </w:r>
          </w:p>
        </w:tc>
        <w:tc>
          <w:tcPr>
            <w:tcW w:type="dxa" w:w="1728"/>
          </w:tcPr>
          <w:p>
            <w:r>
              <w:t>2109110042</w:t>
            </w:r>
          </w:p>
        </w:tc>
        <w:tc>
          <w:tcPr>
            <w:tcW w:type="dxa" w:w="1728"/>
          </w:tcPr>
          <w:p>
            <w:r>
              <w:t>谈冰心</w:t>
            </w:r>
          </w:p>
        </w:tc>
        <w:tc>
          <w:tcPr>
            <w:tcW w:type="dxa" w:w="1728"/>
          </w:tcPr>
          <w:p>
            <w:r>
              <w:t>《江苏籍大一新生2019—2022年三大传染病知识态度行为状况》，2025，文章排名第7</w:t>
            </w:r>
          </w:p>
        </w:tc>
      </w:tr>
      <w:tr>
        <w:tc>
          <w:tcPr>
            <w:tcW w:type="dxa" w:w="1728"/>
          </w:tcPr>
          <w:p>
            <w:r>
              <w:t>《江苏籍高校新生乙肝知识、态度及行为变化趋势分析》，2025，文章排名第7</w:t>
            </w:r>
          </w:p>
        </w:tc>
        <w:tc>
          <w:tcPr>
            <w:tcW w:type="dxa" w:w="1728"/>
          </w:tcPr>
          <w:p/>
        </w:tc>
        <w:tc>
          <w:tcPr>
            <w:tcW w:type="dxa" w:w="1728"/>
          </w:tcPr>
          <w:p/>
        </w:tc>
        <w:tc>
          <w:tcPr>
            <w:tcW w:type="dxa" w:w="1728"/>
          </w:tcPr>
          <w:p/>
        </w:tc>
        <w:tc>
          <w:tcPr>
            <w:tcW w:type="dxa" w:w="1728"/>
          </w:tcPr>
          <w:p/>
        </w:tc>
      </w:tr>
      <w:tr>
        <w:tc>
          <w:tcPr>
            <w:tcW w:type="dxa" w:w="1728"/>
          </w:tcPr>
          <w:p>
            <w:r>
              <w:t>《基于重采样与机器学习的非小细胞型肺癌生存预后模型》;《全国大学生统计建模大赛》;省赛三等奖;2024，作者排名第3</w:t>
            </w:r>
          </w:p>
        </w:tc>
        <w:tc>
          <w:tcPr>
            <w:tcW w:type="dxa" w:w="1728"/>
          </w:tcPr>
          <w:p/>
        </w:tc>
        <w:tc>
          <w:tcPr>
            <w:tcW w:type="dxa" w:w="1728"/>
          </w:tcPr>
          <w:p/>
        </w:tc>
        <w:tc>
          <w:tcPr>
            <w:tcW w:type="dxa" w:w="1728"/>
          </w:tcPr>
          <w:p/>
        </w:tc>
        <w:tc>
          <w:tcPr>
            <w:tcW w:type="dxa" w:w="1728"/>
          </w:tcPr>
          <w:p/>
        </w:tc>
      </w:tr>
      <w:tr>
        <w:tc>
          <w:tcPr>
            <w:tcW w:type="dxa" w:w="1728"/>
          </w:tcPr>
          <w:p>
            <w:r>
              <w:t>8</w:t>
            </w:r>
          </w:p>
        </w:tc>
        <w:tc>
          <w:tcPr>
            <w:tcW w:type="dxa" w:w="1728"/>
          </w:tcPr>
          <w:p>
            <w:r>
              <w:t>预防211</w:t>
            </w:r>
          </w:p>
        </w:tc>
        <w:tc>
          <w:tcPr>
            <w:tcW w:type="dxa" w:w="1728"/>
          </w:tcPr>
          <w:p>
            <w:r>
              <w:t>2117110014</w:t>
            </w:r>
          </w:p>
        </w:tc>
        <w:tc>
          <w:tcPr>
            <w:tcW w:type="dxa" w:w="1728"/>
          </w:tcPr>
          <w:p>
            <w:r>
              <w:t>姚佳雨</w:t>
            </w:r>
          </w:p>
        </w:tc>
        <w:tc>
          <w:tcPr>
            <w:tcW w:type="dxa" w:w="1728"/>
          </w:tcPr>
          <w:p>
            <w:r>
              <w:t>2023年南通大学大学生创新训练计划项目：影响胃癌和食管癌风险的纤毛鞭毛相关基因及其遗传变异的研究主持人</w:t>
            </w:r>
          </w:p>
        </w:tc>
      </w:tr>
      <w:tr>
        <w:tc>
          <w:tcPr>
            <w:tcW w:type="dxa" w:w="1728"/>
          </w:tcPr>
          <w:p>
            <w:r>
              <w:t>9</w:t>
            </w:r>
          </w:p>
        </w:tc>
        <w:tc>
          <w:tcPr>
            <w:tcW w:type="dxa" w:w="1728"/>
          </w:tcPr>
          <w:p>
            <w:r>
              <w:t>预防213</w:t>
            </w:r>
          </w:p>
        </w:tc>
        <w:tc>
          <w:tcPr>
            <w:tcW w:type="dxa" w:w="1728"/>
          </w:tcPr>
          <w:p>
            <w:r>
              <w:t>2117110089</w:t>
            </w:r>
          </w:p>
        </w:tc>
        <w:tc>
          <w:tcPr>
            <w:tcW w:type="dxa" w:w="1728"/>
          </w:tcPr>
          <w:p>
            <w:r>
              <w:t>张帅辉</w:t>
            </w:r>
          </w:p>
        </w:tc>
        <w:tc>
          <w:tcPr>
            <w:tcW w:type="dxa" w:w="1728"/>
          </w:tcPr>
          <w:p>
            <w:r>
              <w:t>第九届全国大学生基础医学创新研究暨实验设计论坛本科院校预防医学赛道复赛（省级）三等奖排名第一</w:t>
            </w:r>
          </w:p>
        </w:tc>
      </w:tr>
      <w:tr>
        <w:tc>
          <w:tcPr>
            <w:tcW w:type="dxa" w:w="1728"/>
          </w:tcPr>
          <w:p>
            <w:r>
              <w:t>2023年南通大学大学生创新训练计划项目：《典型不饱和脂肪酸比例对煎炸油环氧和极性危害物形成规律的影响》主持人</w:t>
            </w:r>
          </w:p>
        </w:tc>
        <w:tc>
          <w:tcPr>
            <w:tcW w:type="dxa" w:w="1728"/>
          </w:tcPr>
          <w:p/>
        </w:tc>
        <w:tc>
          <w:tcPr>
            <w:tcW w:type="dxa" w:w="1728"/>
          </w:tcPr>
          <w:p/>
        </w:tc>
        <w:tc>
          <w:tcPr>
            <w:tcW w:type="dxa" w:w="1728"/>
          </w:tcPr>
          <w:p/>
        </w:tc>
        <w:tc>
          <w:tcPr>
            <w:tcW w:type="dxa" w:w="1728"/>
          </w:tcPr>
          <w:p/>
        </w:tc>
      </w:tr>
      <w:tr>
        <w:tc>
          <w:tcPr>
            <w:tcW w:type="dxa" w:w="1728"/>
          </w:tcPr>
          <w:p>
            <w:r>
              <w:t>2022年南通大学大学生创新训练计划项目：《锐泰测（Real Test）：SARS-CoV-2抗原定量检测试纸条关键技术研发》成员</w:t>
            </w:r>
          </w:p>
        </w:tc>
        <w:tc>
          <w:tcPr>
            <w:tcW w:type="dxa" w:w="1728"/>
          </w:tcPr>
          <w:p/>
        </w:tc>
        <w:tc>
          <w:tcPr>
            <w:tcW w:type="dxa" w:w="1728"/>
          </w:tcPr>
          <w:p/>
        </w:tc>
        <w:tc>
          <w:tcPr>
            <w:tcW w:type="dxa" w:w="1728"/>
          </w:tcPr>
          <w:p/>
        </w:tc>
        <w:tc>
          <w:tcPr>
            <w:tcW w:type="dxa" w:w="1728"/>
          </w:tcPr>
          <w:p/>
        </w:tc>
      </w:tr>
      <w:tr>
        <w:tc>
          <w:tcPr>
            <w:tcW w:type="dxa" w:w="1728"/>
          </w:tcPr>
          <w:p>
            <w:r>
              <w:t>Effect of oleic/linoleic acid ratio on simultaneous formation of epoxy fatty acids and polar compounds in deep frying oils.LWT-Food Science and Technology,2023.文章排名第4</w:t>
            </w:r>
          </w:p>
        </w:tc>
        <w:tc>
          <w:tcPr>
            <w:tcW w:type="dxa" w:w="1728"/>
          </w:tcPr>
          <w:p/>
        </w:tc>
        <w:tc>
          <w:tcPr>
            <w:tcW w:type="dxa" w:w="1728"/>
          </w:tcPr>
          <w:p/>
        </w:tc>
        <w:tc>
          <w:tcPr>
            <w:tcW w:type="dxa" w:w="1728"/>
          </w:tcPr>
          <w:p/>
        </w:tc>
        <w:tc>
          <w:tcPr>
            <w:tcW w:type="dxa" w:w="1728"/>
          </w:tcPr>
          <w:p/>
        </w:tc>
      </w:tr>
      <w:tr>
        <w:tc>
          <w:tcPr>
            <w:tcW w:type="dxa" w:w="1728"/>
          </w:tcPr>
          <w:p>
            <w:r>
              <w:t>铁死亡机制及其与卵巢癌相关性的研究进展.徐州医科大学学报.2024,文章排名第3</w:t>
            </w:r>
          </w:p>
        </w:tc>
        <w:tc>
          <w:tcPr>
            <w:tcW w:type="dxa" w:w="1728"/>
          </w:tcPr>
          <w:p/>
        </w:tc>
        <w:tc>
          <w:tcPr>
            <w:tcW w:type="dxa" w:w="1728"/>
          </w:tcPr>
          <w:p/>
        </w:tc>
        <w:tc>
          <w:tcPr>
            <w:tcW w:type="dxa" w:w="1728"/>
          </w:tcPr>
          <w:p/>
        </w:tc>
        <w:tc>
          <w:tcPr>
            <w:tcW w:type="dxa" w:w="1728"/>
          </w:tcPr>
          <w:p/>
        </w:tc>
      </w:tr>
      <w:tr>
        <w:tc>
          <w:tcPr>
            <w:tcW w:type="dxa" w:w="1728"/>
          </w:tcPr>
          <w:p>
            <w:r>
              <w:t>外泌体与卵巢癌转移及诊治相关性的研究进展.常熟理工学院学报（自然科学）,2024，文章排名第2</w:t>
            </w:r>
          </w:p>
        </w:tc>
        <w:tc>
          <w:tcPr>
            <w:tcW w:type="dxa" w:w="1728"/>
          </w:tcPr>
          <w:p/>
        </w:tc>
        <w:tc>
          <w:tcPr>
            <w:tcW w:type="dxa" w:w="1728"/>
          </w:tcPr>
          <w:p/>
        </w:tc>
        <w:tc>
          <w:tcPr>
            <w:tcW w:type="dxa" w:w="1728"/>
          </w:tcPr>
          <w:p/>
        </w:tc>
        <w:tc>
          <w:tcPr>
            <w:tcW w:type="dxa" w:w="1728"/>
          </w:tcPr>
          <w:p/>
        </w:tc>
      </w:tr>
      <w:tr>
        <w:tc>
          <w:tcPr>
            <w:tcW w:type="dxa" w:w="1728"/>
          </w:tcPr>
          <w:p>
            <w:r>
              <w:t>微RNA生物学功能及其与卵巢癌相关性的研究进展.数理医药学杂志，2024，文章排名第3</w:t>
            </w:r>
          </w:p>
        </w:tc>
        <w:tc>
          <w:tcPr>
            <w:tcW w:type="dxa" w:w="1728"/>
          </w:tcPr>
          <w:p/>
        </w:tc>
        <w:tc>
          <w:tcPr>
            <w:tcW w:type="dxa" w:w="1728"/>
          </w:tcPr>
          <w:p/>
        </w:tc>
        <w:tc>
          <w:tcPr>
            <w:tcW w:type="dxa" w:w="1728"/>
          </w:tcPr>
          <w:p/>
        </w:tc>
        <w:tc>
          <w:tcPr>
            <w:tcW w:type="dxa" w:w="1728"/>
          </w:tcPr>
          <w:p/>
        </w:tc>
      </w:tr>
      <w:tr>
        <w:tc>
          <w:tcPr>
            <w:tcW w:type="dxa" w:w="1728"/>
          </w:tcPr>
          <w:p>
            <w:r>
              <w:t>10</w:t>
            </w:r>
          </w:p>
        </w:tc>
        <w:tc>
          <w:tcPr>
            <w:tcW w:type="dxa" w:w="1728"/>
          </w:tcPr>
          <w:p>
            <w:r>
              <w:t>预防213</w:t>
            </w:r>
          </w:p>
        </w:tc>
        <w:tc>
          <w:tcPr>
            <w:tcW w:type="dxa" w:w="1728"/>
          </w:tcPr>
          <w:p>
            <w:r>
              <w:t>2117110075</w:t>
            </w:r>
          </w:p>
        </w:tc>
        <w:tc>
          <w:tcPr>
            <w:tcW w:type="dxa" w:w="1728"/>
          </w:tcPr>
          <w:p>
            <w:r>
              <w:t>张晓琳</w:t>
            </w:r>
          </w:p>
        </w:tc>
        <w:tc>
          <w:tcPr>
            <w:tcW w:type="dxa" w:w="1728"/>
          </w:tcPr>
          <w:p>
            <w:r>
              <w:t>江苏籍大一新生2019-2022年三大传染病知识态度行为状况分析,2025.文章排名第1</w:t>
            </w:r>
          </w:p>
        </w:tc>
      </w:tr>
      <w:tr>
        <w:tc>
          <w:tcPr>
            <w:tcW w:type="dxa" w:w="1728"/>
          </w:tcPr>
          <w:p>
            <w:r>
              <w:t>第九届全国大学生基础医学创新研究暨实验设计论坛本科院校预防医学赛道复赛优秀成果奖（省级三等奖）获得者</w:t>
            </w:r>
          </w:p>
        </w:tc>
        <w:tc>
          <w:tcPr>
            <w:tcW w:type="dxa" w:w="1728"/>
          </w:tcPr>
          <w:p/>
        </w:tc>
        <w:tc>
          <w:tcPr>
            <w:tcW w:type="dxa" w:w="1728"/>
          </w:tcPr>
          <w:p/>
        </w:tc>
        <w:tc>
          <w:tcPr>
            <w:tcW w:type="dxa" w:w="1728"/>
          </w:tcPr>
          <w:p/>
        </w:tc>
        <w:tc>
          <w:tcPr>
            <w:tcW w:type="dxa" w:w="1728"/>
          </w:tcPr>
          <w:p/>
        </w:tc>
      </w:tr>
      <w:tr>
        <w:tc>
          <w:tcPr>
            <w:tcW w:type="dxa" w:w="1728"/>
          </w:tcPr>
          <w:p>
            <w:r>
              <w:t>2023年南通大学大学生创新训练计划项目：典型不饱和脂肪酸比例对煎炸油环氧和极性危害物形成规律的影响第二负责人</w:t>
            </w:r>
          </w:p>
        </w:tc>
        <w:tc>
          <w:tcPr>
            <w:tcW w:type="dxa" w:w="1728"/>
          </w:tcPr>
          <w:p/>
        </w:tc>
        <w:tc>
          <w:tcPr>
            <w:tcW w:type="dxa" w:w="1728"/>
          </w:tcPr>
          <w:p/>
        </w:tc>
        <w:tc>
          <w:tcPr>
            <w:tcW w:type="dxa" w:w="1728"/>
          </w:tcPr>
          <w:p/>
        </w:tc>
        <w:tc>
          <w:tcPr>
            <w:tcW w:type="dxa" w:w="1728"/>
          </w:tcPr>
          <w:p/>
        </w:tc>
      </w:tr>
      <w:tr>
        <w:tc>
          <w:tcPr>
            <w:tcW w:type="dxa" w:w="1728"/>
          </w:tcPr>
          <w:p>
            <w:r>
              <w:t>Effect of oleic/linoleic acid ratio on simultaneous formation of epoxy fatty acids and polar compounds in deep frying oils,2023.文章排名第5</w:t>
            </w:r>
          </w:p>
        </w:tc>
        <w:tc>
          <w:tcPr>
            <w:tcW w:type="dxa" w:w="1728"/>
          </w:tcPr>
          <w:p/>
        </w:tc>
        <w:tc>
          <w:tcPr>
            <w:tcW w:type="dxa" w:w="1728"/>
          </w:tcPr>
          <w:p/>
        </w:tc>
        <w:tc>
          <w:tcPr>
            <w:tcW w:type="dxa" w:w="1728"/>
          </w:tcPr>
          <w:p/>
        </w:tc>
        <w:tc>
          <w:tcPr>
            <w:tcW w:type="dxa" w:w="1728"/>
          </w:tcPr>
          <w:p/>
        </w:tc>
      </w:tr>
      <w:tr>
        <w:tc>
          <w:tcPr>
            <w:tcW w:type="dxa" w:w="1728"/>
          </w:tcPr>
          <w:p>
            <w:r>
              <w:t>2024年（第十届）全国大学生统计建模大赛江苏赛区赛区选拔赛本科生组二等奖</w:t>
            </w:r>
          </w:p>
        </w:tc>
        <w:tc>
          <w:tcPr>
            <w:tcW w:type="dxa" w:w="1728"/>
          </w:tcPr>
          <w:p/>
        </w:tc>
        <w:tc>
          <w:tcPr>
            <w:tcW w:type="dxa" w:w="1728"/>
          </w:tcPr>
          <w:p/>
        </w:tc>
        <w:tc>
          <w:tcPr>
            <w:tcW w:type="dxa" w:w="1728"/>
          </w:tcPr>
          <w:p/>
        </w:tc>
        <w:tc>
          <w:tcPr>
            <w:tcW w:type="dxa" w:w="1728"/>
          </w:tcPr>
          <w:p/>
        </w:tc>
      </w:tr>
      <w:tr>
        <w:tc>
          <w:tcPr>
            <w:tcW w:type="dxa" w:w="1728"/>
          </w:tcPr>
          <w:p>
            <w:r>
              <w:t>2022年全国大学生英语竞赛初赛参与奖</w:t>
            </w:r>
          </w:p>
        </w:tc>
        <w:tc>
          <w:tcPr>
            <w:tcW w:type="dxa" w:w="1728"/>
          </w:tcPr>
          <w:p/>
        </w:tc>
        <w:tc>
          <w:tcPr>
            <w:tcW w:type="dxa" w:w="1728"/>
          </w:tcPr>
          <w:p/>
        </w:tc>
        <w:tc>
          <w:tcPr>
            <w:tcW w:type="dxa" w:w="1728"/>
          </w:tcPr>
          <w:p/>
        </w:tc>
        <w:tc>
          <w:tcPr>
            <w:tcW w:type="dxa" w:w="1728"/>
          </w:tcPr>
          <w:p/>
        </w:tc>
      </w:tr>
      <w:tr>
        <w:tc>
          <w:tcPr>
            <w:tcW w:type="dxa" w:w="1728"/>
          </w:tcPr>
          <w:p>
            <w:r>
              <w:t>11</w:t>
            </w:r>
          </w:p>
        </w:tc>
        <w:tc>
          <w:tcPr>
            <w:tcW w:type="dxa" w:w="1728"/>
          </w:tcPr>
          <w:p>
            <w:r>
              <w:t>预防211</w:t>
            </w:r>
          </w:p>
        </w:tc>
        <w:tc>
          <w:tcPr>
            <w:tcW w:type="dxa" w:w="1728"/>
          </w:tcPr>
          <w:p>
            <w:r>
              <w:t>2117110016</w:t>
            </w:r>
          </w:p>
        </w:tc>
        <w:tc>
          <w:tcPr>
            <w:tcW w:type="dxa" w:w="1728"/>
          </w:tcPr>
          <w:p>
            <w:r>
              <w:t>周诗梦</w:t>
            </w:r>
          </w:p>
        </w:tc>
        <w:tc>
          <w:tcPr>
            <w:tcW w:type="dxa" w:w="1728"/>
          </w:tcPr>
          <w:p>
            <w:r>
              <w:t>2022年南通大学大学生创新训练计划项目：基于CRISPR/Cas12a的适配体传感器用于镉离子超灵敏检测技术研究核心成员</w:t>
            </w:r>
          </w:p>
        </w:tc>
      </w:tr>
      <w:tr>
        <w:tc>
          <w:tcPr>
            <w:tcW w:type="dxa" w:w="1728"/>
          </w:tcPr>
          <w:p>
            <w:r>
              <w:t>2023年南通大学大学生创新训练计划项目：基于双裂解适配子触发的多重杂交链式反应对镉离子的电化学检测主持人</w:t>
            </w:r>
          </w:p>
        </w:tc>
        <w:tc>
          <w:tcPr>
            <w:tcW w:type="dxa" w:w="1728"/>
          </w:tcPr>
          <w:p/>
        </w:tc>
        <w:tc>
          <w:tcPr>
            <w:tcW w:type="dxa" w:w="1728"/>
          </w:tcPr>
          <w:p/>
        </w:tc>
        <w:tc>
          <w:tcPr>
            <w:tcW w:type="dxa" w:w="1728"/>
          </w:tcPr>
          <w:p/>
        </w:tc>
        <w:tc>
          <w:tcPr>
            <w:tcW w:type="dxa" w:w="1728"/>
          </w:tcPr>
          <w:p/>
        </w:tc>
      </w:tr>
      <w:tr>
        <w:tc>
          <w:tcPr>
            <w:tcW w:type="dxa" w:w="1728"/>
          </w:tcPr>
          <w:p>
            <w:r>
              <w:t>壳聚糖修饰的聚乳酸-羟基乙酸共聚物纳米颗粒在控制释放抗人类免疫缺陷病毒药物传递中的应用。中华实验和临床感染病杂志，2023，文章排名第2</w:t>
            </w:r>
          </w:p>
        </w:tc>
        <w:tc>
          <w:tcPr>
            <w:tcW w:type="dxa" w:w="1728"/>
          </w:tcPr>
          <w:p/>
        </w:tc>
        <w:tc>
          <w:tcPr>
            <w:tcW w:type="dxa" w:w="1728"/>
          </w:tcPr>
          <w:p/>
        </w:tc>
        <w:tc>
          <w:tcPr>
            <w:tcW w:type="dxa" w:w="1728"/>
          </w:tcPr>
          <w:p/>
        </w:tc>
        <w:tc>
          <w:tcPr>
            <w:tcW w:type="dxa" w:w="1728"/>
          </w:tcPr>
          <w:p/>
        </w:tc>
      </w:tr>
      <w:tr>
        <w:tc>
          <w:tcPr>
            <w:tcW w:type="dxa" w:w="1728"/>
          </w:tcPr>
          <w:p>
            <w:r>
              <w:t>基于还原型半抗体构建新型冠状病毒检测的电化学免疫传感器。分析化学进展，2023，文章排名第3</w:t>
            </w:r>
          </w:p>
        </w:tc>
        <w:tc>
          <w:tcPr>
            <w:tcW w:type="dxa" w:w="1728"/>
          </w:tcPr>
          <w:p/>
        </w:tc>
        <w:tc>
          <w:tcPr>
            <w:tcW w:type="dxa" w:w="1728"/>
          </w:tcPr>
          <w:p/>
        </w:tc>
        <w:tc>
          <w:tcPr>
            <w:tcW w:type="dxa" w:w="1728"/>
          </w:tcPr>
          <w:p/>
        </w:tc>
        <w:tc>
          <w:tcPr>
            <w:tcW w:type="dxa" w:w="1728"/>
          </w:tcPr>
          <w:p/>
        </w:tc>
      </w:tr>
      <w:tr>
        <w:tc>
          <w:tcPr>
            <w:tcW w:type="dxa" w:w="1728"/>
          </w:tcPr>
          <w:p>
            <w:r>
              <w:t>三电极体系电化学传感器及其检测体系，实用新型专利，排名第4</w:t>
            </w:r>
          </w:p>
        </w:tc>
        <w:tc>
          <w:tcPr>
            <w:tcW w:type="dxa" w:w="1728"/>
          </w:tcPr>
          <w:p/>
        </w:tc>
        <w:tc>
          <w:tcPr>
            <w:tcW w:type="dxa" w:w="1728"/>
          </w:tcPr>
          <w:p/>
        </w:tc>
        <w:tc>
          <w:tcPr>
            <w:tcW w:type="dxa" w:w="1728"/>
          </w:tcPr>
          <w:p/>
        </w:tc>
        <w:tc>
          <w:tcPr>
            <w:tcW w:type="dxa" w:w="1728"/>
          </w:tcPr>
          <w:p/>
        </w:tc>
      </w:tr>
      <w:tr>
        <w:tc>
          <w:tcPr>
            <w:tcW w:type="dxa" w:w="1728"/>
          </w:tcPr>
          <w:p>
            <w:r>
              <w:t>“外教社词达人杯”全国大学生英语词汇能力大赛南通大学本科非英语专业组一等奖</w:t>
            </w:r>
          </w:p>
        </w:tc>
        <w:tc>
          <w:tcPr>
            <w:tcW w:type="dxa" w:w="1728"/>
          </w:tcPr>
          <w:p/>
        </w:tc>
        <w:tc>
          <w:tcPr>
            <w:tcW w:type="dxa" w:w="1728"/>
          </w:tcPr>
          <w:p/>
        </w:tc>
        <w:tc>
          <w:tcPr>
            <w:tcW w:type="dxa" w:w="1728"/>
          </w:tcPr>
          <w:p/>
        </w:tc>
        <w:tc>
          <w:tcPr>
            <w:tcW w:type="dxa" w:w="1728"/>
          </w:tcPr>
          <w:p/>
        </w:tc>
      </w:tr>
      <w:tr>
        <w:tc>
          <w:tcPr>
            <w:tcW w:type="dxa" w:w="1728"/>
          </w:tcPr>
          <w:p>
            <w:r>
              <w:t>“外教社词达人杯”全国大学生英语词汇能力大赛江苏赛区本科非英语专业组三等奖</w:t>
            </w:r>
          </w:p>
        </w:tc>
        <w:tc>
          <w:tcPr>
            <w:tcW w:type="dxa" w:w="1728"/>
          </w:tcPr>
          <w:p/>
        </w:tc>
        <w:tc>
          <w:tcPr>
            <w:tcW w:type="dxa" w:w="1728"/>
          </w:tcPr>
          <w:p/>
        </w:tc>
        <w:tc>
          <w:tcPr>
            <w:tcW w:type="dxa" w:w="1728"/>
          </w:tcPr>
          <w:p/>
        </w:tc>
        <w:tc>
          <w:tcPr>
            <w:tcW w:type="dxa" w:w="1728"/>
          </w:tcPr>
          <w:p/>
        </w:tc>
      </w:tr>
      <w:tr>
        <w:tc>
          <w:tcPr>
            <w:tcW w:type="dxa" w:w="1728"/>
          </w:tcPr>
          <w:p>
            <w:r>
              <w:t>“外教社词达人杯”全国大学生英语词汇能力大赛南通大学本科非英语专业组二等奖</w:t>
            </w:r>
          </w:p>
        </w:tc>
        <w:tc>
          <w:tcPr>
            <w:tcW w:type="dxa" w:w="1728"/>
          </w:tcPr>
          <w:p/>
        </w:tc>
        <w:tc>
          <w:tcPr>
            <w:tcW w:type="dxa" w:w="1728"/>
          </w:tcPr>
          <w:p/>
        </w:tc>
        <w:tc>
          <w:tcPr>
            <w:tcW w:type="dxa" w:w="1728"/>
          </w:tcPr>
          <w:p/>
        </w:tc>
        <w:tc>
          <w:tcPr>
            <w:tcW w:type="dxa" w:w="1728"/>
          </w:tcPr>
          <w:p/>
        </w:tc>
      </w:tr>
      <w:tr>
        <w:tc>
          <w:tcPr>
            <w:tcW w:type="dxa" w:w="1728"/>
          </w:tcPr>
          <w:p>
            <w:r>
              <w:t>“阿拉丁杯”翻译配音大赛南通大学选拔赛三等奖</w:t>
            </w:r>
          </w:p>
        </w:tc>
        <w:tc>
          <w:tcPr>
            <w:tcW w:type="dxa" w:w="1728"/>
          </w:tcPr>
          <w:p/>
        </w:tc>
        <w:tc>
          <w:tcPr>
            <w:tcW w:type="dxa" w:w="1728"/>
          </w:tcPr>
          <w:p/>
        </w:tc>
        <w:tc>
          <w:tcPr>
            <w:tcW w:type="dxa" w:w="1728"/>
          </w:tcPr>
          <w:p/>
        </w:tc>
        <w:tc>
          <w:tcPr>
            <w:tcW w:type="dxa" w:w="1728"/>
          </w:tcPr>
          <w:p/>
        </w:tc>
      </w:tr>
      <w:tr>
        <w:tc>
          <w:tcPr>
            <w:tcW w:type="dxa" w:w="1728"/>
          </w:tcPr>
          <w:p>
            <w:r>
              <w:t>12</w:t>
            </w:r>
          </w:p>
        </w:tc>
        <w:tc>
          <w:tcPr>
            <w:tcW w:type="dxa" w:w="1728"/>
          </w:tcPr>
          <w:p>
            <w:r/>
          </w:p>
        </w:tc>
        <w:tc>
          <w:tcPr>
            <w:tcW w:type="dxa" w:w="1728"/>
          </w:tcPr>
          <w:p>
            <w:r>
              <w:t>2117110025</w:t>
            </w:r>
          </w:p>
        </w:tc>
        <w:tc>
          <w:tcPr>
            <w:tcW w:type="dxa" w:w="1728"/>
          </w:tcPr>
          <w:p>
            <w:r>
              <w:t>田恺</w:t>
            </w:r>
          </w:p>
        </w:tc>
        <w:tc>
          <w:tcPr>
            <w:tcW w:type="dxa" w:w="1728"/>
          </w:tcPr>
          <w:p>
            <w:r>
              <w:t>2023年南通大学大学生创新训练计划项目：孕期聚苯乙烯纳米塑料暴露对子代肥胖发生的影响主持人</w:t>
            </w:r>
          </w:p>
        </w:tc>
      </w:tr>
      <w:tr>
        <w:tc>
          <w:tcPr>
            <w:tcW w:type="dxa" w:w="1728"/>
          </w:tcPr>
          <w:p>
            <w:r>
              <w:t>Exposure to Nanoplastics During Pregnancy Induces Brown Adipose Tissue Whitening in Male Offspring. Toxics,2025.文章排名第2</w:t>
            </w:r>
          </w:p>
        </w:tc>
        <w:tc>
          <w:tcPr>
            <w:tcW w:type="dxa" w:w="1728"/>
          </w:tcPr>
          <w:p/>
        </w:tc>
        <w:tc>
          <w:tcPr>
            <w:tcW w:type="dxa" w:w="1728"/>
          </w:tcPr>
          <w:p/>
        </w:tc>
        <w:tc>
          <w:tcPr>
            <w:tcW w:type="dxa" w:w="1728"/>
          </w:tcPr>
          <w:p/>
        </w:tc>
        <w:tc>
          <w:tcPr>
            <w:tcW w:type="dxa" w:w="1728"/>
          </w:tcPr>
          <w:p/>
        </w:tc>
      </w:tr>
      <w:tr>
        <w:tc>
          <w:tcPr>
            <w:tcW w:type="dxa" w:w="1728"/>
          </w:tcPr>
          <w:p>
            <w:r>
              <w:t>Lysosomal Acidification: A New Perspective on the Pathogenesis and Treatment of Pulmonary Fibrosis. Comprehensive Physiology,2025.文章排名第1</w:t>
            </w:r>
          </w:p>
        </w:tc>
        <w:tc>
          <w:tcPr>
            <w:tcW w:type="dxa" w:w="1728"/>
          </w:tcPr>
          <w:p/>
        </w:tc>
        <w:tc>
          <w:tcPr>
            <w:tcW w:type="dxa" w:w="1728"/>
          </w:tcPr>
          <w:p/>
        </w:tc>
        <w:tc>
          <w:tcPr>
            <w:tcW w:type="dxa" w:w="1728"/>
          </w:tcPr>
          <w:p/>
        </w:tc>
        <w:tc>
          <w:tcPr>
            <w:tcW w:type="dxa" w:w="1728"/>
          </w:tcPr>
          <w:p/>
        </w:tc>
      </w:tr>
      <w:tr>
        <w:tc>
          <w:tcPr>
            <w:tcW w:type="dxa" w:w="1728"/>
          </w:tcPr>
          <w:p>
            <w:r>
              <w:t>南通大学大学生课外学术科技作品竞赛暨第19届“挑战杯”竞赛校内选拔赛一等奖，项目负责人</w:t>
            </w:r>
          </w:p>
        </w:tc>
        <w:tc>
          <w:tcPr>
            <w:tcW w:type="dxa" w:w="1728"/>
          </w:tcPr>
          <w:p/>
        </w:tc>
        <w:tc>
          <w:tcPr>
            <w:tcW w:type="dxa" w:w="1728"/>
          </w:tcPr>
          <w:p/>
        </w:tc>
        <w:tc>
          <w:tcPr>
            <w:tcW w:type="dxa" w:w="1728"/>
          </w:tcPr>
          <w:p/>
        </w:tc>
        <w:tc>
          <w:tcPr>
            <w:tcW w:type="dxa" w:w="1728"/>
          </w:tcPr>
          <w:p/>
        </w:tc>
      </w:tr>
      <w:tr>
        <w:tc>
          <w:tcPr>
            <w:tcW w:type="dxa" w:w="1728"/>
          </w:tcPr>
          <w:p>
            <w:r>
              <w:t>The role of m6A demethylases in lung cancer. Frontiers in Immunology,2024.文章排名第4</w:t>
            </w:r>
          </w:p>
        </w:tc>
        <w:tc>
          <w:tcPr>
            <w:tcW w:type="dxa" w:w="1728"/>
          </w:tcPr>
          <w:p/>
        </w:tc>
        <w:tc>
          <w:tcPr>
            <w:tcW w:type="dxa" w:w="1728"/>
          </w:tcPr>
          <w:p/>
        </w:tc>
        <w:tc>
          <w:tcPr>
            <w:tcW w:type="dxa" w:w="1728"/>
          </w:tcPr>
          <w:p/>
        </w:tc>
        <w:tc>
          <w:tcPr>
            <w:tcW w:type="dxa" w:w="1728"/>
          </w:tcPr>
          <w:p/>
        </w:tc>
      </w:tr>
      <w:tr>
        <w:tc>
          <w:tcPr>
            <w:tcW w:type="dxa" w:w="1728"/>
          </w:tcPr>
          <w:p>
            <w:r>
              <w:t>The role and regulation of SIRT1 in pulmonary fibrosis. Molecular Biology Reports,2024.文章排名第6</w:t>
            </w:r>
          </w:p>
        </w:tc>
        <w:tc>
          <w:tcPr>
            <w:tcW w:type="dxa" w:w="1728"/>
          </w:tcPr>
          <w:p/>
        </w:tc>
        <w:tc>
          <w:tcPr>
            <w:tcW w:type="dxa" w:w="1728"/>
          </w:tcPr>
          <w:p/>
        </w:tc>
        <w:tc>
          <w:tcPr>
            <w:tcW w:type="dxa" w:w="1728"/>
          </w:tcPr>
          <w:p/>
        </w:tc>
        <w:tc>
          <w:tcPr>
            <w:tcW w:type="dxa" w:w="1728"/>
          </w:tcPr>
          <w:p/>
        </w:tc>
      </w:tr>
      <w:tr>
        <w:tc>
          <w:tcPr>
            <w:tcW w:type="dxa" w:w="1728"/>
          </w:tcPr>
          <w:p>
            <w:r>
              <w:t>Anoikis-related CTNND1 is associated with immuno-suppressive tumor microenvironment and predicts unfavorable immunotherapeutic outcome in non-small cell lung cancer.文章排名第9</w:t>
            </w:r>
          </w:p>
        </w:tc>
        <w:tc>
          <w:tcPr>
            <w:tcW w:type="dxa" w:w="1728"/>
          </w:tcPr>
          <w:p/>
        </w:tc>
        <w:tc>
          <w:tcPr>
            <w:tcW w:type="dxa" w:w="1728"/>
          </w:tcPr>
          <w:p/>
        </w:tc>
        <w:tc>
          <w:tcPr>
            <w:tcW w:type="dxa" w:w="1728"/>
          </w:tcPr>
          <w:p/>
        </w:tc>
        <w:tc>
          <w:tcPr>
            <w:tcW w:type="dxa" w:w="1728"/>
          </w:tcPr>
          <w:p/>
        </w:tc>
      </w:tr>
      <w:tr>
        <w:tc>
          <w:tcPr>
            <w:tcW w:type="dxa" w:w="1728"/>
          </w:tcPr>
          <w:p>
            <w:r>
              <w:t>13</w:t>
            </w:r>
          </w:p>
        </w:tc>
        <w:tc>
          <w:tcPr>
            <w:tcW w:type="dxa" w:w="1728"/>
          </w:tcPr>
          <w:p>
            <w:r>
              <w:t>医检221</w:t>
            </w:r>
          </w:p>
        </w:tc>
        <w:tc>
          <w:tcPr>
            <w:tcW w:type="dxa" w:w="1728"/>
          </w:tcPr>
          <w:p>
            <w:r>
              <w:t>2131110531</w:t>
            </w:r>
          </w:p>
        </w:tc>
        <w:tc>
          <w:tcPr>
            <w:tcW w:type="dxa" w:w="1728"/>
          </w:tcPr>
          <w:p>
            <w:r>
              <w:t>王婉婷</w:t>
            </w:r>
          </w:p>
        </w:tc>
        <w:tc>
          <w:tcPr>
            <w:tcW w:type="dxa" w:w="1728"/>
          </w:tcPr>
          <w:p>
            <w:r>
              <w:t>第十三届全国大学生电子商务“创新、创意及创业”挑战赛校级最佳创意奖、特等奖成员</w:t>
            </w:r>
          </w:p>
        </w:tc>
      </w:tr>
      <w:tr>
        <w:tc>
          <w:tcPr>
            <w:tcW w:type="dxa" w:w="1728"/>
          </w:tcPr>
          <w:p>
            <w:r>
              <w:t>南通大学“互联网+”大学生创新创业大赛（产业赛命题道）一等奖</w:t>
            </w:r>
          </w:p>
        </w:tc>
        <w:tc>
          <w:tcPr>
            <w:tcW w:type="dxa" w:w="1728"/>
          </w:tcPr>
          <w:p/>
        </w:tc>
        <w:tc>
          <w:tcPr>
            <w:tcW w:type="dxa" w:w="1728"/>
          </w:tcPr>
          <w:p/>
        </w:tc>
        <w:tc>
          <w:tcPr>
            <w:tcW w:type="dxa" w:w="1728"/>
          </w:tcPr>
          <w:p/>
        </w:tc>
        <w:tc>
          <w:tcPr>
            <w:tcW w:type="dxa" w:w="1728"/>
          </w:tcPr>
          <w:p/>
        </w:tc>
      </w:tr>
      <w:tr>
        <w:tc>
          <w:tcPr>
            <w:tcW w:type="dxa" w:w="1728"/>
          </w:tcPr>
          <w:p>
            <w:r>
              <w:t>南通市第七届“通创荟”科技创业大赛大学生团队组二等奖成员</w:t>
            </w:r>
          </w:p>
        </w:tc>
        <w:tc>
          <w:tcPr>
            <w:tcW w:type="dxa" w:w="1728"/>
          </w:tcPr>
          <w:p/>
        </w:tc>
        <w:tc>
          <w:tcPr>
            <w:tcW w:type="dxa" w:w="1728"/>
          </w:tcPr>
          <w:p/>
        </w:tc>
        <w:tc>
          <w:tcPr>
            <w:tcW w:type="dxa" w:w="1728"/>
          </w:tcPr>
          <w:p/>
        </w:tc>
        <w:tc>
          <w:tcPr>
            <w:tcW w:type="dxa" w:w="1728"/>
          </w:tcPr>
          <w:p/>
        </w:tc>
      </w:tr>
      <w:tr>
        <w:tc>
          <w:tcPr>
            <w:tcW w:type="dxa" w:w="1728"/>
          </w:tcPr>
          <w:p>
            <w:r>
              <w:t>南通大学大学生创业计划竞赛暨第十四届“桃战杯”中国大学生创业计划竞赛校内选拔赛优秀奖</w:t>
            </w:r>
          </w:p>
        </w:tc>
        <w:tc>
          <w:tcPr>
            <w:tcW w:type="dxa" w:w="1728"/>
          </w:tcPr>
          <w:p/>
        </w:tc>
        <w:tc>
          <w:tcPr>
            <w:tcW w:type="dxa" w:w="1728"/>
          </w:tcPr>
          <w:p/>
        </w:tc>
        <w:tc>
          <w:tcPr>
            <w:tcW w:type="dxa" w:w="1728"/>
          </w:tcPr>
          <w:p/>
        </w:tc>
        <w:tc>
          <w:tcPr>
            <w:tcW w:type="dxa" w:w="1728"/>
          </w:tcPr>
          <w:p/>
        </w:tc>
      </w:tr>
      <w:tr>
        <w:tc>
          <w:tcPr>
            <w:tcW w:type="dxa" w:w="1728"/>
          </w:tcPr>
          <w:p>
            <w:r>
              <w:t>南通大学大学生创新创业训练计划项目：“心迹”追踪——基于冠脉形态和功能的院内急性ACS风险预警系统成员</w:t>
            </w:r>
          </w:p>
        </w:tc>
        <w:tc>
          <w:tcPr>
            <w:tcW w:type="dxa" w:w="1728"/>
          </w:tcPr>
          <w:p/>
        </w:tc>
        <w:tc>
          <w:tcPr>
            <w:tcW w:type="dxa" w:w="1728"/>
          </w:tcPr>
          <w:p/>
        </w:tc>
        <w:tc>
          <w:tcPr>
            <w:tcW w:type="dxa" w:w="1728"/>
          </w:tcPr>
          <w:p/>
        </w:tc>
        <w:tc>
          <w:tcPr>
            <w:tcW w:type="dxa" w:w="1728"/>
          </w:tcPr>
          <w:p/>
        </w:tc>
      </w:tr>
      <w:tr>
        <w:tc>
          <w:tcPr>
            <w:tcW w:type="dxa" w:w="1728"/>
          </w:tcPr>
          <w:p>
            <w:r>
              <w:t>南通大学医学检验技术知识和实践技能竞赛二等奖</w:t>
            </w:r>
          </w:p>
        </w:tc>
        <w:tc>
          <w:tcPr>
            <w:tcW w:type="dxa" w:w="1728"/>
          </w:tcPr>
          <w:p/>
        </w:tc>
        <w:tc>
          <w:tcPr>
            <w:tcW w:type="dxa" w:w="1728"/>
          </w:tcPr>
          <w:p/>
        </w:tc>
        <w:tc>
          <w:tcPr>
            <w:tcW w:type="dxa" w:w="1728"/>
          </w:tcPr>
          <w:p/>
        </w:tc>
        <w:tc>
          <w:tcPr>
            <w:tcW w:type="dxa" w:w="1728"/>
          </w:tcPr>
          <w:p/>
        </w:tc>
      </w:tr>
      <w:tr>
        <w:tc>
          <w:tcPr>
            <w:tcW w:type="dxa" w:w="1728"/>
          </w:tcPr>
          <w:p>
            <w:r>
              <w:t>2025一带一路暨金砖国家技能发展与技术创新大赛之第二届医学检验技能赛项（本科组）三等奖</w:t>
            </w:r>
          </w:p>
        </w:tc>
        <w:tc>
          <w:tcPr>
            <w:tcW w:type="dxa" w:w="1728"/>
          </w:tcPr>
          <w:p/>
        </w:tc>
        <w:tc>
          <w:tcPr>
            <w:tcW w:type="dxa" w:w="1728"/>
          </w:tcPr>
          <w:p/>
        </w:tc>
        <w:tc>
          <w:tcPr>
            <w:tcW w:type="dxa" w:w="1728"/>
          </w:tcPr>
          <w:p/>
        </w:tc>
        <w:tc>
          <w:tcPr>
            <w:tcW w:type="dxa" w:w="1728"/>
          </w:tcPr>
          <w:p/>
        </w:tc>
      </w:tr>
      <w:tr>
        <w:tc>
          <w:tcPr>
            <w:tcW w:type="dxa" w:w="1728"/>
          </w:tcPr>
          <w:p>
            <w:r>
              <w:t>14</w:t>
            </w:r>
          </w:p>
        </w:tc>
        <w:tc>
          <w:tcPr>
            <w:tcW w:type="dxa" w:w="1728"/>
          </w:tcPr>
          <w:p>
            <w:r>
              <w:t>医检223</w:t>
            </w:r>
          </w:p>
        </w:tc>
        <w:tc>
          <w:tcPr>
            <w:tcW w:type="dxa" w:w="1728"/>
          </w:tcPr>
          <w:p>
            <w:r>
              <w:t>2217110233</w:t>
            </w:r>
          </w:p>
        </w:tc>
        <w:tc>
          <w:tcPr>
            <w:tcW w:type="dxa" w:w="1728"/>
          </w:tcPr>
          <w:p>
            <w:r>
              <w:t>尹晓春</w:t>
            </w:r>
          </w:p>
        </w:tc>
        <w:tc>
          <w:tcPr>
            <w:tcW w:type="dxa" w:w="1728"/>
          </w:tcPr>
          <w:p>
            <w:r>
              <w:t>中国国际大学生创新大赛（2024）金奖</w:t>
            </w:r>
          </w:p>
        </w:tc>
      </w:tr>
      <w:tr>
        <w:tc>
          <w:tcPr>
            <w:tcW w:type="dxa" w:w="1728"/>
          </w:tcPr>
          <w:p>
            <w:r>
              <w:t>“建行杯”江苏大学生创新大赛（2024）高教主赛道一等奖</w:t>
            </w:r>
          </w:p>
        </w:tc>
        <w:tc>
          <w:tcPr>
            <w:tcW w:type="dxa" w:w="1728"/>
          </w:tcPr>
          <w:p/>
        </w:tc>
        <w:tc>
          <w:tcPr>
            <w:tcW w:type="dxa" w:w="1728"/>
          </w:tcPr>
          <w:p/>
        </w:tc>
        <w:tc>
          <w:tcPr>
            <w:tcW w:type="dxa" w:w="1728"/>
          </w:tcPr>
          <w:p/>
        </w:tc>
        <w:tc>
          <w:tcPr>
            <w:tcW w:type="dxa" w:w="1728"/>
          </w:tcPr>
          <w:p/>
        </w:tc>
      </w:tr>
      <w:tr>
        <w:tc>
          <w:tcPr>
            <w:tcW w:type="dxa" w:w="1728"/>
          </w:tcPr>
          <w:p>
            <w:r>
              <w:t>2025年全国大学生英语竞赛参与奖</w:t>
            </w:r>
          </w:p>
        </w:tc>
        <w:tc>
          <w:tcPr>
            <w:tcW w:type="dxa" w:w="1728"/>
          </w:tcPr>
          <w:p/>
        </w:tc>
        <w:tc>
          <w:tcPr>
            <w:tcW w:type="dxa" w:w="1728"/>
          </w:tcPr>
          <w:p/>
        </w:tc>
        <w:tc>
          <w:tcPr>
            <w:tcW w:type="dxa" w:w="1728"/>
          </w:tcPr>
          <w:p/>
        </w:tc>
        <w:tc>
          <w:tcPr>
            <w:tcW w:type="dxa" w:w="1728"/>
          </w:tcPr>
          <w:p/>
        </w:tc>
      </w:tr>
      <w:tr>
        <w:tc>
          <w:tcPr>
            <w:tcW w:type="dxa" w:w="1728"/>
          </w:tcPr>
          <w:p>
            <w:r>
              <w:t>15</w:t>
            </w:r>
          </w:p>
        </w:tc>
        <w:tc>
          <w:tcPr>
            <w:tcW w:type="dxa" w:w="1728"/>
          </w:tcPr>
          <w:p>
            <w:r>
              <w:t>医检221</w:t>
            </w:r>
          </w:p>
        </w:tc>
        <w:tc>
          <w:tcPr>
            <w:tcW w:type="dxa" w:w="1728"/>
          </w:tcPr>
          <w:p>
            <w:r>
              <w:t>2217110144</w:t>
            </w:r>
          </w:p>
        </w:tc>
        <w:tc>
          <w:tcPr>
            <w:tcW w:type="dxa" w:w="1728"/>
          </w:tcPr>
          <w:p>
            <w:r>
              <w:t>侯艳霞</w:t>
            </w:r>
          </w:p>
        </w:tc>
        <w:tc>
          <w:tcPr>
            <w:tcW w:type="dxa" w:w="1728"/>
          </w:tcPr>
          <w:p>
            <w:r>
              <w:t>南通大学第七届药理学知识竞赛三等奖</w:t>
            </w:r>
          </w:p>
        </w:tc>
      </w:tr>
      <w:tr>
        <w:tc>
          <w:tcPr>
            <w:tcW w:type="dxa" w:w="1728"/>
          </w:tcPr>
          <w:p>
            <w:r>
              <w:t>2025一带一路暨金砖国家技能发展与技术创新大赛第二届医学检验技能三等奖</w:t>
            </w:r>
          </w:p>
        </w:tc>
        <w:tc>
          <w:tcPr>
            <w:tcW w:type="dxa" w:w="1728"/>
          </w:tcPr>
          <w:p/>
        </w:tc>
        <w:tc>
          <w:tcPr>
            <w:tcW w:type="dxa" w:w="1728"/>
          </w:tcPr>
          <w:p/>
        </w:tc>
        <w:tc>
          <w:tcPr>
            <w:tcW w:type="dxa" w:w="1728"/>
          </w:tcPr>
          <w:p/>
        </w:tc>
        <w:tc>
          <w:tcPr>
            <w:tcW w:type="dxa" w:w="1728"/>
          </w:tcPr>
          <w:p/>
        </w:tc>
      </w:tr>
      <w:tr>
        <w:tc>
          <w:tcPr>
            <w:tcW w:type="dxa" w:w="1728"/>
          </w:tcPr>
          <w:p>
            <w:r>
              <w:t>16</w:t>
            </w:r>
          </w:p>
        </w:tc>
        <w:tc>
          <w:tcPr>
            <w:tcW w:type="dxa" w:w="1728"/>
          </w:tcPr>
          <w:p>
            <w:r>
              <w:t>医检223</w:t>
            </w:r>
          </w:p>
        </w:tc>
        <w:tc>
          <w:tcPr>
            <w:tcW w:type="dxa" w:w="1728"/>
          </w:tcPr>
          <w:p>
            <w:r>
              <w:t>2217110216</w:t>
            </w:r>
          </w:p>
        </w:tc>
        <w:tc>
          <w:tcPr>
            <w:tcW w:type="dxa" w:w="1728"/>
          </w:tcPr>
          <w:p>
            <w:r>
              <w:t>陈嘉欣</w:t>
            </w:r>
          </w:p>
        </w:tc>
        <w:tc>
          <w:tcPr>
            <w:tcW w:type="dxa" w:w="1728"/>
          </w:tcPr>
          <w:p>
            <w:r>
              <w:t>2023年中国“互联网+”大学生创新创业大赛高教主赛道江苏省二等奖</w:t>
            </w:r>
          </w:p>
        </w:tc>
      </w:tr>
      <w:tr>
        <w:tc>
          <w:tcPr>
            <w:tcW w:type="dxa" w:w="1728"/>
          </w:tcPr>
          <w:p>
            <w:r>
              <w:t>南通大学大学生课外学术科技作品竞赛暨十九届“挑战杯”竞赛校赛三等奖</w:t>
            </w:r>
          </w:p>
        </w:tc>
        <w:tc>
          <w:tcPr>
            <w:tcW w:type="dxa" w:w="1728"/>
          </w:tcPr>
          <w:p/>
        </w:tc>
        <w:tc>
          <w:tcPr>
            <w:tcW w:type="dxa" w:w="1728"/>
          </w:tcPr>
          <w:p/>
        </w:tc>
        <w:tc>
          <w:tcPr>
            <w:tcW w:type="dxa" w:w="1728"/>
          </w:tcPr>
          <w:p/>
        </w:tc>
        <w:tc>
          <w:tcPr>
            <w:tcW w:type="dxa" w:w="1728"/>
          </w:tcPr>
          <w:p/>
        </w:tc>
      </w:tr>
      <w:tr>
        <w:tc>
          <w:tcPr>
            <w:tcW w:type="dxa" w:w="1728"/>
          </w:tcPr>
          <w:p>
            <w:r>
              <w:t>17</w:t>
            </w:r>
          </w:p>
        </w:tc>
        <w:tc>
          <w:tcPr>
            <w:tcW w:type="dxa" w:w="1728"/>
          </w:tcPr>
          <w:p>
            <w:r>
              <w:t>医检222</w:t>
            </w:r>
          </w:p>
        </w:tc>
        <w:tc>
          <w:tcPr>
            <w:tcW w:type="dxa" w:w="1728"/>
          </w:tcPr>
          <w:p>
            <w:r>
              <w:t>2217110189</w:t>
            </w:r>
          </w:p>
        </w:tc>
        <w:tc>
          <w:tcPr>
            <w:tcW w:type="dxa" w:w="1728"/>
          </w:tcPr>
          <w:p>
            <w:r>
              <w:t>林明玉</w:t>
            </w:r>
          </w:p>
        </w:tc>
        <w:tc>
          <w:tcPr>
            <w:tcW w:type="dxa" w:w="1728"/>
          </w:tcPr>
          <w:p>
            <w:r>
              <w:t>南通大学医学检验技术知识和实践技能竞赛二等奖</w:t>
            </w:r>
          </w:p>
        </w:tc>
      </w:tr>
      <w:tr>
        <w:tc>
          <w:tcPr>
            <w:tcW w:type="dxa" w:w="1728"/>
          </w:tcPr>
          <w:p>
            <w:r>
              <w:t>18</w:t>
            </w:r>
          </w:p>
        </w:tc>
        <w:tc>
          <w:tcPr>
            <w:tcW w:type="dxa" w:w="1728"/>
          </w:tcPr>
          <w:p>
            <w:r>
              <w:t>医检221</w:t>
            </w:r>
          </w:p>
        </w:tc>
        <w:tc>
          <w:tcPr>
            <w:tcW w:type="dxa" w:w="1728"/>
          </w:tcPr>
          <w:p>
            <w:r>
              <w:t>2217110170</w:t>
            </w:r>
          </w:p>
        </w:tc>
        <w:tc>
          <w:tcPr>
            <w:tcW w:type="dxa" w:w="1728"/>
          </w:tcPr>
          <w:p>
            <w:r>
              <w:t>王盐城</w:t>
            </w:r>
          </w:p>
        </w:tc>
        <w:tc>
          <w:tcPr>
            <w:tcW w:type="dxa" w:w="1728"/>
          </w:tcPr>
          <w:p>
            <w:r>
              <w:t>国家级大学生创业训练计划项目：智谱科技——肝癌早筛领跑者主持人</w:t>
            </w:r>
          </w:p>
        </w:tc>
      </w:tr>
      <w:tr>
        <w:tc>
          <w:tcPr>
            <w:tcW w:type="dxa" w:w="1728"/>
          </w:tcPr>
          <w:p>
            <w:r>
              <w:t>中国国际大学生创新创业大赛（2024）国家级金奖</w:t>
            </w:r>
          </w:p>
        </w:tc>
        <w:tc>
          <w:tcPr>
            <w:tcW w:type="dxa" w:w="1728"/>
          </w:tcPr>
          <w:p/>
        </w:tc>
        <w:tc>
          <w:tcPr>
            <w:tcW w:type="dxa" w:w="1728"/>
          </w:tcPr>
          <w:p/>
        </w:tc>
        <w:tc>
          <w:tcPr>
            <w:tcW w:type="dxa" w:w="1728"/>
          </w:tcPr>
          <w:p/>
        </w:tc>
        <w:tc>
          <w:tcPr>
            <w:tcW w:type="dxa" w:w="1728"/>
          </w:tcPr>
          <w:p/>
        </w:tc>
      </w:tr>
      <w:tr>
        <w:tc>
          <w:tcPr>
            <w:tcW w:type="dxa" w:w="1728"/>
          </w:tcPr>
          <w:p>
            <w:r>
              <w:t>中国“互联网+”大学生创新创业大赛主赛道省级二等奖</w:t>
            </w:r>
          </w:p>
        </w:tc>
        <w:tc>
          <w:tcPr>
            <w:tcW w:type="dxa" w:w="1728"/>
          </w:tcPr>
          <w:p/>
        </w:tc>
        <w:tc>
          <w:tcPr>
            <w:tcW w:type="dxa" w:w="1728"/>
          </w:tcPr>
          <w:p/>
        </w:tc>
        <w:tc>
          <w:tcPr>
            <w:tcW w:type="dxa" w:w="1728"/>
          </w:tcPr>
          <w:p/>
        </w:tc>
        <w:tc>
          <w:tcPr>
            <w:tcW w:type="dxa" w:w="1728"/>
          </w:tcPr>
          <w:p/>
        </w:tc>
      </w:tr>
      <w:tr>
        <w:tc>
          <w:tcPr>
            <w:tcW w:type="dxa" w:w="1728"/>
          </w:tcPr>
          <w:p>
            <w:r>
              <w:t>2023年南通大学“互联网+”大学生创新创业大赛校级三等奖</w:t>
            </w:r>
          </w:p>
        </w:tc>
        <w:tc>
          <w:tcPr>
            <w:tcW w:type="dxa" w:w="1728"/>
          </w:tcPr>
          <w:p/>
        </w:tc>
        <w:tc>
          <w:tcPr>
            <w:tcW w:type="dxa" w:w="1728"/>
          </w:tcPr>
          <w:p/>
        </w:tc>
        <w:tc>
          <w:tcPr>
            <w:tcW w:type="dxa" w:w="1728"/>
          </w:tcPr>
          <w:p/>
        </w:tc>
        <w:tc>
          <w:tcPr>
            <w:tcW w:type="dxa" w:w="1728"/>
          </w:tcPr>
          <w:p/>
        </w:tc>
      </w:tr>
      <w:tr>
        <w:tc>
          <w:tcPr>
            <w:tcW w:type="dxa" w:w="1728"/>
          </w:tcPr>
          <w:p>
            <w:r>
              <w:t>19</w:t>
            </w:r>
          </w:p>
        </w:tc>
        <w:tc>
          <w:tcPr>
            <w:tcW w:type="dxa" w:w="1728"/>
          </w:tcPr>
          <w:p>
            <w:r>
              <w:t>医检221</w:t>
            </w:r>
          </w:p>
        </w:tc>
        <w:tc>
          <w:tcPr>
            <w:tcW w:type="dxa" w:w="1728"/>
          </w:tcPr>
          <w:p>
            <w:r>
              <w:t>2217110158</w:t>
            </w:r>
          </w:p>
        </w:tc>
        <w:tc>
          <w:tcPr>
            <w:tcW w:type="dxa" w:w="1728"/>
          </w:tcPr>
          <w:p>
            <w:r>
              <w:t>许婉琳</w:t>
            </w:r>
          </w:p>
        </w:tc>
        <w:tc>
          <w:tcPr>
            <w:tcW w:type="dxa" w:w="1728"/>
          </w:tcPr>
          <w:p>
            <w:r>
              <w:t>南通大学医学检验技术知识和实践技能竞赛能竞赛二等奖</w:t>
            </w:r>
          </w:p>
        </w:tc>
      </w:tr>
      <w:tr>
        <w:tc>
          <w:tcPr>
            <w:tcW w:type="dxa" w:w="1728"/>
          </w:tcPr>
          <w:p>
            <w:r>
              <w:t>2023年大学生创新创业训练计划项目：FGF3调控神经病理性疼痛的作用及机制探讨成员</w:t>
            </w:r>
          </w:p>
        </w:tc>
        <w:tc>
          <w:tcPr>
            <w:tcW w:type="dxa" w:w="1728"/>
          </w:tcPr>
          <w:p/>
        </w:tc>
        <w:tc>
          <w:tcPr>
            <w:tcW w:type="dxa" w:w="1728"/>
          </w:tcPr>
          <w:p/>
        </w:tc>
        <w:tc>
          <w:tcPr>
            <w:tcW w:type="dxa" w:w="1728"/>
          </w:tcPr>
          <w:p/>
        </w:tc>
        <w:tc>
          <w:tcPr>
            <w:tcW w:type="dxa" w:w="1728"/>
          </w:tcPr>
          <w:p/>
        </w:tc>
      </w:tr>
      <w:tr>
        <w:tc>
          <w:tcPr>
            <w:tcW w:type="dxa" w:w="1728"/>
          </w:tcPr>
          <w:p>
            <w:r>
              <w:t>20</w:t>
            </w:r>
          </w:p>
        </w:tc>
        <w:tc>
          <w:tcPr>
            <w:tcW w:type="dxa" w:w="1728"/>
          </w:tcPr>
          <w:p>
            <w:r>
              <w:t>医检223</w:t>
            </w:r>
          </w:p>
        </w:tc>
        <w:tc>
          <w:tcPr>
            <w:tcW w:type="dxa" w:w="1728"/>
          </w:tcPr>
          <w:p>
            <w:r>
              <w:t>2217110219</w:t>
            </w:r>
          </w:p>
        </w:tc>
        <w:tc>
          <w:tcPr>
            <w:tcW w:type="dxa" w:w="1728"/>
          </w:tcPr>
          <w:p>
            <w:r>
              <w:t>葛妍</w:t>
            </w:r>
          </w:p>
        </w:tc>
        <w:tc>
          <w:tcPr>
            <w:tcW w:type="dxa" w:w="1728"/>
          </w:tcPr>
          <w:p>
            <w:r>
              <w:t>第十四届“挑战杯”全国大学生创业计划竞赛校铜奖</w:t>
            </w:r>
          </w:p>
        </w:tc>
      </w:tr>
      <w:tr>
        <w:tc>
          <w:tcPr>
            <w:tcW w:type="dxa" w:w="1728"/>
          </w:tcPr>
          <w:p>
            <w:r>
              <w:t>2025年南通大学大学生课外学术科技作品竞赛暨十九届“挑战杯”竞赛校赛三等奖</w:t>
            </w:r>
          </w:p>
        </w:tc>
        <w:tc>
          <w:tcPr>
            <w:tcW w:type="dxa" w:w="1728"/>
          </w:tcPr>
          <w:p/>
        </w:tc>
        <w:tc>
          <w:tcPr>
            <w:tcW w:type="dxa" w:w="1728"/>
          </w:tcPr>
          <w:p/>
        </w:tc>
        <w:tc>
          <w:tcPr>
            <w:tcW w:type="dxa" w:w="1728"/>
          </w:tcPr>
          <w:p/>
        </w:tc>
        <w:tc>
          <w:tcPr>
            <w:tcW w:type="dxa" w:w="1728"/>
          </w:tcPr>
          <w:p/>
        </w:tc>
      </w:tr>
      <w:tr>
        <w:tc>
          <w:tcPr>
            <w:tcW w:type="dxa" w:w="1728"/>
          </w:tcPr>
          <w:p>
            <w:r>
              <w:t>Fluorinated complexes doped nanodot with high brightness and dual emission for ratiometric detection of glucose-related enzymes. Journal of luminescence,2024.排名第3</w:t>
            </w:r>
          </w:p>
        </w:tc>
        <w:tc>
          <w:tcPr>
            <w:tcW w:type="dxa" w:w="1728"/>
          </w:tcPr>
          <w:p/>
        </w:tc>
        <w:tc>
          <w:tcPr>
            <w:tcW w:type="dxa" w:w="1728"/>
          </w:tcPr>
          <w:p/>
        </w:tc>
        <w:tc>
          <w:tcPr>
            <w:tcW w:type="dxa" w:w="1728"/>
          </w:tcPr>
          <w:p/>
        </w:tc>
        <w:tc>
          <w:tcPr>
            <w:tcW w:type="dxa" w:w="1728"/>
          </w:tcPr>
          <w:p/>
        </w:tc>
      </w:tr>
      <w:tr>
        <w:tc>
          <w:tcPr>
            <w:tcW w:type="dxa" w:w="1728"/>
          </w:tcPr>
          <w:p>
            <w:r>
              <w:t>21</w:t>
            </w:r>
          </w:p>
        </w:tc>
        <w:tc>
          <w:tcPr>
            <w:tcW w:type="dxa" w:w="1728"/>
          </w:tcPr>
          <w:p>
            <w:r>
              <w:t>医检223</w:t>
            </w:r>
          </w:p>
        </w:tc>
        <w:tc>
          <w:tcPr>
            <w:tcW w:type="dxa" w:w="1728"/>
          </w:tcPr>
          <w:p>
            <w:r>
              <w:t>2115110172</w:t>
            </w:r>
          </w:p>
        </w:tc>
        <w:tc>
          <w:tcPr>
            <w:tcW w:type="dxa" w:w="1728"/>
          </w:tcPr>
          <w:p>
            <w:r>
              <w:t>王筱惠</w:t>
            </w:r>
          </w:p>
        </w:tc>
        <w:tc>
          <w:tcPr>
            <w:tcW w:type="dxa" w:w="1728"/>
          </w:tcPr>
          <w:p>
            <w:r>
              <w:t>Recent Progress of Porphyrin-Integrated Metal-Organic Frameworks for Combined Photodynamic Therapy and Hypoxia-Activated Chemotherapy. Chem. Commun.排名第二</w:t>
            </w:r>
          </w:p>
        </w:tc>
      </w:tr>
      <w:tr>
        <w:tc>
          <w:tcPr>
            <w:tcW w:type="dxa" w:w="1728"/>
          </w:tcPr>
          <w:p>
            <w:r>
              <w:t>“外教社·词达人杯”全国大学生英语词汇大赛校级一等奖</w:t>
            </w:r>
          </w:p>
        </w:tc>
        <w:tc>
          <w:tcPr>
            <w:tcW w:type="dxa" w:w="1728"/>
          </w:tcPr>
          <w:p/>
        </w:tc>
        <w:tc>
          <w:tcPr>
            <w:tcW w:type="dxa" w:w="1728"/>
          </w:tcPr>
          <w:p/>
        </w:tc>
        <w:tc>
          <w:tcPr>
            <w:tcW w:type="dxa" w:w="1728"/>
          </w:tcPr>
          <w:p/>
        </w:tc>
        <w:tc>
          <w:tcPr>
            <w:tcW w:type="dxa" w:w="1728"/>
          </w:tcPr>
          <w:p/>
        </w:tc>
      </w:tr>
      <w:tr>
        <w:tc>
          <w:tcPr>
            <w:tcW w:type="dxa" w:w="1728"/>
          </w:tcPr>
          <w:p>
            <w:r>
              <w:t>全国大学生基础医学创新研究暨实验设计论坛校级三等奖</w:t>
            </w:r>
          </w:p>
        </w:tc>
        <w:tc>
          <w:tcPr>
            <w:tcW w:type="dxa" w:w="1728"/>
          </w:tcPr>
          <w:p/>
        </w:tc>
        <w:tc>
          <w:tcPr>
            <w:tcW w:type="dxa" w:w="1728"/>
          </w:tcPr>
          <w:p/>
        </w:tc>
        <w:tc>
          <w:tcPr>
            <w:tcW w:type="dxa" w:w="1728"/>
          </w:tcPr>
          <w:p/>
        </w:tc>
        <w:tc>
          <w:tcPr>
            <w:tcW w:type="dxa" w:w="1728"/>
          </w:tcPr>
          <w:p/>
        </w:tc>
      </w:tr>
      <w:tr>
        <w:tc>
          <w:tcPr>
            <w:tcW w:type="dxa" w:w="1728"/>
          </w:tcPr>
          <w:p>
            <w:r>
              <w:t>第十九届“挑战杯”全国大学生课外学术科技作品竞赛院级三等奖</w:t>
            </w:r>
          </w:p>
        </w:tc>
        <w:tc>
          <w:tcPr>
            <w:tcW w:type="dxa" w:w="1728"/>
          </w:tcPr>
          <w:p/>
        </w:tc>
        <w:tc>
          <w:tcPr>
            <w:tcW w:type="dxa" w:w="1728"/>
          </w:tcPr>
          <w:p/>
        </w:tc>
        <w:tc>
          <w:tcPr>
            <w:tcW w:type="dxa" w:w="1728"/>
          </w:tcPr>
          <w:p/>
        </w:tc>
        <w:tc>
          <w:tcPr>
            <w:tcW w:type="dxa" w:w="1728"/>
          </w:tcPr>
          <w:p/>
        </w:tc>
      </w:tr>
      <w:tr>
        <w:tc>
          <w:tcPr>
            <w:tcW w:type="dxa" w:w="1728"/>
          </w:tcPr>
          <w:p>
            <w:r>
              <w:t>22</w:t>
            </w:r>
          </w:p>
        </w:tc>
        <w:tc>
          <w:tcPr>
            <w:tcW w:type="dxa" w:w="1728"/>
          </w:tcPr>
          <w:p>
            <w:r>
              <w:t>医检222</w:t>
            </w:r>
          </w:p>
        </w:tc>
        <w:tc>
          <w:tcPr>
            <w:tcW w:type="dxa" w:w="1728"/>
          </w:tcPr>
          <w:p>
            <w:r>
              <w:t>2217110188</w:t>
            </w:r>
          </w:p>
        </w:tc>
        <w:tc>
          <w:tcPr>
            <w:tcW w:type="dxa" w:w="1728"/>
          </w:tcPr>
          <w:p>
            <w:r>
              <w:t>李孟嬿</w:t>
            </w:r>
          </w:p>
        </w:tc>
        <w:tc>
          <w:tcPr>
            <w:tcW w:type="dxa" w:w="1728"/>
          </w:tcPr>
          <w:p>
            <w:r>
              <w:t>2025年度南通大学医学检验技术知识和实践技能大赛一等奖</w:t>
            </w:r>
          </w:p>
        </w:tc>
      </w:tr>
      <w:tr>
        <w:tc>
          <w:tcPr>
            <w:tcW w:type="dxa" w:w="1728"/>
          </w:tcPr>
          <w:p>
            <w:r>
              <w:t>ChemComm发表Molecule engineering strategy of toll-like receptor 7/8 agonists designed for potentiating immune stimuli activation，三作</w:t>
            </w:r>
          </w:p>
        </w:tc>
        <w:tc>
          <w:tcPr>
            <w:tcW w:type="dxa" w:w="1728"/>
          </w:tcPr>
          <w:p/>
        </w:tc>
        <w:tc>
          <w:tcPr>
            <w:tcW w:type="dxa" w:w="1728"/>
          </w:tcPr>
          <w:p/>
        </w:tc>
        <w:tc>
          <w:tcPr>
            <w:tcW w:type="dxa" w:w="1728"/>
          </w:tcPr>
          <w:p/>
        </w:tc>
        <w:tc>
          <w:tcPr>
            <w:tcW w:type="dxa" w:w="1728"/>
          </w:tcPr>
          <w:p/>
        </w:tc>
      </w:tr>
    </w:tbl>
    <w:p>
      <w:r>
        <w:t>公示时间：2025年9月8日-9月10日。如有异议，请与学院综合办公室联系，联系电话：85012906。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